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34EF8" w14:textId="77777777" w:rsidR="000E71EC" w:rsidRPr="00F60C3B" w:rsidRDefault="000E71EC" w:rsidP="00173D56">
      <w:pPr>
        <w:ind w:left="0"/>
        <w:rPr>
          <w:rFonts w:ascii="Arial" w:hAnsi="Arial" w:cs="Arial"/>
          <w:sz w:val="22"/>
          <w:lang w:val="hr-BA"/>
        </w:rPr>
      </w:pPr>
    </w:p>
    <w:p w14:paraId="587D61E5" w14:textId="76F5517E" w:rsidR="000E71EC" w:rsidRPr="00F60C3B" w:rsidRDefault="00570D3E" w:rsidP="00173D56">
      <w:pPr>
        <w:ind w:left="0"/>
        <w:rPr>
          <w:rFonts w:ascii="Arial" w:hAnsi="Arial" w:cs="Arial"/>
          <w:sz w:val="22"/>
          <w:lang w:val="hr-BA"/>
        </w:rPr>
      </w:pPr>
      <w:bookmarkStart w:id="0" w:name="_Hlk233283167"/>
      <w:r w:rsidRPr="00F60C3B">
        <w:rPr>
          <w:rFonts w:ascii="Arial" w:hAnsi="Arial" w:cs="Arial"/>
          <w:sz w:val="22"/>
          <w:lang w:val="hr-BA"/>
        </w:rPr>
        <w:t>Na osnovu član</w:t>
      </w:r>
      <w:r w:rsidR="00145F0F">
        <w:rPr>
          <w:rFonts w:ascii="Arial" w:hAnsi="Arial" w:cs="Arial"/>
          <w:sz w:val="22"/>
          <w:lang w:val="hr-BA"/>
        </w:rPr>
        <w:t>k</w:t>
      </w:r>
      <w:r w:rsidRPr="00F60C3B">
        <w:rPr>
          <w:rFonts w:ascii="Arial" w:hAnsi="Arial" w:cs="Arial"/>
          <w:sz w:val="22"/>
          <w:lang w:val="hr-BA"/>
        </w:rPr>
        <w:t>a 25. stav</w:t>
      </w:r>
      <w:r w:rsidR="00145F0F">
        <w:rPr>
          <w:rFonts w:ascii="Arial" w:hAnsi="Arial" w:cs="Arial"/>
          <w:sz w:val="22"/>
          <w:lang w:val="hr-BA"/>
        </w:rPr>
        <w:t>ak</w:t>
      </w:r>
      <w:r w:rsidRPr="00F60C3B">
        <w:rPr>
          <w:rFonts w:ascii="Arial" w:hAnsi="Arial" w:cs="Arial"/>
          <w:sz w:val="22"/>
          <w:lang w:val="hr-BA"/>
        </w:rPr>
        <w:t xml:space="preserve"> (3) Zakona o dev</w:t>
      </w:r>
      <w:r w:rsidR="00B80945" w:rsidRPr="00F60C3B">
        <w:rPr>
          <w:rFonts w:ascii="Arial" w:hAnsi="Arial" w:cs="Arial"/>
          <w:sz w:val="22"/>
          <w:lang w:val="hr-BA"/>
        </w:rPr>
        <w:t>i</w:t>
      </w:r>
      <w:r w:rsidRPr="00F60C3B">
        <w:rPr>
          <w:rFonts w:ascii="Arial" w:hAnsi="Arial" w:cs="Arial"/>
          <w:sz w:val="22"/>
          <w:lang w:val="hr-BA"/>
        </w:rPr>
        <w:t>znom poslovanju („Službene nov</w:t>
      </w:r>
      <w:r w:rsidR="00B80945" w:rsidRPr="00F60C3B">
        <w:rPr>
          <w:rFonts w:ascii="Arial" w:hAnsi="Arial" w:cs="Arial"/>
          <w:sz w:val="22"/>
          <w:lang w:val="hr-BA"/>
        </w:rPr>
        <w:t>i</w:t>
      </w:r>
      <w:r w:rsidRPr="00F60C3B">
        <w:rPr>
          <w:rFonts w:ascii="Arial" w:hAnsi="Arial" w:cs="Arial"/>
          <w:sz w:val="22"/>
          <w:lang w:val="hr-BA"/>
        </w:rPr>
        <w:t>ne Federac</w:t>
      </w:r>
      <w:r w:rsidR="00B80945" w:rsidRPr="00F60C3B">
        <w:rPr>
          <w:rFonts w:ascii="Arial" w:hAnsi="Arial" w:cs="Arial"/>
          <w:sz w:val="22"/>
          <w:lang w:val="hr-BA"/>
        </w:rPr>
        <w:t>i</w:t>
      </w:r>
      <w:r w:rsidRPr="00F60C3B">
        <w:rPr>
          <w:rFonts w:ascii="Arial" w:hAnsi="Arial" w:cs="Arial"/>
          <w:sz w:val="22"/>
          <w:lang w:val="hr-BA"/>
        </w:rPr>
        <w:t>je B</w:t>
      </w:r>
      <w:r w:rsidR="00B80945" w:rsidRPr="00F60C3B">
        <w:rPr>
          <w:rFonts w:ascii="Arial" w:hAnsi="Arial" w:cs="Arial"/>
          <w:sz w:val="22"/>
          <w:lang w:val="hr-BA"/>
        </w:rPr>
        <w:t>i</w:t>
      </w:r>
      <w:r w:rsidRPr="00F60C3B">
        <w:rPr>
          <w:rFonts w:ascii="Arial" w:hAnsi="Arial" w:cs="Arial"/>
          <w:sz w:val="22"/>
          <w:lang w:val="hr-BA"/>
        </w:rPr>
        <w:t xml:space="preserve">H“, broj: 47/10 </w:t>
      </w:r>
      <w:r w:rsidR="00B80945" w:rsidRPr="00F60C3B">
        <w:rPr>
          <w:rFonts w:ascii="Arial" w:hAnsi="Arial" w:cs="Arial"/>
          <w:sz w:val="22"/>
          <w:lang w:val="hr-BA"/>
        </w:rPr>
        <w:t>i</w:t>
      </w:r>
      <w:r w:rsidRPr="00F60C3B">
        <w:rPr>
          <w:rFonts w:ascii="Arial" w:hAnsi="Arial" w:cs="Arial"/>
          <w:sz w:val="22"/>
          <w:lang w:val="hr-BA"/>
        </w:rPr>
        <w:t xml:space="preserve"> </w:t>
      </w:r>
      <w:r w:rsidR="00845166">
        <w:rPr>
          <w:rFonts w:ascii="Arial" w:hAnsi="Arial" w:cs="Arial"/>
          <w:sz w:val="22"/>
          <w:lang w:val="hr-BA"/>
        </w:rPr>
        <w:t>35</w:t>
      </w:r>
      <w:r w:rsidRPr="00F60C3B">
        <w:rPr>
          <w:rFonts w:ascii="Arial" w:hAnsi="Arial" w:cs="Arial"/>
          <w:sz w:val="22"/>
          <w:lang w:val="hr-BA"/>
        </w:rPr>
        <w:t>/26), federaln</w:t>
      </w:r>
      <w:r w:rsidR="00B80945" w:rsidRPr="00F60C3B">
        <w:rPr>
          <w:rFonts w:ascii="Arial" w:hAnsi="Arial" w:cs="Arial"/>
          <w:sz w:val="22"/>
          <w:lang w:val="hr-BA"/>
        </w:rPr>
        <w:t>i</w:t>
      </w:r>
      <w:r w:rsidRPr="00F60C3B">
        <w:rPr>
          <w:rFonts w:ascii="Arial" w:hAnsi="Arial" w:cs="Arial"/>
          <w:sz w:val="22"/>
          <w:lang w:val="hr-BA"/>
        </w:rPr>
        <w:t xml:space="preserve"> m</w:t>
      </w:r>
      <w:r w:rsidR="00B80945" w:rsidRPr="00F60C3B">
        <w:rPr>
          <w:rFonts w:ascii="Arial" w:hAnsi="Arial" w:cs="Arial"/>
          <w:sz w:val="22"/>
          <w:lang w:val="hr-BA"/>
        </w:rPr>
        <w:t>i</w:t>
      </w:r>
      <w:r w:rsidRPr="00F60C3B">
        <w:rPr>
          <w:rFonts w:ascii="Arial" w:hAnsi="Arial" w:cs="Arial"/>
          <w:sz w:val="22"/>
          <w:lang w:val="hr-BA"/>
        </w:rPr>
        <w:t>n</w:t>
      </w:r>
      <w:r w:rsidR="00B80945" w:rsidRPr="00F60C3B">
        <w:rPr>
          <w:rFonts w:ascii="Arial" w:hAnsi="Arial" w:cs="Arial"/>
          <w:sz w:val="22"/>
          <w:lang w:val="hr-BA"/>
        </w:rPr>
        <w:t>i</w:t>
      </w:r>
      <w:r w:rsidRPr="00F60C3B">
        <w:rPr>
          <w:rFonts w:ascii="Arial" w:hAnsi="Arial" w:cs="Arial"/>
          <w:sz w:val="22"/>
          <w:lang w:val="hr-BA"/>
        </w:rPr>
        <w:t>star f</w:t>
      </w:r>
      <w:r w:rsidR="00B80945" w:rsidRPr="00F60C3B">
        <w:rPr>
          <w:rFonts w:ascii="Arial" w:hAnsi="Arial" w:cs="Arial"/>
          <w:sz w:val="22"/>
          <w:lang w:val="hr-BA"/>
        </w:rPr>
        <w:t>i</w:t>
      </w:r>
      <w:r w:rsidRPr="00F60C3B">
        <w:rPr>
          <w:rFonts w:ascii="Arial" w:hAnsi="Arial" w:cs="Arial"/>
          <w:sz w:val="22"/>
          <w:lang w:val="hr-BA"/>
        </w:rPr>
        <w:t>nan</w:t>
      </w:r>
      <w:r w:rsidR="00145F0F">
        <w:rPr>
          <w:rFonts w:ascii="Arial" w:hAnsi="Arial" w:cs="Arial"/>
          <w:sz w:val="22"/>
          <w:lang w:val="hr-BA"/>
        </w:rPr>
        <w:t>c</w:t>
      </w:r>
      <w:r w:rsidR="00B80945" w:rsidRPr="00F60C3B">
        <w:rPr>
          <w:rFonts w:ascii="Arial" w:hAnsi="Arial" w:cs="Arial"/>
          <w:sz w:val="22"/>
          <w:lang w:val="hr-BA"/>
        </w:rPr>
        <w:t>i</w:t>
      </w:r>
      <w:r w:rsidRPr="00F60C3B">
        <w:rPr>
          <w:rFonts w:ascii="Arial" w:hAnsi="Arial" w:cs="Arial"/>
          <w:sz w:val="22"/>
          <w:lang w:val="hr-BA"/>
        </w:rPr>
        <w:t>ja donos</w:t>
      </w:r>
      <w:r w:rsidR="00B80945" w:rsidRPr="00F60C3B">
        <w:rPr>
          <w:rFonts w:ascii="Arial" w:hAnsi="Arial" w:cs="Arial"/>
          <w:sz w:val="22"/>
          <w:lang w:val="hr-BA"/>
        </w:rPr>
        <w:t>i</w:t>
      </w:r>
    </w:p>
    <w:bookmarkEnd w:id="0"/>
    <w:p w14:paraId="1D3D55BD" w14:textId="77777777" w:rsidR="0080549A" w:rsidRPr="00F60C3B" w:rsidRDefault="0080549A" w:rsidP="00173D56">
      <w:pPr>
        <w:ind w:left="0"/>
        <w:rPr>
          <w:rFonts w:ascii="Arial" w:hAnsi="Arial" w:cs="Arial"/>
          <w:b/>
          <w:sz w:val="22"/>
          <w:lang w:val="hr-BA"/>
        </w:rPr>
      </w:pPr>
    </w:p>
    <w:p w14:paraId="5D216F26" w14:textId="5E4D1524" w:rsidR="000E71EC" w:rsidRPr="006F083B" w:rsidRDefault="00570D3E" w:rsidP="00173D56">
      <w:pPr>
        <w:ind w:left="0"/>
        <w:jc w:val="center"/>
        <w:rPr>
          <w:rFonts w:ascii="Arial" w:hAnsi="Arial" w:cs="Arial"/>
          <w:b/>
          <w:sz w:val="22"/>
          <w:lang w:val="hr-BA"/>
        </w:rPr>
      </w:pPr>
      <w:bookmarkStart w:id="1" w:name="_Hlk233283225"/>
      <w:r w:rsidRPr="006F083B">
        <w:rPr>
          <w:rFonts w:ascii="Arial" w:hAnsi="Arial" w:cs="Arial"/>
          <w:b/>
          <w:sz w:val="22"/>
          <w:lang w:val="hr-BA"/>
        </w:rPr>
        <w:t>PRAV</w:t>
      </w:r>
      <w:r w:rsidR="00B80945" w:rsidRPr="006F083B">
        <w:rPr>
          <w:rFonts w:ascii="Arial" w:hAnsi="Arial" w:cs="Arial"/>
          <w:b/>
          <w:sz w:val="22"/>
          <w:lang w:val="hr-BA"/>
        </w:rPr>
        <w:t>I</w:t>
      </w:r>
      <w:r w:rsidRPr="006F083B">
        <w:rPr>
          <w:rFonts w:ascii="Arial" w:hAnsi="Arial" w:cs="Arial"/>
          <w:b/>
          <w:sz w:val="22"/>
          <w:lang w:val="hr-BA"/>
        </w:rPr>
        <w:t>LN</w:t>
      </w:r>
      <w:r w:rsidR="00B80945" w:rsidRPr="006F083B">
        <w:rPr>
          <w:rFonts w:ascii="Arial" w:hAnsi="Arial" w:cs="Arial"/>
          <w:b/>
          <w:sz w:val="22"/>
          <w:lang w:val="hr-BA"/>
        </w:rPr>
        <w:t>I</w:t>
      </w:r>
      <w:r w:rsidRPr="006F083B">
        <w:rPr>
          <w:rFonts w:ascii="Arial" w:hAnsi="Arial" w:cs="Arial"/>
          <w:b/>
          <w:sz w:val="22"/>
          <w:lang w:val="hr-BA"/>
        </w:rPr>
        <w:t>K</w:t>
      </w:r>
      <w:r w:rsidR="00206321" w:rsidRPr="006F083B">
        <w:rPr>
          <w:rFonts w:ascii="Arial" w:hAnsi="Arial" w:cs="Arial"/>
          <w:b/>
          <w:sz w:val="22"/>
          <w:lang w:val="hr-BA"/>
        </w:rPr>
        <w:t xml:space="preserve"> </w:t>
      </w:r>
      <w:r w:rsidRPr="006F083B">
        <w:rPr>
          <w:rFonts w:ascii="Arial" w:hAnsi="Arial" w:cs="Arial"/>
          <w:b/>
          <w:sz w:val="22"/>
          <w:lang w:val="hr-BA"/>
        </w:rPr>
        <w:t>O</w:t>
      </w:r>
      <w:r w:rsidR="00D57B4F">
        <w:rPr>
          <w:rFonts w:ascii="Arial" w:hAnsi="Arial" w:cs="Arial"/>
          <w:b/>
          <w:sz w:val="22"/>
          <w:lang w:val="hr-BA"/>
        </w:rPr>
        <w:t xml:space="preserve"> </w:t>
      </w:r>
      <w:r w:rsidRPr="006F083B">
        <w:rPr>
          <w:rFonts w:ascii="Arial" w:hAnsi="Arial" w:cs="Arial"/>
          <w:b/>
          <w:sz w:val="22"/>
          <w:lang w:val="hr-BA"/>
        </w:rPr>
        <w:t xml:space="preserve"> </w:t>
      </w:r>
      <w:r w:rsidR="00B80945" w:rsidRPr="006F083B">
        <w:rPr>
          <w:rFonts w:ascii="Arial" w:hAnsi="Arial" w:cs="Arial"/>
          <w:b/>
          <w:sz w:val="22"/>
          <w:lang w:val="hr-BA"/>
        </w:rPr>
        <w:t>I</w:t>
      </w:r>
      <w:r w:rsidRPr="006F083B">
        <w:rPr>
          <w:rFonts w:ascii="Arial" w:hAnsi="Arial" w:cs="Arial"/>
          <w:b/>
          <w:sz w:val="22"/>
          <w:lang w:val="hr-BA"/>
        </w:rPr>
        <w:t xml:space="preserve">ZVJEŠTAVANJU </w:t>
      </w:r>
      <w:r w:rsidR="00FD752A" w:rsidRPr="006F083B">
        <w:rPr>
          <w:rFonts w:ascii="Arial" w:hAnsi="Arial" w:cs="Arial"/>
          <w:b/>
          <w:sz w:val="22"/>
          <w:lang w:val="hr-BA"/>
        </w:rPr>
        <w:t xml:space="preserve">O </w:t>
      </w:r>
      <w:r w:rsidRPr="006F083B">
        <w:rPr>
          <w:rFonts w:ascii="Arial" w:hAnsi="Arial" w:cs="Arial"/>
          <w:b/>
          <w:sz w:val="22"/>
          <w:lang w:val="hr-BA"/>
        </w:rPr>
        <w:t>KRED</w:t>
      </w:r>
      <w:r w:rsidR="00B80945" w:rsidRPr="006F083B">
        <w:rPr>
          <w:rFonts w:ascii="Arial" w:hAnsi="Arial" w:cs="Arial"/>
          <w:b/>
          <w:sz w:val="22"/>
          <w:lang w:val="hr-BA"/>
        </w:rPr>
        <w:t>I</w:t>
      </w:r>
      <w:r w:rsidRPr="006F083B">
        <w:rPr>
          <w:rFonts w:ascii="Arial" w:hAnsi="Arial" w:cs="Arial"/>
          <w:b/>
          <w:sz w:val="22"/>
          <w:lang w:val="hr-BA"/>
        </w:rPr>
        <w:t>TN</w:t>
      </w:r>
      <w:r w:rsidR="00B80945" w:rsidRPr="006F083B">
        <w:rPr>
          <w:rFonts w:ascii="Arial" w:hAnsi="Arial" w:cs="Arial"/>
          <w:b/>
          <w:sz w:val="22"/>
          <w:lang w:val="hr-BA"/>
        </w:rPr>
        <w:t>I</w:t>
      </w:r>
      <w:r w:rsidR="00FD752A" w:rsidRPr="006F083B">
        <w:rPr>
          <w:rFonts w:ascii="Arial" w:hAnsi="Arial" w:cs="Arial"/>
          <w:b/>
          <w:sz w:val="22"/>
          <w:lang w:val="hr-BA"/>
        </w:rPr>
        <w:t>M</w:t>
      </w:r>
      <w:r w:rsidRPr="006F083B">
        <w:rPr>
          <w:rFonts w:ascii="Arial" w:hAnsi="Arial" w:cs="Arial"/>
          <w:b/>
          <w:sz w:val="22"/>
          <w:lang w:val="hr-BA"/>
        </w:rPr>
        <w:t xml:space="preserve"> POSLOV</w:t>
      </w:r>
      <w:r w:rsidR="00B80945" w:rsidRPr="006F083B">
        <w:rPr>
          <w:rFonts w:ascii="Arial" w:hAnsi="Arial" w:cs="Arial"/>
          <w:b/>
          <w:sz w:val="22"/>
          <w:lang w:val="hr-BA"/>
        </w:rPr>
        <w:t>I</w:t>
      </w:r>
      <w:r w:rsidR="00FD752A" w:rsidRPr="006F083B">
        <w:rPr>
          <w:rFonts w:ascii="Arial" w:hAnsi="Arial" w:cs="Arial"/>
          <w:b/>
          <w:sz w:val="22"/>
          <w:lang w:val="hr-BA"/>
        </w:rPr>
        <w:t>M</w:t>
      </w:r>
      <w:r w:rsidRPr="006F083B">
        <w:rPr>
          <w:rFonts w:ascii="Arial" w:hAnsi="Arial" w:cs="Arial"/>
          <w:b/>
          <w:sz w:val="22"/>
          <w:lang w:val="hr-BA"/>
        </w:rPr>
        <w:t xml:space="preserve">A SA </w:t>
      </w:r>
      <w:r w:rsidR="00B80945" w:rsidRPr="006F083B">
        <w:rPr>
          <w:rFonts w:ascii="Arial" w:hAnsi="Arial" w:cs="Arial"/>
          <w:b/>
          <w:sz w:val="22"/>
          <w:lang w:val="hr-BA"/>
        </w:rPr>
        <w:t>I</w:t>
      </w:r>
      <w:r w:rsidR="00FD752A" w:rsidRPr="006F083B">
        <w:rPr>
          <w:rFonts w:ascii="Arial" w:hAnsi="Arial" w:cs="Arial"/>
          <w:b/>
          <w:sz w:val="22"/>
          <w:lang w:val="hr-BA"/>
        </w:rPr>
        <w:t>NOZEMSTVOM</w:t>
      </w:r>
    </w:p>
    <w:p w14:paraId="0827E098" w14:textId="77777777" w:rsidR="00206321" w:rsidRPr="00F60C3B" w:rsidRDefault="00206321" w:rsidP="00173D56">
      <w:pPr>
        <w:ind w:left="0"/>
        <w:rPr>
          <w:rFonts w:ascii="Arial" w:hAnsi="Arial" w:cs="Arial"/>
          <w:sz w:val="22"/>
          <w:lang w:val="hr-BA"/>
        </w:rPr>
      </w:pPr>
    </w:p>
    <w:bookmarkEnd w:id="1"/>
    <w:p w14:paraId="19044706" w14:textId="6F58F8C4" w:rsidR="000E71EC" w:rsidRDefault="00570D3E" w:rsidP="00173D56">
      <w:pPr>
        <w:spacing w:before="0" w:after="0"/>
        <w:ind w:left="0"/>
        <w:jc w:val="center"/>
        <w:rPr>
          <w:rFonts w:ascii="Arial" w:hAnsi="Arial" w:cs="Arial"/>
          <w:b/>
          <w:sz w:val="22"/>
          <w:lang w:val="hr-BA"/>
        </w:rPr>
      </w:pPr>
      <w:r w:rsidRPr="006F083B">
        <w:rPr>
          <w:rFonts w:ascii="Arial" w:hAnsi="Arial" w:cs="Arial"/>
          <w:b/>
          <w:sz w:val="22"/>
          <w:lang w:val="hr-BA"/>
        </w:rPr>
        <w:t>Član</w:t>
      </w:r>
      <w:r w:rsidR="00803D6C">
        <w:rPr>
          <w:rFonts w:ascii="Arial" w:hAnsi="Arial" w:cs="Arial"/>
          <w:b/>
          <w:sz w:val="22"/>
          <w:lang w:val="hr-BA"/>
        </w:rPr>
        <w:t>ak</w:t>
      </w:r>
      <w:r w:rsidRPr="006F083B">
        <w:rPr>
          <w:rFonts w:ascii="Arial" w:hAnsi="Arial" w:cs="Arial"/>
          <w:b/>
          <w:sz w:val="22"/>
          <w:lang w:val="hr-BA"/>
        </w:rPr>
        <w:t xml:space="preserve"> 1</w:t>
      </w:r>
      <w:r w:rsidR="00B71E58" w:rsidRPr="006F083B">
        <w:rPr>
          <w:rFonts w:ascii="Arial" w:hAnsi="Arial" w:cs="Arial"/>
          <w:b/>
          <w:sz w:val="22"/>
          <w:lang w:val="hr-BA"/>
        </w:rPr>
        <w:t>.</w:t>
      </w:r>
    </w:p>
    <w:p w14:paraId="434C6CEA" w14:textId="0D61B89B" w:rsidR="00803D6C" w:rsidRPr="006F083B" w:rsidRDefault="00803D6C" w:rsidP="00173D56">
      <w:pPr>
        <w:spacing w:before="0" w:after="0"/>
        <w:ind w:left="0"/>
        <w:jc w:val="center"/>
        <w:rPr>
          <w:rFonts w:ascii="Arial" w:hAnsi="Arial" w:cs="Arial"/>
          <w:b/>
          <w:sz w:val="22"/>
          <w:lang w:val="hr-BA"/>
        </w:rPr>
      </w:pPr>
      <w:r>
        <w:rPr>
          <w:rFonts w:ascii="Arial" w:hAnsi="Arial" w:cs="Arial"/>
          <w:b/>
          <w:sz w:val="22"/>
          <w:lang w:val="hr-BA"/>
        </w:rPr>
        <w:t>(Predmet)</w:t>
      </w:r>
    </w:p>
    <w:p w14:paraId="295FBAB0" w14:textId="77777777" w:rsidR="00206321" w:rsidRPr="00F60C3B" w:rsidRDefault="00206321" w:rsidP="00173D56">
      <w:pPr>
        <w:ind w:left="0"/>
        <w:rPr>
          <w:rFonts w:ascii="Arial" w:hAnsi="Arial" w:cs="Arial"/>
          <w:sz w:val="22"/>
          <w:lang w:val="hr-BA"/>
        </w:rPr>
      </w:pPr>
    </w:p>
    <w:p w14:paraId="54256148" w14:textId="3C443B88" w:rsidR="000E71EC" w:rsidRPr="0001109D" w:rsidRDefault="00570D3E" w:rsidP="00173D56">
      <w:pPr>
        <w:ind w:left="0"/>
        <w:rPr>
          <w:rFonts w:ascii="Arial" w:hAnsi="Arial" w:cs="Arial"/>
          <w:sz w:val="22"/>
          <w:lang w:val="hr-BA"/>
        </w:rPr>
      </w:pPr>
      <w:r w:rsidRPr="00F60C3B">
        <w:rPr>
          <w:rFonts w:ascii="Arial" w:hAnsi="Arial" w:cs="Arial"/>
          <w:sz w:val="22"/>
          <w:lang w:val="hr-BA"/>
        </w:rPr>
        <w:t>Ov</w:t>
      </w:r>
      <w:r w:rsidR="00B80945" w:rsidRPr="00F60C3B">
        <w:rPr>
          <w:rFonts w:ascii="Arial" w:hAnsi="Arial" w:cs="Arial"/>
          <w:sz w:val="22"/>
          <w:lang w:val="hr-BA"/>
        </w:rPr>
        <w:t>i</w:t>
      </w:r>
      <w:r w:rsidRPr="00F60C3B">
        <w:rPr>
          <w:rFonts w:ascii="Arial" w:hAnsi="Arial" w:cs="Arial"/>
          <w:sz w:val="22"/>
          <w:lang w:val="hr-BA"/>
        </w:rPr>
        <w:t>m prav</w:t>
      </w:r>
      <w:r w:rsidR="00B80945" w:rsidRPr="00F60C3B">
        <w:rPr>
          <w:rFonts w:ascii="Arial" w:hAnsi="Arial" w:cs="Arial"/>
          <w:sz w:val="22"/>
          <w:lang w:val="hr-BA"/>
        </w:rPr>
        <w:t>i</w:t>
      </w:r>
      <w:r w:rsidRPr="00F60C3B">
        <w:rPr>
          <w:rFonts w:ascii="Arial" w:hAnsi="Arial" w:cs="Arial"/>
          <w:sz w:val="22"/>
          <w:lang w:val="hr-BA"/>
        </w:rPr>
        <w:t>ln</w:t>
      </w:r>
      <w:r w:rsidR="00B80945" w:rsidRPr="00F60C3B">
        <w:rPr>
          <w:rFonts w:ascii="Arial" w:hAnsi="Arial" w:cs="Arial"/>
          <w:sz w:val="22"/>
          <w:lang w:val="hr-BA"/>
        </w:rPr>
        <w:t>i</w:t>
      </w:r>
      <w:r w:rsidRPr="00F60C3B">
        <w:rPr>
          <w:rFonts w:ascii="Arial" w:hAnsi="Arial" w:cs="Arial"/>
          <w:sz w:val="22"/>
          <w:lang w:val="hr-BA"/>
        </w:rPr>
        <w:t>kom prop</w:t>
      </w:r>
      <w:r w:rsidR="00B80945" w:rsidRPr="00F60C3B">
        <w:rPr>
          <w:rFonts w:ascii="Arial" w:hAnsi="Arial" w:cs="Arial"/>
          <w:sz w:val="22"/>
          <w:lang w:val="hr-BA"/>
        </w:rPr>
        <w:t>i</w:t>
      </w:r>
      <w:r w:rsidRPr="00F60C3B">
        <w:rPr>
          <w:rFonts w:ascii="Arial" w:hAnsi="Arial" w:cs="Arial"/>
          <w:sz w:val="22"/>
          <w:lang w:val="hr-BA"/>
        </w:rPr>
        <w:t xml:space="preserve">suju se </w:t>
      </w:r>
      <w:r w:rsidR="00FD752A" w:rsidRPr="00F60C3B">
        <w:rPr>
          <w:rFonts w:ascii="Arial" w:hAnsi="Arial" w:cs="Arial"/>
          <w:sz w:val="22"/>
          <w:lang w:val="hr-BA"/>
        </w:rPr>
        <w:t>uvjet</w:t>
      </w:r>
      <w:r w:rsidR="00B80945" w:rsidRPr="00F60C3B">
        <w:rPr>
          <w:rFonts w:ascii="Arial" w:hAnsi="Arial" w:cs="Arial"/>
          <w:sz w:val="22"/>
          <w:lang w:val="hr-BA"/>
        </w:rPr>
        <w:t>i</w:t>
      </w:r>
      <w:r w:rsidR="00FD752A" w:rsidRPr="00F60C3B">
        <w:rPr>
          <w:rFonts w:ascii="Arial" w:hAnsi="Arial" w:cs="Arial"/>
          <w:sz w:val="22"/>
          <w:lang w:val="hr-BA"/>
        </w:rPr>
        <w:t>,</w:t>
      </w:r>
      <w:r w:rsidR="00B71E58" w:rsidRPr="00F60C3B">
        <w:rPr>
          <w:rFonts w:ascii="Arial" w:hAnsi="Arial" w:cs="Arial"/>
          <w:sz w:val="22"/>
          <w:lang w:val="hr-BA"/>
        </w:rPr>
        <w:t xml:space="preserve"> </w:t>
      </w:r>
      <w:r w:rsidR="00206321" w:rsidRPr="00F60C3B">
        <w:rPr>
          <w:rFonts w:ascii="Arial" w:hAnsi="Arial" w:cs="Arial"/>
          <w:sz w:val="22"/>
          <w:lang w:val="hr-BA"/>
        </w:rPr>
        <w:t>nač</w:t>
      </w:r>
      <w:r w:rsidR="00B80945" w:rsidRPr="00F60C3B">
        <w:rPr>
          <w:rFonts w:ascii="Arial" w:hAnsi="Arial" w:cs="Arial"/>
          <w:sz w:val="22"/>
          <w:lang w:val="hr-BA"/>
        </w:rPr>
        <w:t>i</w:t>
      </w:r>
      <w:r w:rsidR="00FD752A" w:rsidRPr="00F60C3B">
        <w:rPr>
          <w:rFonts w:ascii="Arial" w:hAnsi="Arial" w:cs="Arial"/>
          <w:sz w:val="22"/>
          <w:lang w:val="hr-BA"/>
        </w:rPr>
        <w:t>n, rokov</w:t>
      </w:r>
      <w:r w:rsidR="00B80945" w:rsidRPr="00F60C3B">
        <w:rPr>
          <w:rFonts w:ascii="Arial" w:hAnsi="Arial" w:cs="Arial"/>
          <w:sz w:val="22"/>
          <w:lang w:val="hr-BA"/>
        </w:rPr>
        <w:t>i</w:t>
      </w:r>
      <w:r w:rsidR="00FD752A" w:rsidRPr="00F60C3B">
        <w:rPr>
          <w:rFonts w:ascii="Arial" w:hAnsi="Arial" w:cs="Arial"/>
          <w:sz w:val="22"/>
          <w:lang w:val="hr-BA"/>
        </w:rPr>
        <w:t xml:space="preserve"> </w:t>
      </w:r>
      <w:r w:rsidR="00B80945" w:rsidRPr="00F60C3B">
        <w:rPr>
          <w:rFonts w:ascii="Arial" w:hAnsi="Arial" w:cs="Arial"/>
          <w:sz w:val="22"/>
          <w:lang w:val="hr-BA"/>
        </w:rPr>
        <w:t>i</w:t>
      </w:r>
      <w:r w:rsidR="00FD752A" w:rsidRPr="00F60C3B">
        <w:rPr>
          <w:rFonts w:ascii="Arial" w:hAnsi="Arial" w:cs="Arial"/>
          <w:sz w:val="22"/>
          <w:lang w:val="hr-BA"/>
        </w:rPr>
        <w:t xml:space="preserve"> obrasc</w:t>
      </w:r>
      <w:r w:rsidR="00B80945" w:rsidRPr="00F60C3B">
        <w:rPr>
          <w:rFonts w:ascii="Arial" w:hAnsi="Arial" w:cs="Arial"/>
          <w:sz w:val="22"/>
          <w:lang w:val="hr-BA"/>
        </w:rPr>
        <w:t>i</w:t>
      </w:r>
      <w:r w:rsidR="00FD752A" w:rsidRPr="00F60C3B">
        <w:rPr>
          <w:rFonts w:ascii="Arial" w:hAnsi="Arial" w:cs="Arial"/>
          <w:sz w:val="22"/>
          <w:lang w:val="hr-BA"/>
        </w:rPr>
        <w:t xml:space="preserve"> </w:t>
      </w:r>
      <w:r w:rsidR="00B80945" w:rsidRPr="00F60C3B">
        <w:rPr>
          <w:rFonts w:ascii="Arial" w:hAnsi="Arial" w:cs="Arial"/>
          <w:sz w:val="22"/>
          <w:lang w:val="hr-BA"/>
        </w:rPr>
        <w:t>i</w:t>
      </w:r>
      <w:r w:rsidR="00206321" w:rsidRPr="00F60C3B">
        <w:rPr>
          <w:rFonts w:ascii="Arial" w:hAnsi="Arial" w:cs="Arial"/>
          <w:sz w:val="22"/>
          <w:lang w:val="hr-BA"/>
        </w:rPr>
        <w:t>zvještavanja o kred</w:t>
      </w:r>
      <w:r w:rsidR="00B80945" w:rsidRPr="00F60C3B">
        <w:rPr>
          <w:rFonts w:ascii="Arial" w:hAnsi="Arial" w:cs="Arial"/>
          <w:sz w:val="22"/>
          <w:lang w:val="hr-BA"/>
        </w:rPr>
        <w:t>i</w:t>
      </w:r>
      <w:r w:rsidR="00206321" w:rsidRPr="00F60C3B">
        <w:rPr>
          <w:rFonts w:ascii="Arial" w:hAnsi="Arial" w:cs="Arial"/>
          <w:sz w:val="22"/>
          <w:lang w:val="hr-BA"/>
        </w:rPr>
        <w:t>tn</w:t>
      </w:r>
      <w:r w:rsidR="00B80945" w:rsidRPr="00F60C3B">
        <w:rPr>
          <w:rFonts w:ascii="Arial" w:hAnsi="Arial" w:cs="Arial"/>
          <w:sz w:val="22"/>
          <w:lang w:val="hr-BA"/>
        </w:rPr>
        <w:t>i</w:t>
      </w:r>
      <w:r w:rsidR="00206321" w:rsidRPr="00F60C3B">
        <w:rPr>
          <w:rFonts w:ascii="Arial" w:hAnsi="Arial" w:cs="Arial"/>
          <w:sz w:val="22"/>
          <w:lang w:val="hr-BA"/>
        </w:rPr>
        <w:t>m poslov</w:t>
      </w:r>
      <w:r w:rsidR="00B80945" w:rsidRPr="00F60C3B">
        <w:rPr>
          <w:rFonts w:ascii="Arial" w:hAnsi="Arial" w:cs="Arial"/>
          <w:sz w:val="22"/>
          <w:lang w:val="hr-BA"/>
        </w:rPr>
        <w:t>i</w:t>
      </w:r>
      <w:r w:rsidR="00206321" w:rsidRPr="00F60C3B">
        <w:rPr>
          <w:rFonts w:ascii="Arial" w:hAnsi="Arial" w:cs="Arial"/>
          <w:sz w:val="22"/>
          <w:lang w:val="hr-BA"/>
        </w:rPr>
        <w:t xml:space="preserve">ma sa </w:t>
      </w:r>
      <w:r w:rsidR="00B80945" w:rsidRPr="00F60C3B">
        <w:rPr>
          <w:rFonts w:ascii="Arial" w:hAnsi="Arial" w:cs="Arial"/>
          <w:sz w:val="22"/>
          <w:lang w:val="hr-BA"/>
        </w:rPr>
        <w:t>i</w:t>
      </w:r>
      <w:r w:rsidR="00206321" w:rsidRPr="00F60C3B">
        <w:rPr>
          <w:rFonts w:ascii="Arial" w:hAnsi="Arial" w:cs="Arial"/>
          <w:sz w:val="22"/>
          <w:lang w:val="hr-BA"/>
        </w:rPr>
        <w:t>nozemstvom, koj</w:t>
      </w:r>
      <w:r w:rsidR="00B80945" w:rsidRPr="00F60C3B">
        <w:rPr>
          <w:rFonts w:ascii="Arial" w:hAnsi="Arial" w:cs="Arial"/>
          <w:sz w:val="22"/>
          <w:lang w:val="hr-BA"/>
        </w:rPr>
        <w:t>i</w:t>
      </w:r>
      <w:r w:rsidR="00206321" w:rsidRPr="00F60C3B">
        <w:rPr>
          <w:rFonts w:ascii="Arial" w:hAnsi="Arial" w:cs="Arial"/>
          <w:sz w:val="22"/>
          <w:lang w:val="hr-BA"/>
        </w:rPr>
        <w:t xml:space="preserve"> se dostavljaju Federalnom m</w:t>
      </w:r>
      <w:r w:rsidR="00B80945" w:rsidRPr="00F60C3B">
        <w:rPr>
          <w:rFonts w:ascii="Arial" w:hAnsi="Arial" w:cs="Arial"/>
          <w:sz w:val="22"/>
          <w:lang w:val="hr-BA"/>
        </w:rPr>
        <w:t>i</w:t>
      </w:r>
      <w:r w:rsidR="00206321" w:rsidRPr="00F60C3B">
        <w:rPr>
          <w:rFonts w:ascii="Arial" w:hAnsi="Arial" w:cs="Arial"/>
          <w:sz w:val="22"/>
          <w:lang w:val="hr-BA"/>
        </w:rPr>
        <w:t>n</w:t>
      </w:r>
      <w:r w:rsidR="00B80945" w:rsidRPr="00F60C3B">
        <w:rPr>
          <w:rFonts w:ascii="Arial" w:hAnsi="Arial" w:cs="Arial"/>
          <w:sz w:val="22"/>
          <w:lang w:val="hr-BA"/>
        </w:rPr>
        <w:t>i</w:t>
      </w:r>
      <w:r w:rsidR="00206321" w:rsidRPr="00F60C3B">
        <w:rPr>
          <w:rFonts w:ascii="Arial" w:hAnsi="Arial" w:cs="Arial"/>
          <w:sz w:val="22"/>
          <w:lang w:val="hr-BA"/>
        </w:rPr>
        <w:t>starstvu f</w:t>
      </w:r>
      <w:r w:rsidR="00B80945" w:rsidRPr="00F60C3B">
        <w:rPr>
          <w:rFonts w:ascii="Arial" w:hAnsi="Arial" w:cs="Arial"/>
          <w:sz w:val="22"/>
          <w:lang w:val="hr-BA"/>
        </w:rPr>
        <w:t>i</w:t>
      </w:r>
      <w:r w:rsidR="00206321" w:rsidRPr="00F60C3B">
        <w:rPr>
          <w:rFonts w:ascii="Arial" w:hAnsi="Arial" w:cs="Arial"/>
          <w:sz w:val="22"/>
          <w:lang w:val="hr-BA"/>
        </w:rPr>
        <w:t>nanc</w:t>
      </w:r>
      <w:r w:rsidR="00B80945" w:rsidRPr="00F60C3B">
        <w:rPr>
          <w:rFonts w:ascii="Arial" w:hAnsi="Arial" w:cs="Arial"/>
          <w:sz w:val="22"/>
          <w:lang w:val="hr-BA"/>
        </w:rPr>
        <w:t>i</w:t>
      </w:r>
      <w:r w:rsidR="00803D6C">
        <w:rPr>
          <w:rFonts w:ascii="Arial" w:hAnsi="Arial" w:cs="Arial"/>
          <w:sz w:val="22"/>
          <w:lang w:val="hr-BA"/>
        </w:rPr>
        <w:t>ja – Federalnom ministarstvu fi</w:t>
      </w:r>
      <w:r w:rsidR="00BB53A7">
        <w:rPr>
          <w:rFonts w:ascii="Arial" w:hAnsi="Arial" w:cs="Arial"/>
          <w:sz w:val="22"/>
          <w:lang w:val="hr-BA"/>
        </w:rPr>
        <w:t>na</w:t>
      </w:r>
      <w:r w:rsidR="00803D6C">
        <w:rPr>
          <w:rFonts w:ascii="Arial" w:hAnsi="Arial" w:cs="Arial"/>
          <w:sz w:val="22"/>
          <w:lang w:val="hr-BA"/>
        </w:rPr>
        <w:t>nsija</w:t>
      </w:r>
      <w:r w:rsidR="00206321" w:rsidRPr="00F60C3B">
        <w:rPr>
          <w:rFonts w:ascii="Arial" w:hAnsi="Arial" w:cs="Arial"/>
          <w:sz w:val="22"/>
          <w:lang w:val="hr-BA"/>
        </w:rPr>
        <w:t xml:space="preserve"> (u daljem tekstu: M</w:t>
      </w:r>
      <w:r w:rsidR="00B80945" w:rsidRPr="00F60C3B">
        <w:rPr>
          <w:rFonts w:ascii="Arial" w:hAnsi="Arial" w:cs="Arial"/>
          <w:sz w:val="22"/>
          <w:lang w:val="hr-BA"/>
        </w:rPr>
        <w:t>i</w:t>
      </w:r>
      <w:r w:rsidR="00206321" w:rsidRPr="00F60C3B">
        <w:rPr>
          <w:rFonts w:ascii="Arial" w:hAnsi="Arial" w:cs="Arial"/>
          <w:sz w:val="22"/>
          <w:lang w:val="hr-BA"/>
        </w:rPr>
        <w:t>n</w:t>
      </w:r>
      <w:r w:rsidR="00B80945" w:rsidRPr="00F60C3B">
        <w:rPr>
          <w:rFonts w:ascii="Arial" w:hAnsi="Arial" w:cs="Arial"/>
          <w:sz w:val="22"/>
          <w:lang w:val="hr-BA"/>
        </w:rPr>
        <w:t>i</w:t>
      </w:r>
      <w:r w:rsidR="00206321" w:rsidRPr="00F60C3B">
        <w:rPr>
          <w:rFonts w:ascii="Arial" w:hAnsi="Arial" w:cs="Arial"/>
          <w:sz w:val="22"/>
          <w:lang w:val="hr-BA"/>
        </w:rPr>
        <w:t>starstvo), te</w:t>
      </w:r>
      <w:r w:rsidR="00FD752A" w:rsidRPr="00F60C3B">
        <w:rPr>
          <w:rFonts w:ascii="Arial" w:hAnsi="Arial" w:cs="Arial"/>
          <w:sz w:val="22"/>
          <w:lang w:val="hr-BA"/>
        </w:rPr>
        <w:t xml:space="preserve"> se</w:t>
      </w:r>
      <w:r w:rsidR="00206321" w:rsidRPr="00F60C3B">
        <w:rPr>
          <w:rFonts w:ascii="Arial" w:hAnsi="Arial" w:cs="Arial"/>
          <w:sz w:val="22"/>
          <w:lang w:val="hr-BA"/>
        </w:rPr>
        <w:t xml:space="preserve"> pr</w:t>
      </w:r>
      <w:r w:rsidR="00FD752A" w:rsidRPr="00F60C3B">
        <w:rPr>
          <w:rFonts w:ascii="Arial" w:hAnsi="Arial" w:cs="Arial"/>
          <w:sz w:val="22"/>
          <w:lang w:val="hr-BA"/>
        </w:rPr>
        <w:t>o</w:t>
      </w:r>
      <w:r w:rsidR="00206321" w:rsidRPr="00F60C3B">
        <w:rPr>
          <w:rFonts w:ascii="Arial" w:hAnsi="Arial" w:cs="Arial"/>
          <w:sz w:val="22"/>
          <w:lang w:val="hr-BA"/>
        </w:rPr>
        <w:t>p</w:t>
      </w:r>
      <w:r w:rsidR="00B80945" w:rsidRPr="00F60C3B">
        <w:rPr>
          <w:rFonts w:ascii="Arial" w:hAnsi="Arial" w:cs="Arial"/>
          <w:sz w:val="22"/>
          <w:lang w:val="hr-BA"/>
        </w:rPr>
        <w:t>i</w:t>
      </w:r>
      <w:r w:rsidR="00206321" w:rsidRPr="00F60C3B">
        <w:rPr>
          <w:rFonts w:ascii="Arial" w:hAnsi="Arial" w:cs="Arial"/>
          <w:sz w:val="22"/>
          <w:lang w:val="hr-BA"/>
        </w:rPr>
        <w:t>suje nač</w:t>
      </w:r>
      <w:r w:rsidR="00B80945" w:rsidRPr="00F60C3B">
        <w:rPr>
          <w:rFonts w:ascii="Arial" w:hAnsi="Arial" w:cs="Arial"/>
          <w:sz w:val="22"/>
          <w:lang w:val="hr-BA"/>
        </w:rPr>
        <w:t>i</w:t>
      </w:r>
      <w:r w:rsidR="00206321" w:rsidRPr="00F60C3B">
        <w:rPr>
          <w:rFonts w:ascii="Arial" w:hAnsi="Arial" w:cs="Arial"/>
          <w:sz w:val="22"/>
          <w:lang w:val="hr-BA"/>
        </w:rPr>
        <w:t>n postupanja sa</w:t>
      </w:r>
      <w:r w:rsidR="00FD752A" w:rsidRPr="00F60C3B">
        <w:rPr>
          <w:rFonts w:ascii="Arial" w:hAnsi="Arial" w:cs="Arial"/>
          <w:sz w:val="22"/>
          <w:lang w:val="hr-BA"/>
        </w:rPr>
        <w:t xml:space="preserve"> </w:t>
      </w:r>
      <w:r w:rsidR="00206321" w:rsidRPr="00F60C3B">
        <w:rPr>
          <w:rFonts w:ascii="Arial" w:hAnsi="Arial" w:cs="Arial"/>
          <w:sz w:val="22"/>
          <w:lang w:val="hr-BA"/>
        </w:rPr>
        <w:t>podac</w:t>
      </w:r>
      <w:r w:rsidR="00B80945" w:rsidRPr="00F60C3B">
        <w:rPr>
          <w:rFonts w:ascii="Arial" w:hAnsi="Arial" w:cs="Arial"/>
          <w:sz w:val="22"/>
          <w:lang w:val="hr-BA"/>
        </w:rPr>
        <w:t>i</w:t>
      </w:r>
      <w:r w:rsidR="00206321" w:rsidRPr="00F60C3B">
        <w:rPr>
          <w:rFonts w:ascii="Arial" w:hAnsi="Arial" w:cs="Arial"/>
          <w:sz w:val="22"/>
          <w:lang w:val="hr-BA"/>
        </w:rPr>
        <w:t xml:space="preserve">ma u svrhu </w:t>
      </w:r>
      <w:r w:rsidR="00B80945" w:rsidRPr="00F60C3B">
        <w:rPr>
          <w:rFonts w:ascii="Arial" w:hAnsi="Arial" w:cs="Arial"/>
          <w:sz w:val="22"/>
          <w:lang w:val="hr-BA"/>
        </w:rPr>
        <w:t>i</w:t>
      </w:r>
      <w:r w:rsidR="00206321" w:rsidRPr="00F60C3B">
        <w:rPr>
          <w:rFonts w:ascii="Arial" w:hAnsi="Arial" w:cs="Arial"/>
          <w:sz w:val="22"/>
          <w:lang w:val="hr-BA"/>
        </w:rPr>
        <w:t>zvještavanja nadležn</w:t>
      </w:r>
      <w:r w:rsidR="00B80945" w:rsidRPr="00F60C3B">
        <w:rPr>
          <w:rFonts w:ascii="Arial" w:hAnsi="Arial" w:cs="Arial"/>
          <w:sz w:val="22"/>
          <w:lang w:val="hr-BA"/>
        </w:rPr>
        <w:t>i</w:t>
      </w:r>
      <w:r w:rsidR="00206321" w:rsidRPr="00F60C3B">
        <w:rPr>
          <w:rFonts w:ascii="Arial" w:hAnsi="Arial" w:cs="Arial"/>
          <w:sz w:val="22"/>
          <w:lang w:val="hr-BA"/>
        </w:rPr>
        <w:t>h t</w:t>
      </w:r>
      <w:r w:rsidR="00B80945" w:rsidRPr="00F60C3B">
        <w:rPr>
          <w:rFonts w:ascii="Arial" w:hAnsi="Arial" w:cs="Arial"/>
          <w:sz w:val="22"/>
          <w:lang w:val="hr-BA"/>
        </w:rPr>
        <w:t>i</w:t>
      </w:r>
      <w:r w:rsidR="00206321" w:rsidRPr="00F60C3B">
        <w:rPr>
          <w:rFonts w:ascii="Arial" w:hAnsi="Arial" w:cs="Arial"/>
          <w:sz w:val="22"/>
          <w:lang w:val="hr-BA"/>
        </w:rPr>
        <w:t>jela</w:t>
      </w:r>
      <w:r w:rsidR="00FD752A" w:rsidRPr="00F60C3B">
        <w:rPr>
          <w:rFonts w:ascii="Arial" w:hAnsi="Arial" w:cs="Arial"/>
          <w:sz w:val="22"/>
          <w:lang w:val="hr-BA"/>
        </w:rPr>
        <w:t xml:space="preserve"> o zaduženost</w:t>
      </w:r>
      <w:r w:rsidR="00B80945" w:rsidRPr="00F60C3B">
        <w:rPr>
          <w:rFonts w:ascii="Arial" w:hAnsi="Arial" w:cs="Arial"/>
          <w:sz w:val="22"/>
          <w:lang w:val="hr-BA"/>
        </w:rPr>
        <w:t>i</w:t>
      </w:r>
      <w:r w:rsidR="00FD752A" w:rsidRPr="00F60C3B">
        <w:rPr>
          <w:rFonts w:ascii="Arial" w:hAnsi="Arial" w:cs="Arial"/>
          <w:sz w:val="22"/>
          <w:lang w:val="hr-BA"/>
        </w:rPr>
        <w:t xml:space="preserve"> fondova, jedn</w:t>
      </w:r>
      <w:r w:rsidR="00B80945" w:rsidRPr="00F60C3B">
        <w:rPr>
          <w:rFonts w:ascii="Arial" w:hAnsi="Arial" w:cs="Arial"/>
          <w:sz w:val="22"/>
          <w:lang w:val="hr-BA"/>
        </w:rPr>
        <w:t>i</w:t>
      </w:r>
      <w:r w:rsidR="00FD752A" w:rsidRPr="00F60C3B">
        <w:rPr>
          <w:rFonts w:ascii="Arial" w:hAnsi="Arial" w:cs="Arial"/>
          <w:sz w:val="22"/>
          <w:lang w:val="hr-BA"/>
        </w:rPr>
        <w:t>ca lokalne samouprave,</w:t>
      </w:r>
      <w:r w:rsidR="00B71E58" w:rsidRPr="00F60C3B">
        <w:rPr>
          <w:rFonts w:ascii="Arial" w:hAnsi="Arial" w:cs="Arial"/>
          <w:sz w:val="22"/>
          <w:lang w:val="hr-BA"/>
        </w:rPr>
        <w:t xml:space="preserve"> </w:t>
      </w:r>
      <w:r w:rsidR="00FD752A" w:rsidRPr="00F60C3B">
        <w:rPr>
          <w:rFonts w:ascii="Arial" w:hAnsi="Arial" w:cs="Arial"/>
          <w:sz w:val="22"/>
          <w:lang w:val="hr-BA"/>
        </w:rPr>
        <w:t>f</w:t>
      </w:r>
      <w:r w:rsidR="00B80945" w:rsidRPr="00F60C3B">
        <w:rPr>
          <w:rFonts w:ascii="Arial" w:hAnsi="Arial" w:cs="Arial"/>
          <w:sz w:val="22"/>
          <w:lang w:val="hr-BA"/>
        </w:rPr>
        <w:t>i</w:t>
      </w:r>
      <w:r w:rsidR="00FD752A" w:rsidRPr="00F60C3B">
        <w:rPr>
          <w:rFonts w:ascii="Arial" w:hAnsi="Arial" w:cs="Arial"/>
          <w:sz w:val="22"/>
          <w:lang w:val="hr-BA"/>
        </w:rPr>
        <w:t>nanc</w:t>
      </w:r>
      <w:r w:rsidR="00B80945" w:rsidRPr="00F60C3B">
        <w:rPr>
          <w:rFonts w:ascii="Arial" w:hAnsi="Arial" w:cs="Arial"/>
          <w:sz w:val="22"/>
          <w:lang w:val="hr-BA"/>
        </w:rPr>
        <w:t>i</w:t>
      </w:r>
      <w:r w:rsidR="00FD752A" w:rsidRPr="00F60C3B">
        <w:rPr>
          <w:rFonts w:ascii="Arial" w:hAnsi="Arial" w:cs="Arial"/>
          <w:sz w:val="22"/>
          <w:lang w:val="hr-BA"/>
        </w:rPr>
        <w:t>jsk</w:t>
      </w:r>
      <w:r w:rsidR="00B80945" w:rsidRPr="00F60C3B">
        <w:rPr>
          <w:rFonts w:ascii="Arial" w:hAnsi="Arial" w:cs="Arial"/>
          <w:sz w:val="22"/>
          <w:lang w:val="hr-BA"/>
        </w:rPr>
        <w:t>i</w:t>
      </w:r>
      <w:r w:rsidR="00FD752A" w:rsidRPr="00F60C3B">
        <w:rPr>
          <w:rFonts w:ascii="Arial" w:hAnsi="Arial" w:cs="Arial"/>
          <w:sz w:val="22"/>
          <w:lang w:val="hr-BA"/>
        </w:rPr>
        <w:t xml:space="preserve">h </w:t>
      </w:r>
      <w:r w:rsidR="00FD752A" w:rsidRPr="0001109D">
        <w:rPr>
          <w:rFonts w:ascii="Arial" w:hAnsi="Arial" w:cs="Arial"/>
          <w:sz w:val="22"/>
          <w:lang w:val="hr-BA"/>
        </w:rPr>
        <w:t>organ</w:t>
      </w:r>
      <w:r w:rsidR="00B80945" w:rsidRPr="0001109D">
        <w:rPr>
          <w:rFonts w:ascii="Arial" w:hAnsi="Arial" w:cs="Arial"/>
          <w:sz w:val="22"/>
          <w:lang w:val="hr-BA"/>
        </w:rPr>
        <w:t>i</w:t>
      </w:r>
      <w:r w:rsidR="00FD752A" w:rsidRPr="0001109D">
        <w:rPr>
          <w:rFonts w:ascii="Arial" w:hAnsi="Arial" w:cs="Arial"/>
          <w:sz w:val="22"/>
          <w:lang w:val="hr-BA"/>
        </w:rPr>
        <w:t>zac</w:t>
      </w:r>
      <w:r w:rsidR="00B80945" w:rsidRPr="0001109D">
        <w:rPr>
          <w:rFonts w:ascii="Arial" w:hAnsi="Arial" w:cs="Arial"/>
          <w:sz w:val="22"/>
          <w:lang w:val="hr-BA"/>
        </w:rPr>
        <w:t>i</w:t>
      </w:r>
      <w:r w:rsidR="00FD752A" w:rsidRPr="0001109D">
        <w:rPr>
          <w:rFonts w:ascii="Arial" w:hAnsi="Arial" w:cs="Arial"/>
          <w:sz w:val="22"/>
          <w:lang w:val="hr-BA"/>
        </w:rPr>
        <w:t>ja, pr</w:t>
      </w:r>
      <w:r w:rsidR="00B80945" w:rsidRPr="0001109D">
        <w:rPr>
          <w:rFonts w:ascii="Arial" w:hAnsi="Arial" w:cs="Arial"/>
          <w:sz w:val="22"/>
          <w:lang w:val="hr-BA"/>
        </w:rPr>
        <w:t>i</w:t>
      </w:r>
      <w:r w:rsidR="00FD752A" w:rsidRPr="0001109D">
        <w:rPr>
          <w:rFonts w:ascii="Arial" w:hAnsi="Arial" w:cs="Arial"/>
          <w:sz w:val="22"/>
          <w:lang w:val="hr-BA"/>
        </w:rPr>
        <w:t xml:space="preserve">vrede </w:t>
      </w:r>
      <w:r w:rsidR="00B80945" w:rsidRPr="0001109D">
        <w:rPr>
          <w:rFonts w:ascii="Arial" w:hAnsi="Arial" w:cs="Arial"/>
          <w:sz w:val="22"/>
          <w:lang w:val="hr-BA"/>
        </w:rPr>
        <w:t>i</w:t>
      </w:r>
      <w:r w:rsidR="00FD752A" w:rsidRPr="0001109D">
        <w:rPr>
          <w:rFonts w:ascii="Arial" w:hAnsi="Arial" w:cs="Arial"/>
          <w:sz w:val="22"/>
          <w:lang w:val="hr-BA"/>
        </w:rPr>
        <w:t xml:space="preserve"> f</w:t>
      </w:r>
      <w:r w:rsidR="00B80945" w:rsidRPr="0001109D">
        <w:rPr>
          <w:rFonts w:ascii="Arial" w:hAnsi="Arial" w:cs="Arial"/>
          <w:sz w:val="22"/>
          <w:lang w:val="hr-BA"/>
        </w:rPr>
        <w:t>i</w:t>
      </w:r>
      <w:r w:rsidR="00FD752A" w:rsidRPr="0001109D">
        <w:rPr>
          <w:rFonts w:ascii="Arial" w:hAnsi="Arial" w:cs="Arial"/>
          <w:sz w:val="22"/>
          <w:lang w:val="hr-BA"/>
        </w:rPr>
        <w:t>z</w:t>
      </w:r>
      <w:r w:rsidR="00B80945" w:rsidRPr="0001109D">
        <w:rPr>
          <w:rFonts w:ascii="Arial" w:hAnsi="Arial" w:cs="Arial"/>
          <w:sz w:val="22"/>
          <w:lang w:val="hr-BA"/>
        </w:rPr>
        <w:t>i</w:t>
      </w:r>
      <w:r w:rsidR="00FD752A" w:rsidRPr="0001109D">
        <w:rPr>
          <w:rFonts w:ascii="Arial" w:hAnsi="Arial" w:cs="Arial"/>
          <w:sz w:val="22"/>
          <w:lang w:val="hr-BA"/>
        </w:rPr>
        <w:t>čk</w:t>
      </w:r>
      <w:r w:rsidR="00B80945" w:rsidRPr="0001109D">
        <w:rPr>
          <w:rFonts w:ascii="Arial" w:hAnsi="Arial" w:cs="Arial"/>
          <w:sz w:val="22"/>
          <w:lang w:val="hr-BA"/>
        </w:rPr>
        <w:t>i</w:t>
      </w:r>
      <w:r w:rsidR="00FD752A" w:rsidRPr="0001109D">
        <w:rPr>
          <w:rFonts w:ascii="Arial" w:hAnsi="Arial" w:cs="Arial"/>
          <w:sz w:val="22"/>
          <w:lang w:val="hr-BA"/>
        </w:rPr>
        <w:t>h osoba</w:t>
      </w:r>
      <w:r w:rsidR="00B71E58" w:rsidRPr="0001109D">
        <w:rPr>
          <w:rFonts w:ascii="Arial" w:hAnsi="Arial" w:cs="Arial"/>
          <w:sz w:val="22"/>
          <w:lang w:val="hr-BA"/>
        </w:rPr>
        <w:t xml:space="preserve"> u Federac</w:t>
      </w:r>
      <w:r w:rsidR="00B80945" w:rsidRPr="0001109D">
        <w:rPr>
          <w:rFonts w:ascii="Arial" w:hAnsi="Arial" w:cs="Arial"/>
          <w:sz w:val="22"/>
          <w:lang w:val="hr-BA"/>
        </w:rPr>
        <w:t>i</w:t>
      </w:r>
      <w:r w:rsidR="00B71E58" w:rsidRPr="0001109D">
        <w:rPr>
          <w:rFonts w:ascii="Arial" w:hAnsi="Arial" w:cs="Arial"/>
          <w:sz w:val="22"/>
          <w:lang w:val="hr-BA"/>
        </w:rPr>
        <w:t xml:space="preserve">je Bosne </w:t>
      </w:r>
      <w:r w:rsidR="00B80945" w:rsidRPr="0001109D">
        <w:rPr>
          <w:rFonts w:ascii="Arial" w:hAnsi="Arial" w:cs="Arial"/>
          <w:sz w:val="22"/>
          <w:lang w:val="hr-BA"/>
        </w:rPr>
        <w:t>i</w:t>
      </w:r>
      <w:r w:rsidR="00B71E58" w:rsidRPr="0001109D">
        <w:rPr>
          <w:rFonts w:ascii="Arial" w:hAnsi="Arial" w:cs="Arial"/>
          <w:sz w:val="22"/>
          <w:lang w:val="hr-BA"/>
        </w:rPr>
        <w:t xml:space="preserve"> Hercegov</w:t>
      </w:r>
      <w:r w:rsidR="00B80945" w:rsidRPr="0001109D">
        <w:rPr>
          <w:rFonts w:ascii="Arial" w:hAnsi="Arial" w:cs="Arial"/>
          <w:sz w:val="22"/>
          <w:lang w:val="hr-BA"/>
        </w:rPr>
        <w:t>i</w:t>
      </w:r>
      <w:r w:rsidR="00B71E58" w:rsidRPr="0001109D">
        <w:rPr>
          <w:rFonts w:ascii="Arial" w:hAnsi="Arial" w:cs="Arial"/>
          <w:sz w:val="22"/>
          <w:lang w:val="hr-BA"/>
        </w:rPr>
        <w:t>ne</w:t>
      </w:r>
      <w:r w:rsidR="003F0280" w:rsidRPr="0001109D">
        <w:rPr>
          <w:rFonts w:ascii="Arial" w:hAnsi="Arial" w:cs="Arial"/>
          <w:sz w:val="22"/>
          <w:lang w:val="hr-BA"/>
        </w:rPr>
        <w:t xml:space="preserve"> (u daljem tekstu: Federacija)</w:t>
      </w:r>
      <w:r w:rsidR="00B71E58" w:rsidRPr="0001109D">
        <w:rPr>
          <w:rFonts w:ascii="Arial" w:hAnsi="Arial" w:cs="Arial"/>
          <w:sz w:val="22"/>
          <w:lang w:val="hr-BA"/>
        </w:rPr>
        <w:t xml:space="preserve"> u skladu sa Zakonom o dev</w:t>
      </w:r>
      <w:r w:rsidR="00B80945" w:rsidRPr="0001109D">
        <w:rPr>
          <w:rFonts w:ascii="Arial" w:hAnsi="Arial" w:cs="Arial"/>
          <w:sz w:val="22"/>
          <w:lang w:val="hr-BA"/>
        </w:rPr>
        <w:t>i</w:t>
      </w:r>
      <w:r w:rsidR="00B71E58" w:rsidRPr="0001109D">
        <w:rPr>
          <w:rFonts w:ascii="Arial" w:hAnsi="Arial" w:cs="Arial"/>
          <w:sz w:val="22"/>
          <w:lang w:val="hr-BA"/>
        </w:rPr>
        <w:t>znom poslovanju („Službene nov</w:t>
      </w:r>
      <w:r w:rsidR="00B80945" w:rsidRPr="0001109D">
        <w:rPr>
          <w:rFonts w:ascii="Arial" w:hAnsi="Arial" w:cs="Arial"/>
          <w:sz w:val="22"/>
          <w:lang w:val="hr-BA"/>
        </w:rPr>
        <w:t>i</w:t>
      </w:r>
      <w:r w:rsidR="00B71E58" w:rsidRPr="0001109D">
        <w:rPr>
          <w:rFonts w:ascii="Arial" w:hAnsi="Arial" w:cs="Arial"/>
          <w:sz w:val="22"/>
          <w:lang w:val="hr-BA"/>
        </w:rPr>
        <w:t>ne Federac</w:t>
      </w:r>
      <w:r w:rsidR="00B80945" w:rsidRPr="0001109D">
        <w:rPr>
          <w:rFonts w:ascii="Arial" w:hAnsi="Arial" w:cs="Arial"/>
          <w:sz w:val="22"/>
          <w:lang w:val="hr-BA"/>
        </w:rPr>
        <w:t>i</w:t>
      </w:r>
      <w:r w:rsidR="00B71E58" w:rsidRPr="0001109D">
        <w:rPr>
          <w:rFonts w:ascii="Arial" w:hAnsi="Arial" w:cs="Arial"/>
          <w:sz w:val="22"/>
          <w:lang w:val="hr-BA"/>
        </w:rPr>
        <w:t>je B</w:t>
      </w:r>
      <w:r w:rsidR="00B80945" w:rsidRPr="0001109D">
        <w:rPr>
          <w:rFonts w:ascii="Arial" w:hAnsi="Arial" w:cs="Arial"/>
          <w:sz w:val="22"/>
          <w:lang w:val="hr-BA"/>
        </w:rPr>
        <w:t>i</w:t>
      </w:r>
      <w:r w:rsidR="00B71E58" w:rsidRPr="0001109D">
        <w:rPr>
          <w:rFonts w:ascii="Arial" w:hAnsi="Arial" w:cs="Arial"/>
          <w:sz w:val="22"/>
          <w:lang w:val="hr-BA"/>
        </w:rPr>
        <w:t xml:space="preserve">H“, broj: 47/10 </w:t>
      </w:r>
      <w:r w:rsidR="00B80945" w:rsidRPr="0001109D">
        <w:rPr>
          <w:rFonts w:ascii="Arial" w:hAnsi="Arial" w:cs="Arial"/>
          <w:sz w:val="22"/>
          <w:lang w:val="hr-BA"/>
        </w:rPr>
        <w:t>i</w:t>
      </w:r>
      <w:r w:rsidR="00B71E58" w:rsidRPr="0001109D">
        <w:rPr>
          <w:rFonts w:ascii="Arial" w:hAnsi="Arial" w:cs="Arial"/>
          <w:sz w:val="22"/>
          <w:lang w:val="hr-BA"/>
        </w:rPr>
        <w:t xml:space="preserve"> 35/26; u daljem tekstu: Zakon).</w:t>
      </w:r>
    </w:p>
    <w:p w14:paraId="7F955DC9" w14:textId="77777777" w:rsidR="00206321" w:rsidRPr="0001109D" w:rsidRDefault="00206321" w:rsidP="00173D56">
      <w:pPr>
        <w:ind w:left="0"/>
        <w:rPr>
          <w:rFonts w:ascii="Arial" w:hAnsi="Arial" w:cs="Arial"/>
          <w:b/>
          <w:sz w:val="22"/>
          <w:lang w:val="hr-BA"/>
        </w:rPr>
      </w:pPr>
    </w:p>
    <w:p w14:paraId="0177FFB4" w14:textId="1F6740B0" w:rsidR="000E71EC" w:rsidRPr="0001109D" w:rsidRDefault="00570D3E" w:rsidP="00173D56">
      <w:pPr>
        <w:spacing w:before="0" w:after="0"/>
        <w:ind w:left="0"/>
        <w:jc w:val="center"/>
        <w:rPr>
          <w:rFonts w:ascii="Arial" w:hAnsi="Arial" w:cs="Arial"/>
          <w:b/>
          <w:sz w:val="22"/>
          <w:lang w:val="hr-BA"/>
        </w:rPr>
      </w:pPr>
      <w:r w:rsidRPr="0001109D">
        <w:rPr>
          <w:rFonts w:ascii="Arial" w:hAnsi="Arial" w:cs="Arial"/>
          <w:b/>
          <w:sz w:val="22"/>
          <w:lang w:val="hr-BA"/>
        </w:rPr>
        <w:t>Član</w:t>
      </w:r>
      <w:r w:rsidR="00A67AA8" w:rsidRPr="0001109D">
        <w:rPr>
          <w:rFonts w:ascii="Arial" w:hAnsi="Arial" w:cs="Arial"/>
          <w:b/>
          <w:sz w:val="22"/>
          <w:lang w:val="hr-BA"/>
        </w:rPr>
        <w:t>ak</w:t>
      </w:r>
      <w:r w:rsidRPr="0001109D">
        <w:rPr>
          <w:rFonts w:ascii="Arial" w:hAnsi="Arial" w:cs="Arial"/>
          <w:b/>
          <w:sz w:val="22"/>
          <w:lang w:val="hr-BA"/>
        </w:rPr>
        <w:t xml:space="preserve"> 2</w:t>
      </w:r>
      <w:r w:rsidR="00A67AA8" w:rsidRPr="0001109D">
        <w:rPr>
          <w:rFonts w:ascii="Arial" w:hAnsi="Arial" w:cs="Arial"/>
          <w:b/>
          <w:sz w:val="22"/>
          <w:lang w:val="hr-BA"/>
        </w:rPr>
        <w:t>.</w:t>
      </w:r>
    </w:p>
    <w:p w14:paraId="5729750E" w14:textId="39D84679" w:rsidR="00A67AA8" w:rsidRPr="0001109D" w:rsidRDefault="00A67AA8" w:rsidP="00173D56">
      <w:pPr>
        <w:spacing w:before="0" w:after="0"/>
        <w:ind w:left="0"/>
        <w:jc w:val="center"/>
        <w:rPr>
          <w:rFonts w:ascii="Arial" w:hAnsi="Arial" w:cs="Arial"/>
          <w:b/>
          <w:sz w:val="22"/>
          <w:lang w:val="hr-BA"/>
        </w:rPr>
      </w:pPr>
      <w:r w:rsidRPr="0001109D">
        <w:rPr>
          <w:rFonts w:ascii="Arial" w:hAnsi="Arial" w:cs="Arial"/>
          <w:b/>
          <w:sz w:val="22"/>
          <w:lang w:val="hr-BA"/>
        </w:rPr>
        <w:t>(Izvještavanje i evidentiranje)</w:t>
      </w:r>
    </w:p>
    <w:p w14:paraId="33519B03" w14:textId="77777777" w:rsidR="00206321" w:rsidRPr="0001109D" w:rsidRDefault="00206321" w:rsidP="00173D56">
      <w:pPr>
        <w:ind w:left="0"/>
        <w:rPr>
          <w:rFonts w:ascii="Arial" w:hAnsi="Arial" w:cs="Arial"/>
          <w:sz w:val="22"/>
          <w:lang w:val="hr-BA"/>
        </w:rPr>
      </w:pPr>
    </w:p>
    <w:p w14:paraId="739959C1" w14:textId="6CC997FF" w:rsidR="000E71EC" w:rsidRPr="00A67AA8" w:rsidRDefault="00A67AA8" w:rsidP="00173D56">
      <w:pPr>
        <w:ind w:left="0"/>
        <w:rPr>
          <w:rFonts w:ascii="Arial" w:hAnsi="Arial" w:cs="Arial"/>
          <w:sz w:val="22"/>
          <w:lang w:val="hr-BA"/>
        </w:rPr>
      </w:pPr>
      <w:r w:rsidRPr="0001109D">
        <w:rPr>
          <w:rFonts w:ascii="Arial" w:hAnsi="Arial" w:cs="Arial"/>
          <w:sz w:val="22"/>
          <w:lang w:val="hr-BA"/>
        </w:rPr>
        <w:t xml:space="preserve">(1) </w:t>
      </w:r>
      <w:r w:rsidR="00B80945" w:rsidRPr="0001109D">
        <w:rPr>
          <w:rFonts w:ascii="Arial" w:hAnsi="Arial" w:cs="Arial"/>
          <w:sz w:val="22"/>
          <w:lang w:val="hr-BA"/>
        </w:rPr>
        <w:t>I</w:t>
      </w:r>
      <w:r w:rsidR="00570D3E" w:rsidRPr="0001109D">
        <w:rPr>
          <w:rFonts w:ascii="Arial" w:hAnsi="Arial" w:cs="Arial"/>
          <w:sz w:val="22"/>
          <w:lang w:val="hr-BA"/>
        </w:rPr>
        <w:t>zvještavanje o kred</w:t>
      </w:r>
      <w:r w:rsidR="00B80945" w:rsidRPr="0001109D">
        <w:rPr>
          <w:rFonts w:ascii="Arial" w:hAnsi="Arial" w:cs="Arial"/>
          <w:sz w:val="22"/>
          <w:lang w:val="hr-BA"/>
        </w:rPr>
        <w:t>i</w:t>
      </w:r>
      <w:r w:rsidR="00570D3E" w:rsidRPr="0001109D">
        <w:rPr>
          <w:rFonts w:ascii="Arial" w:hAnsi="Arial" w:cs="Arial"/>
          <w:sz w:val="22"/>
          <w:lang w:val="hr-BA"/>
        </w:rPr>
        <w:t>tn</w:t>
      </w:r>
      <w:r w:rsidR="00B80945" w:rsidRPr="0001109D">
        <w:rPr>
          <w:rFonts w:ascii="Arial" w:hAnsi="Arial" w:cs="Arial"/>
          <w:sz w:val="22"/>
          <w:lang w:val="hr-BA"/>
        </w:rPr>
        <w:t>i</w:t>
      </w:r>
      <w:r w:rsidR="00570D3E" w:rsidRPr="0001109D">
        <w:rPr>
          <w:rFonts w:ascii="Arial" w:hAnsi="Arial" w:cs="Arial"/>
          <w:sz w:val="22"/>
          <w:lang w:val="hr-BA"/>
        </w:rPr>
        <w:t>m poslov</w:t>
      </w:r>
      <w:r w:rsidR="00B80945" w:rsidRPr="0001109D">
        <w:rPr>
          <w:rFonts w:ascii="Arial" w:hAnsi="Arial" w:cs="Arial"/>
          <w:sz w:val="22"/>
          <w:lang w:val="hr-BA"/>
        </w:rPr>
        <w:t>i</w:t>
      </w:r>
      <w:r w:rsidR="00570D3E" w:rsidRPr="0001109D">
        <w:rPr>
          <w:rFonts w:ascii="Arial" w:hAnsi="Arial" w:cs="Arial"/>
          <w:sz w:val="22"/>
          <w:lang w:val="hr-BA"/>
        </w:rPr>
        <w:t xml:space="preserve">ma sa </w:t>
      </w:r>
      <w:r w:rsidR="00B80945" w:rsidRPr="0001109D">
        <w:rPr>
          <w:rFonts w:ascii="Arial" w:hAnsi="Arial" w:cs="Arial"/>
          <w:sz w:val="22"/>
          <w:lang w:val="hr-BA"/>
        </w:rPr>
        <w:t>i</w:t>
      </w:r>
      <w:r w:rsidR="00B71E58" w:rsidRPr="0001109D">
        <w:rPr>
          <w:rFonts w:ascii="Arial" w:hAnsi="Arial" w:cs="Arial"/>
          <w:sz w:val="22"/>
          <w:lang w:val="hr-BA"/>
        </w:rPr>
        <w:t>nozemstvom</w:t>
      </w:r>
      <w:r w:rsidR="00570D3E" w:rsidRPr="00A67AA8">
        <w:rPr>
          <w:rFonts w:ascii="Arial" w:hAnsi="Arial" w:cs="Arial"/>
          <w:sz w:val="22"/>
          <w:lang w:val="hr-BA"/>
        </w:rPr>
        <w:t xml:space="preserve"> vrš</w:t>
      </w:r>
      <w:r w:rsidR="00B80945" w:rsidRPr="00A67AA8">
        <w:rPr>
          <w:rFonts w:ascii="Arial" w:hAnsi="Arial" w:cs="Arial"/>
          <w:sz w:val="22"/>
          <w:lang w:val="hr-BA"/>
        </w:rPr>
        <w:t>i</w:t>
      </w:r>
      <w:r w:rsidR="00570D3E" w:rsidRPr="00A67AA8">
        <w:rPr>
          <w:rFonts w:ascii="Arial" w:hAnsi="Arial" w:cs="Arial"/>
          <w:sz w:val="22"/>
          <w:lang w:val="hr-BA"/>
        </w:rPr>
        <w:t xml:space="preserve"> se rad</w:t>
      </w:r>
      <w:r w:rsidR="00B80945" w:rsidRPr="00A67AA8">
        <w:rPr>
          <w:rFonts w:ascii="Arial" w:hAnsi="Arial" w:cs="Arial"/>
          <w:sz w:val="22"/>
          <w:lang w:val="hr-BA"/>
        </w:rPr>
        <w:t>i</w:t>
      </w:r>
      <w:r w:rsidR="00570D3E" w:rsidRPr="00A67AA8">
        <w:rPr>
          <w:rFonts w:ascii="Arial" w:hAnsi="Arial" w:cs="Arial"/>
          <w:sz w:val="22"/>
          <w:lang w:val="hr-BA"/>
        </w:rPr>
        <w:t xml:space="preserve"> pr</w:t>
      </w:r>
      <w:r w:rsidR="00B80945" w:rsidRPr="00A67AA8">
        <w:rPr>
          <w:rFonts w:ascii="Arial" w:hAnsi="Arial" w:cs="Arial"/>
          <w:sz w:val="22"/>
          <w:lang w:val="hr-BA"/>
        </w:rPr>
        <w:t>i</w:t>
      </w:r>
      <w:r w:rsidR="00570D3E" w:rsidRPr="00A67AA8">
        <w:rPr>
          <w:rFonts w:ascii="Arial" w:hAnsi="Arial" w:cs="Arial"/>
          <w:sz w:val="22"/>
          <w:lang w:val="hr-BA"/>
        </w:rPr>
        <w:t xml:space="preserve">kupljanja, obrade </w:t>
      </w:r>
      <w:r w:rsidR="00B80945" w:rsidRPr="00A67AA8">
        <w:rPr>
          <w:rFonts w:ascii="Arial" w:hAnsi="Arial" w:cs="Arial"/>
          <w:sz w:val="22"/>
          <w:lang w:val="hr-BA"/>
        </w:rPr>
        <w:t>i</w:t>
      </w:r>
      <w:r w:rsidR="00570D3E" w:rsidRPr="00A67AA8">
        <w:rPr>
          <w:rFonts w:ascii="Arial" w:hAnsi="Arial" w:cs="Arial"/>
          <w:sz w:val="22"/>
          <w:lang w:val="hr-BA"/>
        </w:rPr>
        <w:t xml:space="preserve"> anal</w:t>
      </w:r>
      <w:r w:rsidR="00B80945" w:rsidRPr="00A67AA8">
        <w:rPr>
          <w:rFonts w:ascii="Arial" w:hAnsi="Arial" w:cs="Arial"/>
          <w:sz w:val="22"/>
          <w:lang w:val="hr-BA"/>
        </w:rPr>
        <w:t>i</w:t>
      </w:r>
      <w:r w:rsidR="00570D3E" w:rsidRPr="00A67AA8">
        <w:rPr>
          <w:rFonts w:ascii="Arial" w:hAnsi="Arial" w:cs="Arial"/>
          <w:sz w:val="22"/>
          <w:lang w:val="hr-BA"/>
        </w:rPr>
        <w:t>ze podataka o stanj</w:t>
      </w:r>
      <w:r w:rsidR="00B71E58" w:rsidRPr="00A67AA8">
        <w:rPr>
          <w:rFonts w:ascii="Arial" w:hAnsi="Arial" w:cs="Arial"/>
          <w:sz w:val="22"/>
          <w:lang w:val="hr-BA"/>
        </w:rPr>
        <w:t>u</w:t>
      </w:r>
      <w:r w:rsidR="00570D3E" w:rsidRPr="00A67AA8">
        <w:rPr>
          <w:rFonts w:ascii="Arial" w:hAnsi="Arial" w:cs="Arial"/>
          <w:sz w:val="22"/>
          <w:lang w:val="hr-BA"/>
        </w:rPr>
        <w:t xml:space="preserve"> zaduženost</w:t>
      </w:r>
      <w:r w:rsidR="00B80945" w:rsidRPr="00A67AA8">
        <w:rPr>
          <w:rFonts w:ascii="Arial" w:hAnsi="Arial" w:cs="Arial"/>
          <w:sz w:val="22"/>
          <w:lang w:val="hr-BA"/>
        </w:rPr>
        <w:t>i</w:t>
      </w:r>
      <w:r w:rsidR="00570D3E" w:rsidRPr="00A67AA8">
        <w:rPr>
          <w:rFonts w:ascii="Arial" w:hAnsi="Arial" w:cs="Arial"/>
          <w:sz w:val="22"/>
          <w:lang w:val="hr-BA"/>
        </w:rPr>
        <w:t xml:space="preserve"> </w:t>
      </w:r>
      <w:r w:rsidR="00B71E58" w:rsidRPr="00A67AA8">
        <w:rPr>
          <w:rFonts w:ascii="Arial" w:hAnsi="Arial" w:cs="Arial"/>
          <w:sz w:val="22"/>
          <w:lang w:val="hr-BA"/>
        </w:rPr>
        <w:t>o zaduženost</w:t>
      </w:r>
      <w:r w:rsidR="00B80945" w:rsidRPr="00A67AA8">
        <w:rPr>
          <w:rFonts w:ascii="Arial" w:hAnsi="Arial" w:cs="Arial"/>
          <w:sz w:val="22"/>
          <w:lang w:val="hr-BA"/>
        </w:rPr>
        <w:t>i</w:t>
      </w:r>
      <w:r w:rsidR="00B71E58" w:rsidRPr="00A67AA8">
        <w:rPr>
          <w:rFonts w:ascii="Arial" w:hAnsi="Arial" w:cs="Arial"/>
          <w:sz w:val="22"/>
          <w:lang w:val="hr-BA"/>
        </w:rPr>
        <w:t xml:space="preserve"> fondova, jedn</w:t>
      </w:r>
      <w:r w:rsidR="00B80945" w:rsidRPr="00A67AA8">
        <w:rPr>
          <w:rFonts w:ascii="Arial" w:hAnsi="Arial" w:cs="Arial"/>
          <w:sz w:val="22"/>
          <w:lang w:val="hr-BA"/>
        </w:rPr>
        <w:t>i</w:t>
      </w:r>
      <w:r w:rsidR="00B71E58" w:rsidRPr="00A67AA8">
        <w:rPr>
          <w:rFonts w:ascii="Arial" w:hAnsi="Arial" w:cs="Arial"/>
          <w:sz w:val="22"/>
          <w:lang w:val="hr-BA"/>
        </w:rPr>
        <w:t>ca lokalne samouprave, f</w:t>
      </w:r>
      <w:r w:rsidR="00B80945" w:rsidRPr="00A67AA8">
        <w:rPr>
          <w:rFonts w:ascii="Arial" w:hAnsi="Arial" w:cs="Arial"/>
          <w:sz w:val="22"/>
          <w:lang w:val="hr-BA"/>
        </w:rPr>
        <w:t>i</w:t>
      </w:r>
      <w:r w:rsidR="00B71E58" w:rsidRPr="00A67AA8">
        <w:rPr>
          <w:rFonts w:ascii="Arial" w:hAnsi="Arial" w:cs="Arial"/>
          <w:sz w:val="22"/>
          <w:lang w:val="hr-BA"/>
        </w:rPr>
        <w:t>nanc</w:t>
      </w:r>
      <w:r w:rsidR="00B80945" w:rsidRPr="00A67AA8">
        <w:rPr>
          <w:rFonts w:ascii="Arial" w:hAnsi="Arial" w:cs="Arial"/>
          <w:sz w:val="22"/>
          <w:lang w:val="hr-BA"/>
        </w:rPr>
        <w:t>i</w:t>
      </w:r>
      <w:r w:rsidR="00B71E58" w:rsidRPr="00A67AA8">
        <w:rPr>
          <w:rFonts w:ascii="Arial" w:hAnsi="Arial" w:cs="Arial"/>
          <w:sz w:val="22"/>
          <w:lang w:val="hr-BA"/>
        </w:rPr>
        <w:t>jsk</w:t>
      </w:r>
      <w:r w:rsidR="00B80945" w:rsidRPr="00A67AA8">
        <w:rPr>
          <w:rFonts w:ascii="Arial" w:hAnsi="Arial" w:cs="Arial"/>
          <w:sz w:val="22"/>
          <w:lang w:val="hr-BA"/>
        </w:rPr>
        <w:t>i</w:t>
      </w:r>
      <w:r w:rsidR="00B71E58" w:rsidRPr="00A67AA8">
        <w:rPr>
          <w:rFonts w:ascii="Arial" w:hAnsi="Arial" w:cs="Arial"/>
          <w:sz w:val="22"/>
          <w:lang w:val="hr-BA"/>
        </w:rPr>
        <w:t>h organ</w:t>
      </w:r>
      <w:r w:rsidR="00B80945" w:rsidRPr="00A67AA8">
        <w:rPr>
          <w:rFonts w:ascii="Arial" w:hAnsi="Arial" w:cs="Arial"/>
          <w:sz w:val="22"/>
          <w:lang w:val="hr-BA"/>
        </w:rPr>
        <w:t>i</w:t>
      </w:r>
      <w:r w:rsidR="00B71E58" w:rsidRPr="00A67AA8">
        <w:rPr>
          <w:rFonts w:ascii="Arial" w:hAnsi="Arial" w:cs="Arial"/>
          <w:sz w:val="22"/>
          <w:lang w:val="hr-BA"/>
        </w:rPr>
        <w:t>zac</w:t>
      </w:r>
      <w:r w:rsidR="00B80945" w:rsidRPr="00A67AA8">
        <w:rPr>
          <w:rFonts w:ascii="Arial" w:hAnsi="Arial" w:cs="Arial"/>
          <w:sz w:val="22"/>
          <w:lang w:val="hr-BA"/>
        </w:rPr>
        <w:t>i</w:t>
      </w:r>
      <w:r w:rsidR="00B71E58" w:rsidRPr="00A67AA8">
        <w:rPr>
          <w:rFonts w:ascii="Arial" w:hAnsi="Arial" w:cs="Arial"/>
          <w:sz w:val="22"/>
          <w:lang w:val="hr-BA"/>
        </w:rPr>
        <w:t>ja, pr</w:t>
      </w:r>
      <w:r w:rsidR="00B80945" w:rsidRPr="00A67AA8">
        <w:rPr>
          <w:rFonts w:ascii="Arial" w:hAnsi="Arial" w:cs="Arial"/>
          <w:sz w:val="22"/>
          <w:lang w:val="hr-BA"/>
        </w:rPr>
        <w:t>i</w:t>
      </w:r>
      <w:r w:rsidR="00B71E58" w:rsidRPr="00A67AA8">
        <w:rPr>
          <w:rFonts w:ascii="Arial" w:hAnsi="Arial" w:cs="Arial"/>
          <w:sz w:val="22"/>
          <w:lang w:val="hr-BA"/>
        </w:rPr>
        <w:t xml:space="preserve">vrede </w:t>
      </w:r>
      <w:r w:rsidR="00B80945" w:rsidRPr="00A67AA8">
        <w:rPr>
          <w:rFonts w:ascii="Arial" w:hAnsi="Arial" w:cs="Arial"/>
          <w:sz w:val="22"/>
          <w:lang w:val="hr-BA"/>
        </w:rPr>
        <w:t>i</w:t>
      </w:r>
      <w:r w:rsidR="00B71E58" w:rsidRPr="00A67AA8">
        <w:rPr>
          <w:rFonts w:ascii="Arial" w:hAnsi="Arial" w:cs="Arial"/>
          <w:sz w:val="22"/>
          <w:lang w:val="hr-BA"/>
        </w:rPr>
        <w:t xml:space="preserve"> f</w:t>
      </w:r>
      <w:r w:rsidR="00B80945" w:rsidRPr="00A67AA8">
        <w:rPr>
          <w:rFonts w:ascii="Arial" w:hAnsi="Arial" w:cs="Arial"/>
          <w:sz w:val="22"/>
          <w:lang w:val="hr-BA"/>
        </w:rPr>
        <w:t>i</w:t>
      </w:r>
      <w:r w:rsidR="00B71E58" w:rsidRPr="00A67AA8">
        <w:rPr>
          <w:rFonts w:ascii="Arial" w:hAnsi="Arial" w:cs="Arial"/>
          <w:sz w:val="22"/>
          <w:lang w:val="hr-BA"/>
        </w:rPr>
        <w:t>z</w:t>
      </w:r>
      <w:r w:rsidR="00B80945" w:rsidRPr="00A67AA8">
        <w:rPr>
          <w:rFonts w:ascii="Arial" w:hAnsi="Arial" w:cs="Arial"/>
          <w:sz w:val="22"/>
          <w:lang w:val="hr-BA"/>
        </w:rPr>
        <w:t>i</w:t>
      </w:r>
      <w:r w:rsidR="00B71E58" w:rsidRPr="00A67AA8">
        <w:rPr>
          <w:rFonts w:ascii="Arial" w:hAnsi="Arial" w:cs="Arial"/>
          <w:sz w:val="22"/>
          <w:lang w:val="hr-BA"/>
        </w:rPr>
        <w:t>čk</w:t>
      </w:r>
      <w:r w:rsidR="00B80945" w:rsidRPr="00A67AA8">
        <w:rPr>
          <w:rFonts w:ascii="Arial" w:hAnsi="Arial" w:cs="Arial"/>
          <w:sz w:val="22"/>
          <w:lang w:val="hr-BA"/>
        </w:rPr>
        <w:t>i</w:t>
      </w:r>
      <w:r w:rsidR="00B71E58" w:rsidRPr="00A67AA8">
        <w:rPr>
          <w:rFonts w:ascii="Arial" w:hAnsi="Arial" w:cs="Arial"/>
          <w:sz w:val="22"/>
          <w:lang w:val="hr-BA"/>
        </w:rPr>
        <w:t>h osoba s c</w:t>
      </w:r>
      <w:r w:rsidR="00B80945" w:rsidRPr="00A67AA8">
        <w:rPr>
          <w:rFonts w:ascii="Arial" w:hAnsi="Arial" w:cs="Arial"/>
          <w:sz w:val="22"/>
          <w:lang w:val="hr-BA"/>
        </w:rPr>
        <w:t>i</w:t>
      </w:r>
      <w:r w:rsidR="00B71E58" w:rsidRPr="00A67AA8">
        <w:rPr>
          <w:rFonts w:ascii="Arial" w:hAnsi="Arial" w:cs="Arial"/>
          <w:sz w:val="22"/>
          <w:lang w:val="hr-BA"/>
        </w:rPr>
        <w:t>ljem stat</w:t>
      </w:r>
      <w:r w:rsidR="00B80945" w:rsidRPr="00A67AA8">
        <w:rPr>
          <w:rFonts w:ascii="Arial" w:hAnsi="Arial" w:cs="Arial"/>
          <w:sz w:val="22"/>
          <w:lang w:val="hr-BA"/>
        </w:rPr>
        <w:t>i</w:t>
      </w:r>
      <w:r w:rsidR="00B71E58" w:rsidRPr="00A67AA8">
        <w:rPr>
          <w:rFonts w:ascii="Arial" w:hAnsi="Arial" w:cs="Arial"/>
          <w:sz w:val="22"/>
          <w:lang w:val="hr-BA"/>
        </w:rPr>
        <w:t>st</w:t>
      </w:r>
      <w:r w:rsidR="00B80945" w:rsidRPr="00A67AA8">
        <w:rPr>
          <w:rFonts w:ascii="Arial" w:hAnsi="Arial" w:cs="Arial"/>
          <w:sz w:val="22"/>
          <w:lang w:val="hr-BA"/>
        </w:rPr>
        <w:t>i</w:t>
      </w:r>
      <w:r w:rsidR="00B71E58" w:rsidRPr="00A67AA8">
        <w:rPr>
          <w:rFonts w:ascii="Arial" w:hAnsi="Arial" w:cs="Arial"/>
          <w:sz w:val="22"/>
          <w:lang w:val="hr-BA"/>
        </w:rPr>
        <w:t xml:space="preserve">čke obrade </w:t>
      </w:r>
      <w:r w:rsidR="00B80945" w:rsidRPr="00A67AA8">
        <w:rPr>
          <w:rFonts w:ascii="Arial" w:hAnsi="Arial" w:cs="Arial"/>
          <w:sz w:val="22"/>
          <w:lang w:val="hr-BA"/>
        </w:rPr>
        <w:t>i</w:t>
      </w:r>
      <w:r w:rsidR="00B71E58" w:rsidRPr="00A67AA8">
        <w:rPr>
          <w:rFonts w:ascii="Arial" w:hAnsi="Arial" w:cs="Arial"/>
          <w:sz w:val="22"/>
          <w:lang w:val="hr-BA"/>
        </w:rPr>
        <w:t xml:space="preserve"> praćenja </w:t>
      </w:r>
      <w:r w:rsidR="00570D3E" w:rsidRPr="00A67AA8">
        <w:rPr>
          <w:rFonts w:ascii="Arial" w:hAnsi="Arial" w:cs="Arial"/>
          <w:sz w:val="22"/>
          <w:lang w:val="hr-BA"/>
        </w:rPr>
        <w:t>ukupnog vanjskog duga Federac</w:t>
      </w:r>
      <w:r w:rsidR="00B80945" w:rsidRPr="00A67AA8">
        <w:rPr>
          <w:rFonts w:ascii="Arial" w:hAnsi="Arial" w:cs="Arial"/>
          <w:sz w:val="22"/>
          <w:lang w:val="hr-BA"/>
        </w:rPr>
        <w:t>i</w:t>
      </w:r>
      <w:r w:rsidR="00570D3E" w:rsidRPr="00A67AA8">
        <w:rPr>
          <w:rFonts w:ascii="Arial" w:hAnsi="Arial" w:cs="Arial"/>
          <w:sz w:val="22"/>
          <w:lang w:val="hr-BA"/>
        </w:rPr>
        <w:t xml:space="preserve">je </w:t>
      </w:r>
      <w:r w:rsidR="00B71E58" w:rsidRPr="00A67AA8">
        <w:rPr>
          <w:rFonts w:ascii="Arial" w:hAnsi="Arial" w:cs="Arial"/>
          <w:sz w:val="22"/>
          <w:lang w:val="hr-BA"/>
        </w:rPr>
        <w:t xml:space="preserve">te </w:t>
      </w:r>
      <w:r w:rsidR="00B80945" w:rsidRPr="00A67AA8">
        <w:rPr>
          <w:rFonts w:ascii="Arial" w:hAnsi="Arial" w:cs="Arial"/>
          <w:sz w:val="22"/>
          <w:lang w:val="hr-BA"/>
        </w:rPr>
        <w:t>i</w:t>
      </w:r>
      <w:r w:rsidR="00570D3E" w:rsidRPr="00A67AA8">
        <w:rPr>
          <w:rFonts w:ascii="Arial" w:hAnsi="Arial" w:cs="Arial"/>
          <w:sz w:val="22"/>
          <w:lang w:val="hr-BA"/>
        </w:rPr>
        <w:t>zvještavanja nadležn</w:t>
      </w:r>
      <w:r w:rsidR="00B80945" w:rsidRPr="00A67AA8">
        <w:rPr>
          <w:rFonts w:ascii="Arial" w:hAnsi="Arial" w:cs="Arial"/>
          <w:sz w:val="22"/>
          <w:lang w:val="hr-BA"/>
        </w:rPr>
        <w:t>i</w:t>
      </w:r>
      <w:r w:rsidR="00570D3E" w:rsidRPr="00A67AA8">
        <w:rPr>
          <w:rFonts w:ascii="Arial" w:hAnsi="Arial" w:cs="Arial"/>
          <w:sz w:val="22"/>
          <w:lang w:val="hr-BA"/>
        </w:rPr>
        <w:t xml:space="preserve">h </w:t>
      </w:r>
      <w:r w:rsidR="00B71E58" w:rsidRPr="00A67AA8">
        <w:rPr>
          <w:rFonts w:ascii="Arial" w:hAnsi="Arial" w:cs="Arial"/>
          <w:sz w:val="22"/>
          <w:lang w:val="hr-BA"/>
        </w:rPr>
        <w:t>t</w:t>
      </w:r>
      <w:r w:rsidR="00B80945" w:rsidRPr="00A67AA8">
        <w:rPr>
          <w:rFonts w:ascii="Arial" w:hAnsi="Arial" w:cs="Arial"/>
          <w:sz w:val="22"/>
          <w:lang w:val="hr-BA"/>
        </w:rPr>
        <w:t>i</w:t>
      </w:r>
      <w:r w:rsidR="00B71E58" w:rsidRPr="00A67AA8">
        <w:rPr>
          <w:rFonts w:ascii="Arial" w:hAnsi="Arial" w:cs="Arial"/>
          <w:sz w:val="22"/>
          <w:lang w:val="hr-BA"/>
        </w:rPr>
        <w:t>jela.</w:t>
      </w:r>
    </w:p>
    <w:p w14:paraId="5D153840" w14:textId="5479A2C4" w:rsidR="000E71EC" w:rsidRPr="00A67AA8" w:rsidRDefault="00A67AA8" w:rsidP="00173D56">
      <w:pPr>
        <w:ind w:left="0"/>
        <w:rPr>
          <w:rFonts w:ascii="Arial" w:hAnsi="Arial" w:cs="Arial"/>
          <w:sz w:val="22"/>
          <w:lang w:val="hr-BA"/>
        </w:rPr>
      </w:pPr>
      <w:r>
        <w:rPr>
          <w:rFonts w:ascii="Arial" w:hAnsi="Arial" w:cs="Arial"/>
          <w:sz w:val="22"/>
          <w:lang w:val="hr-BA"/>
        </w:rPr>
        <w:t xml:space="preserve">(2) </w:t>
      </w:r>
      <w:r w:rsidR="00B80945" w:rsidRPr="00A67AA8">
        <w:rPr>
          <w:rFonts w:ascii="Arial" w:hAnsi="Arial" w:cs="Arial"/>
          <w:sz w:val="22"/>
          <w:lang w:val="hr-BA"/>
        </w:rPr>
        <w:t>I</w:t>
      </w:r>
      <w:r w:rsidR="00570D3E" w:rsidRPr="00A67AA8">
        <w:rPr>
          <w:rFonts w:ascii="Arial" w:hAnsi="Arial" w:cs="Arial"/>
          <w:sz w:val="22"/>
          <w:lang w:val="hr-BA"/>
        </w:rPr>
        <w:t>zvještavanje u skladu sa ov</w:t>
      </w:r>
      <w:r w:rsidR="00B80945" w:rsidRPr="00A67AA8">
        <w:rPr>
          <w:rFonts w:ascii="Arial" w:hAnsi="Arial" w:cs="Arial"/>
          <w:sz w:val="22"/>
          <w:lang w:val="hr-BA"/>
        </w:rPr>
        <w:t>i</w:t>
      </w:r>
      <w:r w:rsidR="00570D3E" w:rsidRPr="00A67AA8">
        <w:rPr>
          <w:rFonts w:ascii="Arial" w:hAnsi="Arial" w:cs="Arial"/>
          <w:sz w:val="22"/>
          <w:lang w:val="hr-BA"/>
        </w:rPr>
        <w:t>m prav</w:t>
      </w:r>
      <w:r w:rsidR="00B80945" w:rsidRPr="00A67AA8">
        <w:rPr>
          <w:rFonts w:ascii="Arial" w:hAnsi="Arial" w:cs="Arial"/>
          <w:sz w:val="22"/>
          <w:lang w:val="hr-BA"/>
        </w:rPr>
        <w:t>i</w:t>
      </w:r>
      <w:r w:rsidR="00570D3E" w:rsidRPr="00A67AA8">
        <w:rPr>
          <w:rFonts w:ascii="Arial" w:hAnsi="Arial" w:cs="Arial"/>
          <w:sz w:val="22"/>
          <w:lang w:val="hr-BA"/>
        </w:rPr>
        <w:t>ln</w:t>
      </w:r>
      <w:r w:rsidR="00B80945" w:rsidRPr="00A67AA8">
        <w:rPr>
          <w:rFonts w:ascii="Arial" w:hAnsi="Arial" w:cs="Arial"/>
          <w:sz w:val="22"/>
          <w:lang w:val="hr-BA"/>
        </w:rPr>
        <w:t>i</w:t>
      </w:r>
      <w:r w:rsidR="00570D3E" w:rsidRPr="00A67AA8">
        <w:rPr>
          <w:rFonts w:ascii="Arial" w:hAnsi="Arial" w:cs="Arial"/>
          <w:sz w:val="22"/>
          <w:lang w:val="hr-BA"/>
        </w:rPr>
        <w:t>kom ne predstavlja odobrenje, saglasnost, dozvolu n</w:t>
      </w:r>
      <w:r w:rsidR="00B80945" w:rsidRPr="00A67AA8">
        <w:rPr>
          <w:rFonts w:ascii="Arial" w:hAnsi="Arial" w:cs="Arial"/>
          <w:sz w:val="22"/>
          <w:lang w:val="hr-BA"/>
        </w:rPr>
        <w:t>i</w:t>
      </w:r>
      <w:r w:rsidR="00570D3E" w:rsidRPr="00A67AA8">
        <w:rPr>
          <w:rFonts w:ascii="Arial" w:hAnsi="Arial" w:cs="Arial"/>
          <w:sz w:val="22"/>
          <w:lang w:val="hr-BA"/>
        </w:rPr>
        <w:t>t</w:t>
      </w:r>
      <w:r w:rsidR="00B80945" w:rsidRPr="00A67AA8">
        <w:rPr>
          <w:rFonts w:ascii="Arial" w:hAnsi="Arial" w:cs="Arial"/>
          <w:sz w:val="22"/>
          <w:lang w:val="hr-BA"/>
        </w:rPr>
        <w:t>i</w:t>
      </w:r>
      <w:r w:rsidR="00570D3E" w:rsidRPr="00A67AA8">
        <w:rPr>
          <w:rFonts w:ascii="Arial" w:hAnsi="Arial" w:cs="Arial"/>
          <w:sz w:val="22"/>
          <w:lang w:val="hr-BA"/>
        </w:rPr>
        <w:t xml:space="preserve"> potvrdu M</w:t>
      </w:r>
      <w:r w:rsidR="00B80945" w:rsidRPr="00A67AA8">
        <w:rPr>
          <w:rFonts w:ascii="Arial" w:hAnsi="Arial" w:cs="Arial"/>
          <w:sz w:val="22"/>
          <w:lang w:val="hr-BA"/>
        </w:rPr>
        <w:t>i</w:t>
      </w:r>
      <w:r w:rsidR="00570D3E" w:rsidRPr="00A67AA8">
        <w:rPr>
          <w:rFonts w:ascii="Arial" w:hAnsi="Arial" w:cs="Arial"/>
          <w:sz w:val="22"/>
          <w:lang w:val="hr-BA"/>
        </w:rPr>
        <w:t>n</w:t>
      </w:r>
      <w:r w:rsidR="00B80945" w:rsidRPr="00A67AA8">
        <w:rPr>
          <w:rFonts w:ascii="Arial" w:hAnsi="Arial" w:cs="Arial"/>
          <w:sz w:val="22"/>
          <w:lang w:val="hr-BA"/>
        </w:rPr>
        <w:t>i</w:t>
      </w:r>
      <w:r w:rsidR="00570D3E" w:rsidRPr="00A67AA8">
        <w:rPr>
          <w:rFonts w:ascii="Arial" w:hAnsi="Arial" w:cs="Arial"/>
          <w:sz w:val="22"/>
          <w:lang w:val="hr-BA"/>
        </w:rPr>
        <w:t>starstva za zaključenje, kor</w:t>
      </w:r>
      <w:r w:rsidR="00B80945" w:rsidRPr="00A67AA8">
        <w:rPr>
          <w:rFonts w:ascii="Arial" w:hAnsi="Arial" w:cs="Arial"/>
          <w:sz w:val="22"/>
          <w:lang w:val="hr-BA"/>
        </w:rPr>
        <w:t>i</w:t>
      </w:r>
      <w:r w:rsidR="00570D3E" w:rsidRPr="00A67AA8">
        <w:rPr>
          <w:rFonts w:ascii="Arial" w:hAnsi="Arial" w:cs="Arial"/>
          <w:sz w:val="22"/>
          <w:lang w:val="hr-BA"/>
        </w:rPr>
        <w:t xml:space="preserve">štenje, otplatu, </w:t>
      </w:r>
      <w:r w:rsidR="00B80945" w:rsidRPr="00A67AA8">
        <w:rPr>
          <w:rFonts w:ascii="Arial" w:hAnsi="Arial" w:cs="Arial"/>
          <w:sz w:val="22"/>
          <w:lang w:val="hr-BA"/>
        </w:rPr>
        <w:t>i</w:t>
      </w:r>
      <w:r w:rsidR="00570D3E" w:rsidRPr="00A67AA8">
        <w:rPr>
          <w:rFonts w:ascii="Arial" w:hAnsi="Arial" w:cs="Arial"/>
          <w:sz w:val="22"/>
          <w:lang w:val="hr-BA"/>
        </w:rPr>
        <w:t xml:space="preserve">zmjenu </w:t>
      </w:r>
      <w:r w:rsidR="00B80945" w:rsidRPr="00A67AA8">
        <w:rPr>
          <w:rFonts w:ascii="Arial" w:hAnsi="Arial" w:cs="Arial"/>
          <w:sz w:val="22"/>
          <w:lang w:val="hr-BA"/>
        </w:rPr>
        <w:t>i</w:t>
      </w:r>
      <w:r w:rsidR="00570D3E" w:rsidRPr="00A67AA8">
        <w:rPr>
          <w:rFonts w:ascii="Arial" w:hAnsi="Arial" w:cs="Arial"/>
          <w:sz w:val="22"/>
          <w:lang w:val="hr-BA"/>
        </w:rPr>
        <w:t>l</w:t>
      </w:r>
      <w:r w:rsidR="00B80945" w:rsidRPr="00A67AA8">
        <w:rPr>
          <w:rFonts w:ascii="Arial" w:hAnsi="Arial" w:cs="Arial"/>
          <w:sz w:val="22"/>
          <w:lang w:val="hr-BA"/>
        </w:rPr>
        <w:t>i</w:t>
      </w:r>
      <w:r w:rsidR="00570D3E" w:rsidRPr="00A67AA8">
        <w:rPr>
          <w:rFonts w:ascii="Arial" w:hAnsi="Arial" w:cs="Arial"/>
          <w:sz w:val="22"/>
          <w:lang w:val="hr-BA"/>
        </w:rPr>
        <w:t xml:space="preserve"> prestanak kred</w:t>
      </w:r>
      <w:r w:rsidR="00B80945" w:rsidRPr="00A67AA8">
        <w:rPr>
          <w:rFonts w:ascii="Arial" w:hAnsi="Arial" w:cs="Arial"/>
          <w:sz w:val="22"/>
          <w:lang w:val="hr-BA"/>
        </w:rPr>
        <w:t>i</w:t>
      </w:r>
      <w:r w:rsidR="00570D3E" w:rsidRPr="00A67AA8">
        <w:rPr>
          <w:rFonts w:ascii="Arial" w:hAnsi="Arial" w:cs="Arial"/>
          <w:sz w:val="22"/>
          <w:lang w:val="hr-BA"/>
        </w:rPr>
        <w:t xml:space="preserve">tnog posla sa </w:t>
      </w:r>
      <w:r w:rsidR="00B80945" w:rsidRPr="00A67AA8">
        <w:rPr>
          <w:rFonts w:ascii="Arial" w:hAnsi="Arial" w:cs="Arial"/>
          <w:sz w:val="22"/>
          <w:lang w:val="hr-BA"/>
        </w:rPr>
        <w:t>i</w:t>
      </w:r>
      <w:r w:rsidR="00B71E58" w:rsidRPr="00A67AA8">
        <w:rPr>
          <w:rFonts w:ascii="Arial" w:hAnsi="Arial" w:cs="Arial"/>
          <w:sz w:val="22"/>
          <w:lang w:val="hr-BA"/>
        </w:rPr>
        <w:t>nozemstvom</w:t>
      </w:r>
      <w:r w:rsidR="00570D3E" w:rsidRPr="00A67AA8">
        <w:rPr>
          <w:rFonts w:ascii="Arial" w:hAnsi="Arial" w:cs="Arial"/>
          <w:sz w:val="22"/>
          <w:lang w:val="hr-BA"/>
        </w:rPr>
        <w:t>.</w:t>
      </w:r>
    </w:p>
    <w:p w14:paraId="121BCD4A" w14:textId="0E418B25" w:rsidR="000E71EC" w:rsidRPr="00A67AA8" w:rsidRDefault="00A67AA8" w:rsidP="00173D56">
      <w:pPr>
        <w:ind w:left="0"/>
        <w:rPr>
          <w:rFonts w:ascii="Arial" w:hAnsi="Arial" w:cs="Arial"/>
          <w:sz w:val="22"/>
          <w:lang w:val="hr-BA"/>
        </w:rPr>
      </w:pPr>
      <w:r>
        <w:rPr>
          <w:rFonts w:ascii="Arial" w:hAnsi="Arial" w:cs="Arial"/>
          <w:sz w:val="22"/>
          <w:lang w:val="hr-BA"/>
        </w:rPr>
        <w:t xml:space="preserve">(3) </w:t>
      </w:r>
      <w:r w:rsidR="00570D3E" w:rsidRPr="00A67AA8">
        <w:rPr>
          <w:rFonts w:ascii="Arial" w:hAnsi="Arial" w:cs="Arial"/>
          <w:sz w:val="22"/>
          <w:lang w:val="hr-BA"/>
        </w:rPr>
        <w:t>Ev</w:t>
      </w:r>
      <w:r w:rsidR="00B80945" w:rsidRPr="00A67AA8">
        <w:rPr>
          <w:rFonts w:ascii="Arial" w:hAnsi="Arial" w:cs="Arial"/>
          <w:sz w:val="22"/>
          <w:lang w:val="hr-BA"/>
        </w:rPr>
        <w:t>i</w:t>
      </w:r>
      <w:r w:rsidR="00570D3E" w:rsidRPr="00A67AA8">
        <w:rPr>
          <w:rFonts w:ascii="Arial" w:hAnsi="Arial" w:cs="Arial"/>
          <w:sz w:val="22"/>
          <w:lang w:val="hr-BA"/>
        </w:rPr>
        <w:t>dent</w:t>
      </w:r>
      <w:r w:rsidR="00B80945" w:rsidRPr="00A67AA8">
        <w:rPr>
          <w:rFonts w:ascii="Arial" w:hAnsi="Arial" w:cs="Arial"/>
          <w:sz w:val="22"/>
          <w:lang w:val="hr-BA"/>
        </w:rPr>
        <w:t>i</w:t>
      </w:r>
      <w:r w:rsidR="00570D3E" w:rsidRPr="00A67AA8">
        <w:rPr>
          <w:rFonts w:ascii="Arial" w:hAnsi="Arial" w:cs="Arial"/>
          <w:sz w:val="22"/>
          <w:lang w:val="hr-BA"/>
        </w:rPr>
        <w:t>ranje podataka u Reg</w:t>
      </w:r>
      <w:r w:rsidR="00B80945" w:rsidRPr="00A67AA8">
        <w:rPr>
          <w:rFonts w:ascii="Arial" w:hAnsi="Arial" w:cs="Arial"/>
          <w:sz w:val="22"/>
          <w:lang w:val="hr-BA"/>
        </w:rPr>
        <w:t>i</w:t>
      </w:r>
      <w:r w:rsidR="00570D3E" w:rsidRPr="00A67AA8">
        <w:rPr>
          <w:rFonts w:ascii="Arial" w:hAnsi="Arial" w:cs="Arial"/>
          <w:sz w:val="22"/>
          <w:lang w:val="hr-BA"/>
        </w:rPr>
        <w:t xml:space="preserve">stru </w:t>
      </w:r>
      <w:r w:rsidR="00B71E58" w:rsidRPr="00A67AA8">
        <w:rPr>
          <w:rFonts w:ascii="Arial" w:hAnsi="Arial" w:cs="Arial"/>
          <w:sz w:val="22"/>
          <w:lang w:val="hr-BA"/>
        </w:rPr>
        <w:t xml:space="preserve">predstavlja </w:t>
      </w:r>
      <w:r w:rsidR="00662F13" w:rsidRPr="00A67AA8">
        <w:rPr>
          <w:rFonts w:ascii="Arial" w:hAnsi="Arial" w:cs="Arial"/>
          <w:sz w:val="22"/>
          <w:lang w:val="hr-BA"/>
        </w:rPr>
        <w:t>obvezu</w:t>
      </w:r>
      <w:r w:rsidR="00B71E58" w:rsidRPr="00A67AA8">
        <w:rPr>
          <w:rFonts w:ascii="Arial" w:hAnsi="Arial" w:cs="Arial"/>
          <w:sz w:val="22"/>
          <w:lang w:val="hr-BA"/>
        </w:rPr>
        <w:t xml:space="preserve"> rez</w:t>
      </w:r>
      <w:r w:rsidR="00B80945" w:rsidRPr="00A67AA8">
        <w:rPr>
          <w:rFonts w:ascii="Arial" w:hAnsi="Arial" w:cs="Arial"/>
          <w:sz w:val="22"/>
          <w:lang w:val="hr-BA"/>
        </w:rPr>
        <w:t>i</w:t>
      </w:r>
      <w:r w:rsidR="00B71E58" w:rsidRPr="00A67AA8">
        <w:rPr>
          <w:rFonts w:ascii="Arial" w:hAnsi="Arial" w:cs="Arial"/>
          <w:sz w:val="22"/>
          <w:lang w:val="hr-BA"/>
        </w:rPr>
        <w:t>denta</w:t>
      </w:r>
      <w:r w:rsidR="003B1FEC">
        <w:rPr>
          <w:rFonts w:ascii="Arial" w:hAnsi="Arial" w:cs="Arial"/>
          <w:sz w:val="22"/>
          <w:lang w:val="hr-BA"/>
        </w:rPr>
        <w:t xml:space="preserve"> </w:t>
      </w:r>
      <w:r w:rsidR="00B71E58" w:rsidRPr="00A67AA8">
        <w:rPr>
          <w:rFonts w:ascii="Arial" w:hAnsi="Arial" w:cs="Arial"/>
          <w:sz w:val="22"/>
          <w:lang w:val="hr-BA"/>
        </w:rPr>
        <w:t>- obvezn</w:t>
      </w:r>
      <w:r w:rsidR="00B80945" w:rsidRPr="00A67AA8">
        <w:rPr>
          <w:rFonts w:ascii="Arial" w:hAnsi="Arial" w:cs="Arial"/>
          <w:sz w:val="22"/>
          <w:lang w:val="hr-BA"/>
        </w:rPr>
        <w:t>i</w:t>
      </w:r>
      <w:r w:rsidR="00B71E58" w:rsidRPr="00A67AA8">
        <w:rPr>
          <w:rFonts w:ascii="Arial" w:hAnsi="Arial" w:cs="Arial"/>
          <w:sz w:val="22"/>
          <w:lang w:val="hr-BA"/>
        </w:rPr>
        <w:t xml:space="preserve">ka </w:t>
      </w:r>
      <w:r w:rsidR="00B80945" w:rsidRPr="00A67AA8">
        <w:rPr>
          <w:rFonts w:ascii="Arial" w:hAnsi="Arial" w:cs="Arial"/>
          <w:sz w:val="22"/>
          <w:lang w:val="hr-BA"/>
        </w:rPr>
        <w:t>i</w:t>
      </w:r>
      <w:r w:rsidR="00B71E58" w:rsidRPr="00A67AA8">
        <w:rPr>
          <w:rFonts w:ascii="Arial" w:hAnsi="Arial" w:cs="Arial"/>
          <w:sz w:val="22"/>
          <w:lang w:val="hr-BA"/>
        </w:rPr>
        <w:t xml:space="preserve">zvještavanja </w:t>
      </w:r>
      <w:r w:rsidR="00662F13" w:rsidRPr="00A67AA8">
        <w:rPr>
          <w:rFonts w:ascii="Arial" w:hAnsi="Arial" w:cs="Arial"/>
          <w:sz w:val="22"/>
          <w:lang w:val="hr-BA"/>
        </w:rPr>
        <w:t>koj</w:t>
      </w:r>
      <w:r w:rsidR="00B80945" w:rsidRPr="00A67AA8">
        <w:rPr>
          <w:rFonts w:ascii="Arial" w:hAnsi="Arial" w:cs="Arial"/>
          <w:sz w:val="22"/>
          <w:lang w:val="hr-BA"/>
        </w:rPr>
        <w:t>i</w:t>
      </w:r>
      <w:r w:rsidR="00662F13" w:rsidRPr="00A67AA8">
        <w:rPr>
          <w:rFonts w:ascii="Arial" w:hAnsi="Arial" w:cs="Arial"/>
          <w:sz w:val="22"/>
          <w:lang w:val="hr-BA"/>
        </w:rPr>
        <w:t xml:space="preserve"> odgovara </w:t>
      </w:r>
      <w:r w:rsidR="00B71E58" w:rsidRPr="00A67AA8">
        <w:rPr>
          <w:rFonts w:ascii="Arial" w:hAnsi="Arial" w:cs="Arial"/>
          <w:sz w:val="22"/>
          <w:lang w:val="hr-BA"/>
        </w:rPr>
        <w:t xml:space="preserve">za </w:t>
      </w:r>
      <w:r w:rsidR="00570D3E" w:rsidRPr="00A67AA8">
        <w:rPr>
          <w:rFonts w:ascii="Arial" w:hAnsi="Arial" w:cs="Arial"/>
          <w:sz w:val="22"/>
          <w:lang w:val="hr-BA"/>
        </w:rPr>
        <w:t>t</w:t>
      </w:r>
      <w:r w:rsidR="00B71E58" w:rsidRPr="00A67AA8">
        <w:rPr>
          <w:rFonts w:ascii="Arial" w:hAnsi="Arial" w:cs="Arial"/>
          <w:sz w:val="22"/>
          <w:lang w:val="hr-BA"/>
        </w:rPr>
        <w:t>o</w:t>
      </w:r>
      <w:r w:rsidR="00570D3E" w:rsidRPr="00A67AA8">
        <w:rPr>
          <w:rFonts w:ascii="Arial" w:hAnsi="Arial" w:cs="Arial"/>
          <w:sz w:val="22"/>
          <w:lang w:val="hr-BA"/>
        </w:rPr>
        <w:t>čnost dostavljen</w:t>
      </w:r>
      <w:r w:rsidR="00B80945" w:rsidRPr="00A67AA8">
        <w:rPr>
          <w:rFonts w:ascii="Arial" w:hAnsi="Arial" w:cs="Arial"/>
          <w:sz w:val="22"/>
          <w:lang w:val="hr-BA"/>
        </w:rPr>
        <w:t>i</w:t>
      </w:r>
      <w:r w:rsidR="00570D3E" w:rsidRPr="00A67AA8">
        <w:rPr>
          <w:rFonts w:ascii="Arial" w:hAnsi="Arial" w:cs="Arial"/>
          <w:sz w:val="22"/>
          <w:lang w:val="hr-BA"/>
        </w:rPr>
        <w:t xml:space="preserve">h podataka </w:t>
      </w:r>
      <w:r w:rsidR="00B80945" w:rsidRPr="00A67AA8">
        <w:rPr>
          <w:rFonts w:ascii="Arial" w:hAnsi="Arial" w:cs="Arial"/>
          <w:sz w:val="22"/>
          <w:lang w:val="hr-BA"/>
        </w:rPr>
        <w:t>i</w:t>
      </w:r>
      <w:r w:rsidR="00570D3E" w:rsidRPr="00A67AA8">
        <w:rPr>
          <w:rFonts w:ascii="Arial" w:hAnsi="Arial" w:cs="Arial"/>
          <w:sz w:val="22"/>
          <w:lang w:val="hr-BA"/>
        </w:rPr>
        <w:t xml:space="preserve"> </w:t>
      </w:r>
      <w:r w:rsidR="00B80945" w:rsidRPr="00A67AA8">
        <w:rPr>
          <w:rFonts w:ascii="Arial" w:hAnsi="Arial" w:cs="Arial"/>
          <w:sz w:val="22"/>
          <w:lang w:val="hr-BA"/>
        </w:rPr>
        <w:t>i</w:t>
      </w:r>
      <w:r w:rsidR="00570D3E" w:rsidRPr="00A67AA8">
        <w:rPr>
          <w:rFonts w:ascii="Arial" w:hAnsi="Arial" w:cs="Arial"/>
          <w:sz w:val="22"/>
          <w:lang w:val="hr-BA"/>
        </w:rPr>
        <w:t>spunjavanje obveza prop</w:t>
      </w:r>
      <w:r w:rsidR="00B80945" w:rsidRPr="00A67AA8">
        <w:rPr>
          <w:rFonts w:ascii="Arial" w:hAnsi="Arial" w:cs="Arial"/>
          <w:sz w:val="22"/>
          <w:lang w:val="hr-BA"/>
        </w:rPr>
        <w:t>i</w:t>
      </w:r>
      <w:r w:rsidR="00570D3E" w:rsidRPr="00A67AA8">
        <w:rPr>
          <w:rFonts w:ascii="Arial" w:hAnsi="Arial" w:cs="Arial"/>
          <w:sz w:val="22"/>
          <w:lang w:val="hr-BA"/>
        </w:rPr>
        <w:t>san</w:t>
      </w:r>
      <w:r w:rsidR="00B80945" w:rsidRPr="00A67AA8">
        <w:rPr>
          <w:rFonts w:ascii="Arial" w:hAnsi="Arial" w:cs="Arial"/>
          <w:sz w:val="22"/>
          <w:lang w:val="hr-BA"/>
        </w:rPr>
        <w:t>i</w:t>
      </w:r>
      <w:r w:rsidR="00570D3E" w:rsidRPr="00A67AA8">
        <w:rPr>
          <w:rFonts w:ascii="Arial" w:hAnsi="Arial" w:cs="Arial"/>
          <w:sz w:val="22"/>
          <w:lang w:val="hr-BA"/>
        </w:rPr>
        <w:t xml:space="preserve">h Zakonom </w:t>
      </w:r>
      <w:r w:rsidR="00B80945" w:rsidRPr="00A67AA8">
        <w:rPr>
          <w:rFonts w:ascii="Arial" w:hAnsi="Arial" w:cs="Arial"/>
          <w:sz w:val="22"/>
          <w:lang w:val="hr-BA"/>
        </w:rPr>
        <w:t>i</w:t>
      </w:r>
      <w:r w:rsidR="00570D3E" w:rsidRPr="00A67AA8">
        <w:rPr>
          <w:rFonts w:ascii="Arial" w:hAnsi="Arial" w:cs="Arial"/>
          <w:sz w:val="22"/>
          <w:lang w:val="hr-BA"/>
        </w:rPr>
        <w:t xml:space="preserve"> drug</w:t>
      </w:r>
      <w:r w:rsidR="00B80945" w:rsidRPr="00A67AA8">
        <w:rPr>
          <w:rFonts w:ascii="Arial" w:hAnsi="Arial" w:cs="Arial"/>
          <w:sz w:val="22"/>
          <w:lang w:val="hr-BA"/>
        </w:rPr>
        <w:t>i</w:t>
      </w:r>
      <w:r w:rsidR="00570D3E" w:rsidRPr="00A67AA8">
        <w:rPr>
          <w:rFonts w:ascii="Arial" w:hAnsi="Arial" w:cs="Arial"/>
          <w:sz w:val="22"/>
          <w:lang w:val="hr-BA"/>
        </w:rPr>
        <w:t>m prop</w:t>
      </w:r>
      <w:r w:rsidR="00B80945" w:rsidRPr="00A67AA8">
        <w:rPr>
          <w:rFonts w:ascii="Arial" w:hAnsi="Arial" w:cs="Arial"/>
          <w:sz w:val="22"/>
          <w:lang w:val="hr-BA"/>
        </w:rPr>
        <w:t>i</w:t>
      </w:r>
      <w:r w:rsidR="00570D3E" w:rsidRPr="00A67AA8">
        <w:rPr>
          <w:rFonts w:ascii="Arial" w:hAnsi="Arial" w:cs="Arial"/>
          <w:sz w:val="22"/>
          <w:lang w:val="hr-BA"/>
        </w:rPr>
        <w:t>s</w:t>
      </w:r>
      <w:r w:rsidR="00B80945" w:rsidRPr="00A67AA8">
        <w:rPr>
          <w:rFonts w:ascii="Arial" w:hAnsi="Arial" w:cs="Arial"/>
          <w:sz w:val="22"/>
          <w:lang w:val="hr-BA"/>
        </w:rPr>
        <w:t>i</w:t>
      </w:r>
      <w:r w:rsidR="00570D3E" w:rsidRPr="00A67AA8">
        <w:rPr>
          <w:rFonts w:ascii="Arial" w:hAnsi="Arial" w:cs="Arial"/>
          <w:sz w:val="22"/>
          <w:lang w:val="hr-BA"/>
        </w:rPr>
        <w:t>ma.</w:t>
      </w:r>
    </w:p>
    <w:p w14:paraId="3A2B4001" w14:textId="77777777" w:rsidR="00206321" w:rsidRPr="00F60C3B" w:rsidRDefault="00206321" w:rsidP="00173D56">
      <w:pPr>
        <w:ind w:left="0"/>
        <w:rPr>
          <w:rFonts w:ascii="Arial" w:hAnsi="Arial" w:cs="Arial"/>
          <w:b/>
          <w:sz w:val="22"/>
          <w:lang w:val="hr-BA"/>
        </w:rPr>
      </w:pPr>
    </w:p>
    <w:p w14:paraId="2BAB94D0" w14:textId="06DB200C" w:rsidR="000E71EC" w:rsidRDefault="00570D3E" w:rsidP="00173D56">
      <w:pPr>
        <w:spacing w:before="0" w:after="0"/>
        <w:ind w:left="0"/>
        <w:jc w:val="center"/>
        <w:rPr>
          <w:rFonts w:ascii="Arial" w:hAnsi="Arial" w:cs="Arial"/>
          <w:b/>
          <w:sz w:val="22"/>
          <w:lang w:val="hr-BA"/>
        </w:rPr>
      </w:pPr>
      <w:r w:rsidRPr="006F083B">
        <w:rPr>
          <w:rFonts w:ascii="Arial" w:hAnsi="Arial" w:cs="Arial"/>
          <w:b/>
          <w:sz w:val="22"/>
          <w:lang w:val="hr-BA"/>
        </w:rPr>
        <w:t>Član</w:t>
      </w:r>
      <w:r w:rsidR="00A67AA8">
        <w:rPr>
          <w:rFonts w:ascii="Arial" w:hAnsi="Arial" w:cs="Arial"/>
          <w:b/>
          <w:sz w:val="22"/>
          <w:lang w:val="hr-BA"/>
        </w:rPr>
        <w:t>ak</w:t>
      </w:r>
      <w:r w:rsidRPr="006F083B">
        <w:rPr>
          <w:rFonts w:ascii="Arial" w:hAnsi="Arial" w:cs="Arial"/>
          <w:b/>
          <w:sz w:val="22"/>
          <w:lang w:val="hr-BA"/>
        </w:rPr>
        <w:t xml:space="preserve"> 3.</w:t>
      </w:r>
    </w:p>
    <w:p w14:paraId="1F691A4B" w14:textId="5D4F6051" w:rsidR="00A67AA8" w:rsidRDefault="00A67AA8" w:rsidP="00173D56">
      <w:pPr>
        <w:spacing w:before="0" w:after="0"/>
        <w:ind w:left="0"/>
        <w:jc w:val="center"/>
        <w:rPr>
          <w:rFonts w:ascii="Arial" w:hAnsi="Arial" w:cs="Arial"/>
          <w:b/>
          <w:sz w:val="22"/>
          <w:lang w:val="hr-BA"/>
        </w:rPr>
      </w:pPr>
      <w:r>
        <w:rPr>
          <w:rFonts w:ascii="Arial" w:hAnsi="Arial" w:cs="Arial"/>
          <w:b/>
          <w:sz w:val="22"/>
          <w:lang w:val="hr-BA"/>
        </w:rPr>
        <w:t>(Pojmovi)</w:t>
      </w:r>
    </w:p>
    <w:p w14:paraId="492EE954" w14:textId="77777777" w:rsidR="00A67AA8" w:rsidRPr="006F083B" w:rsidRDefault="00A67AA8" w:rsidP="00173D56">
      <w:pPr>
        <w:spacing w:before="0" w:after="0"/>
        <w:ind w:left="0"/>
        <w:jc w:val="center"/>
        <w:rPr>
          <w:rFonts w:ascii="Arial" w:hAnsi="Arial" w:cs="Arial"/>
          <w:b/>
          <w:sz w:val="22"/>
          <w:lang w:val="hr-BA"/>
        </w:rPr>
      </w:pPr>
    </w:p>
    <w:p w14:paraId="22AFEAB3" w14:textId="237218D0" w:rsidR="009B7C0E" w:rsidRPr="003B1FEC" w:rsidRDefault="009B7C0E" w:rsidP="00173D56">
      <w:pPr>
        <w:ind w:left="0"/>
        <w:rPr>
          <w:rFonts w:ascii="Arial" w:hAnsi="Arial" w:cs="Arial"/>
          <w:sz w:val="22"/>
          <w:lang w:val="hr-BA"/>
        </w:rPr>
      </w:pPr>
      <w:r w:rsidRPr="003B1FEC">
        <w:rPr>
          <w:rFonts w:ascii="Arial" w:hAnsi="Arial" w:cs="Arial"/>
          <w:sz w:val="22"/>
          <w:lang w:val="hr-BA"/>
        </w:rPr>
        <w:t>Poj</w:t>
      </w:r>
      <w:r w:rsidR="006A0E59" w:rsidRPr="003B1FEC">
        <w:rPr>
          <w:rFonts w:ascii="Arial" w:hAnsi="Arial" w:cs="Arial"/>
          <w:sz w:val="22"/>
          <w:lang w:val="hr-BA"/>
        </w:rPr>
        <w:t xml:space="preserve">movi korišteni u </w:t>
      </w:r>
      <w:r w:rsidRPr="003B1FEC">
        <w:rPr>
          <w:rFonts w:ascii="Arial" w:hAnsi="Arial" w:cs="Arial"/>
          <w:sz w:val="22"/>
          <w:lang w:val="hr-BA"/>
        </w:rPr>
        <w:t xml:space="preserve">ovom </w:t>
      </w:r>
      <w:r w:rsidR="006A0E59" w:rsidRPr="003B1FEC">
        <w:rPr>
          <w:rFonts w:ascii="Arial" w:hAnsi="Arial" w:cs="Arial"/>
          <w:sz w:val="22"/>
          <w:lang w:val="hr-BA"/>
        </w:rPr>
        <w:t>P</w:t>
      </w:r>
      <w:r w:rsidRPr="003B1FEC">
        <w:rPr>
          <w:rFonts w:ascii="Arial" w:hAnsi="Arial" w:cs="Arial"/>
          <w:sz w:val="22"/>
          <w:lang w:val="hr-BA"/>
        </w:rPr>
        <w:t>ravilniku imaju</w:t>
      </w:r>
      <w:r w:rsidR="006A0E59" w:rsidRPr="003B1FEC">
        <w:rPr>
          <w:rFonts w:ascii="Arial" w:hAnsi="Arial" w:cs="Arial"/>
          <w:sz w:val="22"/>
          <w:lang w:val="hr-BA"/>
        </w:rPr>
        <w:t xml:space="preserve"> sljedeće</w:t>
      </w:r>
      <w:r w:rsidRPr="003B1FEC">
        <w:rPr>
          <w:rFonts w:ascii="Arial" w:hAnsi="Arial" w:cs="Arial"/>
          <w:sz w:val="22"/>
          <w:lang w:val="hr-BA"/>
        </w:rPr>
        <w:t xml:space="preserve"> značenje</w:t>
      </w:r>
      <w:r w:rsidR="006A0E59" w:rsidRPr="003B1FEC">
        <w:rPr>
          <w:rFonts w:ascii="Arial" w:hAnsi="Arial" w:cs="Arial"/>
          <w:sz w:val="22"/>
          <w:lang w:val="hr-BA"/>
        </w:rPr>
        <w:t>:</w:t>
      </w:r>
    </w:p>
    <w:p w14:paraId="51CB9936" w14:textId="53546C1D" w:rsidR="009B7C0E" w:rsidRPr="00872D38" w:rsidRDefault="003B1FEC" w:rsidP="00173D56">
      <w:pPr>
        <w:ind w:left="0"/>
        <w:rPr>
          <w:rFonts w:ascii="Arial" w:hAnsi="Arial" w:cs="Arial"/>
          <w:strike/>
          <w:sz w:val="22"/>
          <w:lang w:val="hr-BA"/>
        </w:rPr>
      </w:pPr>
      <w:r w:rsidRPr="00092BF5">
        <w:rPr>
          <w:rFonts w:ascii="Arial" w:hAnsi="Arial" w:cs="Arial"/>
          <w:sz w:val="22"/>
          <w:lang w:val="hr-BA"/>
        </w:rPr>
        <w:t>a)</w:t>
      </w:r>
      <w:r w:rsidRPr="00092BF5">
        <w:rPr>
          <w:rFonts w:ascii="Arial" w:hAnsi="Arial" w:cs="Arial"/>
          <w:i/>
          <w:sz w:val="22"/>
          <w:lang w:val="hr-BA"/>
        </w:rPr>
        <w:t xml:space="preserve"> </w:t>
      </w:r>
      <w:r w:rsidR="006A0E59" w:rsidRPr="00092BF5">
        <w:rPr>
          <w:rFonts w:ascii="Arial" w:hAnsi="Arial" w:cs="Arial"/>
          <w:i/>
          <w:sz w:val="22"/>
          <w:lang w:val="hr-BA"/>
        </w:rPr>
        <w:t>„k</w:t>
      </w:r>
      <w:r w:rsidR="009B7C0E" w:rsidRPr="00092BF5">
        <w:rPr>
          <w:rFonts w:ascii="Arial" w:hAnsi="Arial" w:cs="Arial"/>
          <w:i/>
          <w:sz w:val="22"/>
          <w:lang w:val="hr-BA"/>
        </w:rPr>
        <w:t>reditni poslovi</w:t>
      </w:r>
      <w:r w:rsidR="006A0E59" w:rsidRPr="00092BF5">
        <w:rPr>
          <w:rFonts w:ascii="Arial" w:hAnsi="Arial" w:cs="Arial"/>
          <w:i/>
          <w:sz w:val="22"/>
          <w:lang w:val="hr-BA"/>
        </w:rPr>
        <w:t>“</w:t>
      </w:r>
      <w:r w:rsidR="009B7C0E" w:rsidRPr="00092BF5">
        <w:rPr>
          <w:rFonts w:ascii="Arial" w:hAnsi="Arial" w:cs="Arial"/>
          <w:sz w:val="22"/>
          <w:lang w:val="hr-BA"/>
        </w:rPr>
        <w:t xml:space="preserve"> – pravni poslovi između rezidenta </w:t>
      </w:r>
      <w:r w:rsidR="006A0E59" w:rsidRPr="00092BF5">
        <w:rPr>
          <w:rFonts w:ascii="Arial" w:hAnsi="Arial" w:cs="Arial"/>
          <w:sz w:val="22"/>
          <w:lang w:val="hr-BA"/>
        </w:rPr>
        <w:t>i</w:t>
      </w:r>
      <w:r w:rsidR="009B7C0E" w:rsidRPr="00092BF5">
        <w:rPr>
          <w:rFonts w:ascii="Arial" w:hAnsi="Arial" w:cs="Arial"/>
          <w:sz w:val="22"/>
          <w:lang w:val="hr-BA"/>
        </w:rPr>
        <w:t xml:space="preserve"> nerezidenta zaključeni u devizama u skla</w:t>
      </w:r>
      <w:r w:rsidR="006A0E59" w:rsidRPr="00092BF5">
        <w:rPr>
          <w:rFonts w:ascii="Arial" w:hAnsi="Arial" w:cs="Arial"/>
          <w:sz w:val="22"/>
          <w:lang w:val="hr-BA"/>
        </w:rPr>
        <w:t>d</w:t>
      </w:r>
      <w:r w:rsidR="009B7C0E" w:rsidRPr="00092BF5">
        <w:rPr>
          <w:rFonts w:ascii="Arial" w:hAnsi="Arial" w:cs="Arial"/>
          <w:sz w:val="22"/>
          <w:lang w:val="hr-BA"/>
        </w:rPr>
        <w:t>u sa Zakonom</w:t>
      </w:r>
      <w:r w:rsidRPr="00092BF5">
        <w:rPr>
          <w:rFonts w:ascii="Arial" w:hAnsi="Arial" w:cs="Arial"/>
          <w:sz w:val="22"/>
          <w:lang w:val="hr-BA"/>
        </w:rPr>
        <w:t>,</w:t>
      </w:r>
    </w:p>
    <w:p w14:paraId="0AC19D33" w14:textId="1274D074" w:rsidR="009B7C0E" w:rsidRPr="002D471C" w:rsidRDefault="003B1FEC" w:rsidP="00173D56">
      <w:pPr>
        <w:ind w:left="0"/>
        <w:rPr>
          <w:rFonts w:ascii="Arial" w:hAnsi="Arial" w:cs="Arial"/>
          <w:sz w:val="22"/>
          <w:lang w:val="hr-BA"/>
        </w:rPr>
      </w:pPr>
      <w:r w:rsidRPr="002D471C">
        <w:rPr>
          <w:rFonts w:ascii="Arial" w:hAnsi="Arial" w:cs="Arial"/>
          <w:sz w:val="22"/>
          <w:lang w:val="hr-BA"/>
        </w:rPr>
        <w:t xml:space="preserve">b) </w:t>
      </w:r>
      <w:r w:rsidR="006A0E59" w:rsidRPr="002D471C">
        <w:rPr>
          <w:rFonts w:ascii="Arial" w:hAnsi="Arial" w:cs="Arial"/>
          <w:sz w:val="22"/>
          <w:lang w:val="hr-BA"/>
        </w:rPr>
        <w:t>„</w:t>
      </w:r>
      <w:r w:rsidR="006A0E59" w:rsidRPr="002D471C">
        <w:rPr>
          <w:rFonts w:ascii="Arial" w:hAnsi="Arial" w:cs="Arial"/>
          <w:i/>
          <w:sz w:val="22"/>
          <w:lang w:val="hr-BA"/>
        </w:rPr>
        <w:t>z</w:t>
      </w:r>
      <w:r w:rsidR="009B7C0E" w:rsidRPr="002D471C">
        <w:rPr>
          <w:rFonts w:ascii="Arial" w:hAnsi="Arial" w:cs="Arial"/>
          <w:i/>
          <w:sz w:val="22"/>
          <w:lang w:val="hr-BA"/>
        </w:rPr>
        <w:t>ajmovi</w:t>
      </w:r>
      <w:r w:rsidR="006A0E59" w:rsidRPr="002D471C">
        <w:rPr>
          <w:rFonts w:ascii="Arial" w:hAnsi="Arial" w:cs="Arial"/>
          <w:i/>
          <w:sz w:val="22"/>
          <w:lang w:val="hr-BA"/>
        </w:rPr>
        <w:t>“</w:t>
      </w:r>
      <w:r w:rsidR="006A0E59" w:rsidRPr="002D471C">
        <w:rPr>
          <w:rFonts w:ascii="Arial" w:hAnsi="Arial" w:cs="Arial"/>
          <w:sz w:val="22"/>
          <w:lang w:val="hr-BA"/>
        </w:rPr>
        <w:t xml:space="preserve"> -</w:t>
      </w:r>
      <w:r w:rsidR="006A0E59" w:rsidRPr="002D471C">
        <w:rPr>
          <w:rFonts w:ascii="Arial" w:hAnsi="Arial" w:cs="Arial"/>
          <w:color w:val="282828"/>
          <w:sz w:val="22"/>
          <w:shd w:val="clear" w:color="auto" w:fill="FFFFFF"/>
          <w:lang w:val="hr-BA"/>
        </w:rPr>
        <w:t xml:space="preserve">poslovi između rezidenta i nerezidenta kojima rezident uzima od nerezidenta ili daje nerezidentu zajam, u skladu sa odredbama </w:t>
      </w:r>
      <w:r w:rsidRPr="002D471C">
        <w:rPr>
          <w:rFonts w:ascii="Arial" w:hAnsi="Arial" w:cs="Arial"/>
          <w:color w:val="282828"/>
          <w:sz w:val="22"/>
          <w:shd w:val="clear" w:color="auto" w:fill="FFFFFF"/>
          <w:lang w:val="hr-BA"/>
        </w:rPr>
        <w:t>Z</w:t>
      </w:r>
      <w:r w:rsidR="006A0E59" w:rsidRPr="002D471C">
        <w:rPr>
          <w:rFonts w:ascii="Arial" w:hAnsi="Arial" w:cs="Arial"/>
          <w:color w:val="282828"/>
          <w:sz w:val="22"/>
          <w:shd w:val="clear" w:color="auto" w:fill="FFFFFF"/>
          <w:lang w:val="hr-BA"/>
        </w:rPr>
        <w:t xml:space="preserve">akona i </w:t>
      </w:r>
      <w:r w:rsidRPr="002D471C">
        <w:rPr>
          <w:rFonts w:ascii="Arial" w:hAnsi="Arial" w:cs="Arial"/>
          <w:color w:val="282828"/>
          <w:sz w:val="22"/>
          <w:shd w:val="clear" w:color="auto" w:fill="FFFFFF"/>
          <w:lang w:val="hr-BA"/>
        </w:rPr>
        <w:t xml:space="preserve">propisa </w:t>
      </w:r>
      <w:r w:rsidR="006A0E59" w:rsidRPr="002D471C">
        <w:rPr>
          <w:rFonts w:ascii="Arial" w:hAnsi="Arial" w:cs="Arial"/>
          <w:color w:val="282828"/>
          <w:sz w:val="22"/>
          <w:shd w:val="clear" w:color="auto" w:fill="FFFFFF"/>
          <w:lang w:val="hr-BA"/>
        </w:rPr>
        <w:t>kojima se uređuju obligacioni odnosi</w:t>
      </w:r>
      <w:r w:rsidRPr="002D471C">
        <w:rPr>
          <w:rFonts w:ascii="Arial" w:hAnsi="Arial" w:cs="Arial"/>
          <w:color w:val="282828"/>
          <w:sz w:val="22"/>
          <w:shd w:val="clear" w:color="auto" w:fill="FFFFFF"/>
          <w:lang w:val="hr-BA"/>
        </w:rPr>
        <w:t>,</w:t>
      </w:r>
    </w:p>
    <w:p w14:paraId="40B870F7" w14:textId="71A6B1E4" w:rsidR="009B7C0E" w:rsidRPr="003B1FEC" w:rsidRDefault="003B1FEC" w:rsidP="00173D56">
      <w:pPr>
        <w:ind w:left="0"/>
        <w:rPr>
          <w:rFonts w:ascii="Arial" w:hAnsi="Arial" w:cs="Arial"/>
          <w:sz w:val="22"/>
          <w:lang w:val="hr-BA"/>
        </w:rPr>
      </w:pPr>
      <w:r w:rsidRPr="002D471C">
        <w:rPr>
          <w:rFonts w:ascii="Arial" w:hAnsi="Arial" w:cs="Arial"/>
          <w:sz w:val="22"/>
          <w:lang w:val="hr-BA"/>
        </w:rPr>
        <w:t xml:space="preserve">c) </w:t>
      </w:r>
      <w:r w:rsidR="006A0E59" w:rsidRPr="002D471C">
        <w:rPr>
          <w:rFonts w:ascii="Arial" w:hAnsi="Arial" w:cs="Arial"/>
          <w:sz w:val="22"/>
          <w:lang w:val="hr-BA"/>
        </w:rPr>
        <w:t>„</w:t>
      </w:r>
      <w:r w:rsidR="006A0E59" w:rsidRPr="002D471C">
        <w:rPr>
          <w:rFonts w:ascii="Arial" w:hAnsi="Arial" w:cs="Arial"/>
          <w:i/>
          <w:sz w:val="22"/>
          <w:lang w:val="hr-BA"/>
        </w:rPr>
        <w:t>s</w:t>
      </w:r>
      <w:r w:rsidR="009B7C0E" w:rsidRPr="002D471C">
        <w:rPr>
          <w:rFonts w:ascii="Arial" w:hAnsi="Arial" w:cs="Arial"/>
          <w:i/>
          <w:sz w:val="22"/>
          <w:lang w:val="hr-BA"/>
        </w:rPr>
        <w:t>ubordinirani krediti</w:t>
      </w:r>
      <w:r w:rsidR="006A0E59" w:rsidRPr="002D471C">
        <w:rPr>
          <w:rFonts w:ascii="Arial" w:hAnsi="Arial" w:cs="Arial"/>
          <w:i/>
          <w:sz w:val="22"/>
          <w:lang w:val="hr-BA"/>
        </w:rPr>
        <w:t xml:space="preserve">“ </w:t>
      </w:r>
      <w:r w:rsidR="006A0E59" w:rsidRPr="002D471C">
        <w:rPr>
          <w:rFonts w:ascii="Arial" w:hAnsi="Arial" w:cs="Arial"/>
          <w:sz w:val="22"/>
          <w:lang w:val="hr-BA"/>
        </w:rPr>
        <w:t xml:space="preserve">- </w:t>
      </w:r>
      <w:r w:rsidR="006A0E59" w:rsidRPr="002D471C">
        <w:rPr>
          <w:rFonts w:ascii="Arial" w:hAnsi="Arial" w:cs="Arial"/>
          <w:color w:val="282828"/>
          <w:sz w:val="22"/>
          <w:shd w:val="clear" w:color="auto" w:fill="FFFFFF"/>
          <w:lang w:val="hr-BA"/>
        </w:rPr>
        <w:t>krediti radi uspostavljanja trajnih ekonomskih odnosa, sa rokom od pet godina ili dužim ako imaju karakter podređenog potraživanja</w:t>
      </w:r>
      <w:r w:rsidRPr="002D471C">
        <w:rPr>
          <w:rFonts w:ascii="Arial" w:hAnsi="Arial" w:cs="Arial"/>
          <w:color w:val="282828"/>
          <w:sz w:val="22"/>
          <w:shd w:val="clear" w:color="auto" w:fill="FFFFFF"/>
          <w:lang w:val="hr-BA"/>
        </w:rPr>
        <w:t>,</w:t>
      </w:r>
      <w:r w:rsidR="006A0E59" w:rsidRPr="003B1FEC">
        <w:rPr>
          <w:rFonts w:ascii="Arial" w:hAnsi="Arial" w:cs="Arial"/>
          <w:color w:val="282828"/>
          <w:sz w:val="22"/>
          <w:shd w:val="clear" w:color="auto" w:fill="FFFFFF"/>
          <w:lang w:val="hr-BA"/>
        </w:rPr>
        <w:t xml:space="preserve"> </w:t>
      </w:r>
    </w:p>
    <w:p w14:paraId="7ED2797C" w14:textId="56490647" w:rsidR="009B7C0E" w:rsidRPr="002D471C" w:rsidRDefault="003B1FEC" w:rsidP="00173D56">
      <w:pPr>
        <w:ind w:left="0"/>
        <w:rPr>
          <w:rFonts w:ascii="Arial" w:hAnsi="Arial" w:cs="Arial"/>
          <w:sz w:val="22"/>
          <w:lang w:val="hr-BA"/>
        </w:rPr>
      </w:pPr>
      <w:r w:rsidRPr="002D471C">
        <w:rPr>
          <w:rFonts w:ascii="Arial" w:hAnsi="Arial" w:cs="Arial"/>
          <w:sz w:val="22"/>
          <w:lang w:val="hr-BA"/>
        </w:rPr>
        <w:lastRenderedPageBreak/>
        <w:t xml:space="preserve">d) </w:t>
      </w:r>
      <w:r w:rsidR="006A0E59" w:rsidRPr="002D471C">
        <w:rPr>
          <w:rFonts w:ascii="Arial" w:hAnsi="Arial" w:cs="Arial"/>
          <w:i/>
          <w:sz w:val="22"/>
          <w:lang w:val="hr-BA"/>
        </w:rPr>
        <w:t>„r</w:t>
      </w:r>
      <w:r w:rsidR="009B7C0E" w:rsidRPr="002D471C">
        <w:rPr>
          <w:rFonts w:ascii="Arial" w:hAnsi="Arial" w:cs="Arial"/>
          <w:i/>
          <w:sz w:val="22"/>
          <w:lang w:val="hr-BA"/>
        </w:rPr>
        <w:t>egistar</w:t>
      </w:r>
      <w:r w:rsidR="006A0E59" w:rsidRPr="002D471C">
        <w:rPr>
          <w:rFonts w:ascii="Arial" w:hAnsi="Arial" w:cs="Arial"/>
          <w:sz w:val="22"/>
          <w:lang w:val="hr-BA"/>
        </w:rPr>
        <w:t>“ -</w:t>
      </w:r>
      <w:r w:rsidR="009B7C0E" w:rsidRPr="002D471C">
        <w:rPr>
          <w:rFonts w:ascii="Arial" w:hAnsi="Arial" w:cs="Arial"/>
          <w:sz w:val="22"/>
          <w:lang w:val="hr-BA"/>
        </w:rPr>
        <w:t xml:space="preserve"> jedinstvena elektronska evidencija kreditnih poslova sa inozemstvom koja se vodi na osnovu podataka koje obveznici izvještavanja dostavljaju Ministarstvu</w:t>
      </w:r>
      <w:r w:rsidRPr="002D471C">
        <w:rPr>
          <w:rFonts w:ascii="Arial" w:hAnsi="Arial" w:cs="Arial"/>
          <w:sz w:val="22"/>
          <w:lang w:val="hr-BA"/>
        </w:rPr>
        <w:t>,</w:t>
      </w:r>
    </w:p>
    <w:p w14:paraId="007BA685" w14:textId="0842D992" w:rsidR="009B7C0E" w:rsidRPr="002D471C" w:rsidRDefault="003B1FEC" w:rsidP="00173D56">
      <w:pPr>
        <w:ind w:left="0"/>
        <w:rPr>
          <w:rFonts w:ascii="Arial" w:hAnsi="Arial" w:cs="Arial"/>
          <w:sz w:val="22"/>
          <w:lang w:val="hr-BA"/>
        </w:rPr>
      </w:pPr>
      <w:r w:rsidRPr="002D471C">
        <w:rPr>
          <w:rFonts w:ascii="Arial" w:hAnsi="Arial" w:cs="Arial"/>
          <w:sz w:val="22"/>
          <w:lang w:val="hr-BA"/>
        </w:rPr>
        <w:t>e)</w:t>
      </w:r>
      <w:r w:rsidRPr="002D471C">
        <w:rPr>
          <w:rFonts w:ascii="Arial" w:hAnsi="Arial" w:cs="Arial"/>
          <w:i/>
          <w:sz w:val="22"/>
          <w:lang w:val="hr-BA"/>
        </w:rPr>
        <w:t xml:space="preserve"> </w:t>
      </w:r>
      <w:r w:rsidR="006A0E59" w:rsidRPr="002D471C">
        <w:rPr>
          <w:rFonts w:ascii="Arial" w:hAnsi="Arial" w:cs="Arial"/>
          <w:i/>
          <w:sz w:val="22"/>
          <w:lang w:val="hr-BA"/>
        </w:rPr>
        <w:t>„e</w:t>
      </w:r>
      <w:r w:rsidR="009B7C0E" w:rsidRPr="002D471C">
        <w:rPr>
          <w:rFonts w:ascii="Arial" w:hAnsi="Arial" w:cs="Arial"/>
          <w:i/>
          <w:sz w:val="22"/>
          <w:lang w:val="hr-BA"/>
        </w:rPr>
        <w:t>videnci</w:t>
      </w:r>
      <w:r w:rsidR="002B364D" w:rsidRPr="002D471C">
        <w:rPr>
          <w:rFonts w:ascii="Arial" w:hAnsi="Arial" w:cs="Arial"/>
          <w:i/>
          <w:sz w:val="22"/>
          <w:lang w:val="hr-BA"/>
        </w:rPr>
        <w:t>jski broj</w:t>
      </w:r>
      <w:r w:rsidR="006A0E59" w:rsidRPr="002D471C">
        <w:rPr>
          <w:rFonts w:ascii="Arial" w:hAnsi="Arial" w:cs="Arial"/>
          <w:sz w:val="22"/>
          <w:lang w:val="hr-BA"/>
        </w:rPr>
        <w:t>“ -</w:t>
      </w:r>
      <w:r w:rsidR="009B7C0E" w:rsidRPr="002D471C">
        <w:rPr>
          <w:rFonts w:ascii="Arial" w:hAnsi="Arial" w:cs="Arial"/>
          <w:sz w:val="22"/>
          <w:lang w:val="hr-BA"/>
        </w:rPr>
        <w:t xml:space="preserve"> skup podataka o pojedinačnom kreditnom poslu sa inozemstvom unesen u Registar, koji se formira na osnovu dostavljenog obrasca izvještavanja.</w:t>
      </w:r>
    </w:p>
    <w:p w14:paraId="57C2E4A0" w14:textId="77777777" w:rsidR="00B71E58" w:rsidRPr="002D471C" w:rsidRDefault="00B71E58" w:rsidP="00173D56">
      <w:pPr>
        <w:ind w:left="0"/>
        <w:rPr>
          <w:rFonts w:ascii="Arial" w:hAnsi="Arial" w:cs="Arial"/>
          <w:b/>
          <w:sz w:val="22"/>
          <w:lang w:val="hr-BA"/>
        </w:rPr>
      </w:pPr>
    </w:p>
    <w:p w14:paraId="607AD823" w14:textId="10F24DE4" w:rsidR="000E71EC" w:rsidRPr="002D471C" w:rsidRDefault="00570D3E" w:rsidP="00173D56">
      <w:pPr>
        <w:spacing w:before="0" w:after="0"/>
        <w:ind w:left="0"/>
        <w:jc w:val="center"/>
        <w:rPr>
          <w:rFonts w:ascii="Arial" w:hAnsi="Arial" w:cs="Arial"/>
          <w:b/>
          <w:sz w:val="22"/>
          <w:lang w:val="hr-BA"/>
        </w:rPr>
      </w:pPr>
      <w:r w:rsidRPr="002D471C">
        <w:rPr>
          <w:rFonts w:ascii="Arial" w:hAnsi="Arial" w:cs="Arial"/>
          <w:b/>
          <w:sz w:val="22"/>
          <w:lang w:val="hr-BA"/>
        </w:rPr>
        <w:t>Član</w:t>
      </w:r>
      <w:r w:rsidR="00872D38" w:rsidRPr="002D471C">
        <w:rPr>
          <w:rFonts w:ascii="Arial" w:hAnsi="Arial" w:cs="Arial"/>
          <w:b/>
          <w:sz w:val="22"/>
          <w:lang w:val="hr-BA"/>
        </w:rPr>
        <w:t>ak</w:t>
      </w:r>
      <w:r w:rsidRPr="002D471C">
        <w:rPr>
          <w:rFonts w:ascii="Arial" w:hAnsi="Arial" w:cs="Arial"/>
          <w:b/>
          <w:sz w:val="22"/>
          <w:lang w:val="hr-BA"/>
        </w:rPr>
        <w:t xml:space="preserve"> 4.</w:t>
      </w:r>
    </w:p>
    <w:p w14:paraId="2D2F10E3" w14:textId="047EFDF4" w:rsidR="00872D38" w:rsidRPr="002D471C" w:rsidRDefault="00872D38" w:rsidP="00173D56">
      <w:pPr>
        <w:spacing w:before="0" w:after="0"/>
        <w:ind w:left="0"/>
        <w:jc w:val="center"/>
        <w:rPr>
          <w:rFonts w:ascii="Arial" w:hAnsi="Arial" w:cs="Arial"/>
          <w:b/>
          <w:sz w:val="22"/>
          <w:lang w:val="hr-BA"/>
        </w:rPr>
      </w:pPr>
      <w:r w:rsidRPr="002D471C">
        <w:rPr>
          <w:rFonts w:ascii="Arial" w:hAnsi="Arial" w:cs="Arial"/>
          <w:b/>
          <w:sz w:val="22"/>
          <w:lang w:val="hr-BA"/>
        </w:rPr>
        <w:t>(Obveznici izvještavanja)</w:t>
      </w:r>
    </w:p>
    <w:p w14:paraId="58FBC109" w14:textId="266DA804" w:rsidR="00B71E58" w:rsidRPr="002D471C" w:rsidRDefault="00872D38" w:rsidP="00173D56">
      <w:pPr>
        <w:ind w:left="0"/>
        <w:rPr>
          <w:rFonts w:ascii="Arial" w:hAnsi="Arial" w:cs="Arial"/>
          <w:sz w:val="22"/>
          <w:lang w:val="hr-BA"/>
        </w:rPr>
      </w:pPr>
      <w:r w:rsidRPr="002D471C">
        <w:rPr>
          <w:rFonts w:ascii="Arial" w:hAnsi="Arial" w:cs="Arial"/>
          <w:sz w:val="22"/>
          <w:lang w:val="hr-BA"/>
        </w:rPr>
        <w:t xml:space="preserve">(1) </w:t>
      </w:r>
      <w:r w:rsidR="00B71E58" w:rsidRPr="002D471C">
        <w:rPr>
          <w:rFonts w:ascii="Arial" w:hAnsi="Arial" w:cs="Arial"/>
          <w:sz w:val="22"/>
          <w:lang w:val="hr-BA"/>
        </w:rPr>
        <w:t>Obvezn</w:t>
      </w:r>
      <w:r w:rsidR="00B80945" w:rsidRPr="002D471C">
        <w:rPr>
          <w:rFonts w:ascii="Arial" w:hAnsi="Arial" w:cs="Arial"/>
          <w:sz w:val="22"/>
          <w:lang w:val="hr-BA"/>
        </w:rPr>
        <w:t>i</w:t>
      </w:r>
      <w:r w:rsidR="00B71E58" w:rsidRPr="002D471C">
        <w:rPr>
          <w:rFonts w:ascii="Arial" w:hAnsi="Arial" w:cs="Arial"/>
          <w:sz w:val="22"/>
          <w:lang w:val="hr-BA"/>
        </w:rPr>
        <w:t>c</w:t>
      </w:r>
      <w:r w:rsidR="00B80945" w:rsidRPr="002D471C">
        <w:rPr>
          <w:rFonts w:ascii="Arial" w:hAnsi="Arial" w:cs="Arial"/>
          <w:sz w:val="22"/>
          <w:lang w:val="hr-BA"/>
        </w:rPr>
        <w:t>i</w:t>
      </w:r>
      <w:r w:rsidR="00B71E58" w:rsidRPr="002D471C">
        <w:rPr>
          <w:rFonts w:ascii="Arial" w:hAnsi="Arial" w:cs="Arial"/>
          <w:sz w:val="22"/>
          <w:lang w:val="hr-BA"/>
        </w:rPr>
        <w:t xml:space="preserve"> </w:t>
      </w:r>
      <w:r w:rsidR="00B80945" w:rsidRPr="002D471C">
        <w:rPr>
          <w:rFonts w:ascii="Arial" w:hAnsi="Arial" w:cs="Arial"/>
          <w:sz w:val="22"/>
          <w:lang w:val="hr-BA"/>
        </w:rPr>
        <w:t>i</w:t>
      </w:r>
      <w:r w:rsidR="00B71E58" w:rsidRPr="002D471C">
        <w:rPr>
          <w:rFonts w:ascii="Arial" w:hAnsi="Arial" w:cs="Arial"/>
          <w:sz w:val="22"/>
          <w:lang w:val="hr-BA"/>
        </w:rPr>
        <w:t>zvještavanja u sm</w:t>
      </w:r>
      <w:r w:rsidR="00B80945" w:rsidRPr="002D471C">
        <w:rPr>
          <w:rFonts w:ascii="Arial" w:hAnsi="Arial" w:cs="Arial"/>
          <w:sz w:val="22"/>
          <w:lang w:val="hr-BA"/>
        </w:rPr>
        <w:t>i</w:t>
      </w:r>
      <w:r w:rsidR="00B71E58" w:rsidRPr="002D471C">
        <w:rPr>
          <w:rFonts w:ascii="Arial" w:hAnsi="Arial" w:cs="Arial"/>
          <w:sz w:val="22"/>
          <w:lang w:val="hr-BA"/>
        </w:rPr>
        <w:t xml:space="preserve">slu ovog </w:t>
      </w:r>
      <w:r w:rsidR="00662F13" w:rsidRPr="002D471C">
        <w:rPr>
          <w:rFonts w:ascii="Arial" w:hAnsi="Arial" w:cs="Arial"/>
          <w:sz w:val="22"/>
          <w:lang w:val="hr-BA"/>
        </w:rPr>
        <w:t>P</w:t>
      </w:r>
      <w:r w:rsidR="00B71E58" w:rsidRPr="002D471C">
        <w:rPr>
          <w:rFonts w:ascii="Arial" w:hAnsi="Arial" w:cs="Arial"/>
          <w:sz w:val="22"/>
          <w:lang w:val="hr-BA"/>
        </w:rPr>
        <w:t>rav</w:t>
      </w:r>
      <w:r w:rsidR="00B80945" w:rsidRPr="002D471C">
        <w:rPr>
          <w:rFonts w:ascii="Arial" w:hAnsi="Arial" w:cs="Arial"/>
          <w:sz w:val="22"/>
          <w:lang w:val="hr-BA"/>
        </w:rPr>
        <w:t>i</w:t>
      </w:r>
      <w:r w:rsidR="00B71E58" w:rsidRPr="002D471C">
        <w:rPr>
          <w:rFonts w:ascii="Arial" w:hAnsi="Arial" w:cs="Arial"/>
          <w:sz w:val="22"/>
          <w:lang w:val="hr-BA"/>
        </w:rPr>
        <w:t>ln</w:t>
      </w:r>
      <w:r w:rsidR="00B80945" w:rsidRPr="002D471C">
        <w:rPr>
          <w:rFonts w:ascii="Arial" w:hAnsi="Arial" w:cs="Arial"/>
          <w:sz w:val="22"/>
          <w:lang w:val="hr-BA"/>
        </w:rPr>
        <w:t>i</w:t>
      </w:r>
      <w:r w:rsidR="00B71E58" w:rsidRPr="002D471C">
        <w:rPr>
          <w:rFonts w:ascii="Arial" w:hAnsi="Arial" w:cs="Arial"/>
          <w:sz w:val="22"/>
          <w:lang w:val="hr-BA"/>
        </w:rPr>
        <w:t>ka su rez</w:t>
      </w:r>
      <w:r w:rsidR="00B80945" w:rsidRPr="002D471C">
        <w:rPr>
          <w:rFonts w:ascii="Arial" w:hAnsi="Arial" w:cs="Arial"/>
          <w:sz w:val="22"/>
          <w:lang w:val="hr-BA"/>
        </w:rPr>
        <w:t>i</w:t>
      </w:r>
      <w:r w:rsidR="00B71E58" w:rsidRPr="002D471C">
        <w:rPr>
          <w:rFonts w:ascii="Arial" w:hAnsi="Arial" w:cs="Arial"/>
          <w:sz w:val="22"/>
          <w:lang w:val="hr-BA"/>
        </w:rPr>
        <w:t>dent</w:t>
      </w:r>
      <w:r w:rsidR="00B80945" w:rsidRPr="002D471C">
        <w:rPr>
          <w:rFonts w:ascii="Arial" w:hAnsi="Arial" w:cs="Arial"/>
          <w:sz w:val="22"/>
          <w:lang w:val="hr-BA"/>
        </w:rPr>
        <w:t>i</w:t>
      </w:r>
      <w:r w:rsidR="00B71E58" w:rsidRPr="002D471C">
        <w:rPr>
          <w:rFonts w:ascii="Arial" w:hAnsi="Arial" w:cs="Arial"/>
          <w:sz w:val="22"/>
          <w:lang w:val="hr-BA"/>
        </w:rPr>
        <w:t xml:space="preserve"> koj</w:t>
      </w:r>
      <w:r w:rsidR="00B80945" w:rsidRPr="002D471C">
        <w:rPr>
          <w:rFonts w:ascii="Arial" w:hAnsi="Arial" w:cs="Arial"/>
          <w:sz w:val="22"/>
          <w:lang w:val="hr-BA"/>
        </w:rPr>
        <w:t>i</w:t>
      </w:r>
      <w:r w:rsidR="00B71E58" w:rsidRPr="002D471C">
        <w:rPr>
          <w:rFonts w:ascii="Arial" w:hAnsi="Arial" w:cs="Arial"/>
          <w:sz w:val="22"/>
          <w:lang w:val="hr-BA"/>
        </w:rPr>
        <w:t xml:space="preserve"> u skladu sa Zakonom zaključuju kred</w:t>
      </w:r>
      <w:r w:rsidR="00B80945" w:rsidRPr="002D471C">
        <w:rPr>
          <w:rFonts w:ascii="Arial" w:hAnsi="Arial" w:cs="Arial"/>
          <w:sz w:val="22"/>
          <w:lang w:val="hr-BA"/>
        </w:rPr>
        <w:t>i</w:t>
      </w:r>
      <w:r w:rsidR="00B71E58" w:rsidRPr="002D471C">
        <w:rPr>
          <w:rFonts w:ascii="Arial" w:hAnsi="Arial" w:cs="Arial"/>
          <w:sz w:val="22"/>
          <w:lang w:val="hr-BA"/>
        </w:rPr>
        <w:t xml:space="preserve">tne poslove sa </w:t>
      </w:r>
      <w:r w:rsidR="00B80945" w:rsidRPr="002D471C">
        <w:rPr>
          <w:rFonts w:ascii="Arial" w:hAnsi="Arial" w:cs="Arial"/>
          <w:sz w:val="22"/>
          <w:lang w:val="hr-BA"/>
        </w:rPr>
        <w:t>i</w:t>
      </w:r>
      <w:r w:rsidR="00B71E58" w:rsidRPr="002D471C">
        <w:rPr>
          <w:rFonts w:ascii="Arial" w:hAnsi="Arial" w:cs="Arial"/>
          <w:sz w:val="22"/>
          <w:lang w:val="hr-BA"/>
        </w:rPr>
        <w:t xml:space="preserve">nozemstvom </w:t>
      </w:r>
      <w:r w:rsidR="00B80945" w:rsidRPr="002D471C">
        <w:rPr>
          <w:rFonts w:ascii="Arial" w:hAnsi="Arial" w:cs="Arial"/>
          <w:sz w:val="22"/>
          <w:lang w:val="hr-BA"/>
        </w:rPr>
        <w:t>i</w:t>
      </w:r>
      <w:r w:rsidR="00B71E58" w:rsidRPr="002D471C">
        <w:rPr>
          <w:rFonts w:ascii="Arial" w:hAnsi="Arial" w:cs="Arial"/>
          <w:sz w:val="22"/>
          <w:lang w:val="hr-BA"/>
        </w:rPr>
        <w:t xml:space="preserve"> to</w:t>
      </w:r>
      <w:r w:rsidRPr="002D471C">
        <w:rPr>
          <w:rFonts w:ascii="Arial" w:hAnsi="Arial" w:cs="Arial"/>
          <w:sz w:val="22"/>
          <w:lang w:val="hr-BA"/>
        </w:rPr>
        <w:t xml:space="preserve">: </w:t>
      </w:r>
      <w:r w:rsidR="00B71E58" w:rsidRPr="002D471C">
        <w:rPr>
          <w:rFonts w:ascii="Arial" w:hAnsi="Arial" w:cs="Arial"/>
          <w:sz w:val="22"/>
          <w:lang w:val="hr-BA"/>
        </w:rPr>
        <w:t>pravn</w:t>
      </w:r>
      <w:r w:rsidRPr="002D471C">
        <w:rPr>
          <w:rFonts w:ascii="Arial" w:hAnsi="Arial" w:cs="Arial"/>
          <w:sz w:val="22"/>
          <w:lang w:val="hr-BA"/>
        </w:rPr>
        <w:t>e osobe</w:t>
      </w:r>
      <w:r w:rsidR="00B71E58" w:rsidRPr="002D471C">
        <w:rPr>
          <w:rFonts w:ascii="Arial" w:hAnsi="Arial" w:cs="Arial"/>
          <w:sz w:val="22"/>
          <w:lang w:val="hr-BA"/>
        </w:rPr>
        <w:t xml:space="preserve"> reg</w:t>
      </w:r>
      <w:r w:rsidR="00B80945" w:rsidRPr="002D471C">
        <w:rPr>
          <w:rFonts w:ascii="Arial" w:hAnsi="Arial" w:cs="Arial"/>
          <w:sz w:val="22"/>
          <w:lang w:val="hr-BA"/>
        </w:rPr>
        <w:t>i</w:t>
      </w:r>
      <w:r w:rsidR="00B71E58" w:rsidRPr="002D471C">
        <w:rPr>
          <w:rFonts w:ascii="Arial" w:hAnsi="Arial" w:cs="Arial"/>
          <w:sz w:val="22"/>
          <w:lang w:val="hr-BA"/>
        </w:rPr>
        <w:t>st</w:t>
      </w:r>
      <w:r w:rsidRPr="002D471C">
        <w:rPr>
          <w:rFonts w:ascii="Arial" w:hAnsi="Arial" w:cs="Arial"/>
          <w:sz w:val="22"/>
          <w:lang w:val="hr-BA"/>
        </w:rPr>
        <w:t>rirane</w:t>
      </w:r>
      <w:r w:rsidR="00B71E58" w:rsidRPr="002D471C">
        <w:rPr>
          <w:rFonts w:ascii="Arial" w:hAnsi="Arial" w:cs="Arial"/>
          <w:sz w:val="22"/>
          <w:lang w:val="hr-BA"/>
        </w:rPr>
        <w:t xml:space="preserve"> u Bosn</w:t>
      </w:r>
      <w:r w:rsidR="00B80945" w:rsidRPr="002D471C">
        <w:rPr>
          <w:rFonts w:ascii="Arial" w:hAnsi="Arial" w:cs="Arial"/>
          <w:sz w:val="22"/>
          <w:lang w:val="hr-BA"/>
        </w:rPr>
        <w:t>i</w:t>
      </w:r>
      <w:r w:rsidR="00B71E58" w:rsidRPr="002D471C">
        <w:rPr>
          <w:rFonts w:ascii="Arial" w:hAnsi="Arial" w:cs="Arial"/>
          <w:sz w:val="22"/>
          <w:lang w:val="hr-BA"/>
        </w:rPr>
        <w:t xml:space="preserve"> </w:t>
      </w:r>
      <w:r w:rsidR="00B80945" w:rsidRPr="002D471C">
        <w:rPr>
          <w:rFonts w:ascii="Arial" w:hAnsi="Arial" w:cs="Arial"/>
          <w:sz w:val="22"/>
          <w:lang w:val="hr-BA"/>
        </w:rPr>
        <w:t>i</w:t>
      </w:r>
      <w:r w:rsidR="00B71E58" w:rsidRPr="002D471C">
        <w:rPr>
          <w:rFonts w:ascii="Arial" w:hAnsi="Arial" w:cs="Arial"/>
          <w:sz w:val="22"/>
          <w:lang w:val="hr-BA"/>
        </w:rPr>
        <w:t xml:space="preserve"> Hercegov</w:t>
      </w:r>
      <w:r w:rsidR="00B80945" w:rsidRPr="002D471C">
        <w:rPr>
          <w:rFonts w:ascii="Arial" w:hAnsi="Arial" w:cs="Arial"/>
          <w:sz w:val="22"/>
          <w:lang w:val="hr-BA"/>
        </w:rPr>
        <w:t>i</w:t>
      </w:r>
      <w:r w:rsidR="00B71E58" w:rsidRPr="002D471C">
        <w:rPr>
          <w:rFonts w:ascii="Arial" w:hAnsi="Arial" w:cs="Arial"/>
          <w:sz w:val="22"/>
          <w:lang w:val="hr-BA"/>
        </w:rPr>
        <w:t>n</w:t>
      </w:r>
      <w:r w:rsidR="00B80945" w:rsidRPr="002D471C">
        <w:rPr>
          <w:rFonts w:ascii="Arial" w:hAnsi="Arial" w:cs="Arial"/>
          <w:sz w:val="22"/>
          <w:lang w:val="hr-BA"/>
        </w:rPr>
        <w:t>i</w:t>
      </w:r>
      <w:r w:rsidR="00B71E58" w:rsidRPr="002D471C">
        <w:rPr>
          <w:rFonts w:ascii="Arial" w:hAnsi="Arial" w:cs="Arial"/>
          <w:sz w:val="22"/>
          <w:lang w:val="hr-BA"/>
        </w:rPr>
        <w:t xml:space="preserve"> </w:t>
      </w:r>
      <w:r w:rsidR="00BB53A7" w:rsidRPr="002D471C">
        <w:rPr>
          <w:rFonts w:ascii="Arial" w:hAnsi="Arial" w:cs="Arial"/>
          <w:sz w:val="22"/>
          <w:lang w:val="hr-BA"/>
        </w:rPr>
        <w:t xml:space="preserve">(u daljem tekstu: BiH) </w:t>
      </w:r>
      <w:r w:rsidR="00B71E58" w:rsidRPr="002D471C">
        <w:rPr>
          <w:rFonts w:ascii="Arial" w:hAnsi="Arial" w:cs="Arial"/>
          <w:sz w:val="22"/>
          <w:lang w:val="hr-BA"/>
        </w:rPr>
        <w:t>os</w:t>
      </w:r>
      <w:r w:rsidR="00B80945" w:rsidRPr="002D471C">
        <w:rPr>
          <w:rFonts w:ascii="Arial" w:hAnsi="Arial" w:cs="Arial"/>
          <w:sz w:val="22"/>
          <w:lang w:val="hr-BA"/>
        </w:rPr>
        <w:t>i</w:t>
      </w:r>
      <w:r w:rsidR="00B71E58" w:rsidRPr="002D471C">
        <w:rPr>
          <w:rFonts w:ascii="Arial" w:hAnsi="Arial" w:cs="Arial"/>
          <w:sz w:val="22"/>
          <w:lang w:val="hr-BA"/>
        </w:rPr>
        <w:t>m predstavn</w:t>
      </w:r>
      <w:r w:rsidR="00B80945" w:rsidRPr="002D471C">
        <w:rPr>
          <w:rFonts w:ascii="Arial" w:hAnsi="Arial" w:cs="Arial"/>
          <w:sz w:val="22"/>
          <w:lang w:val="hr-BA"/>
        </w:rPr>
        <w:t>i</w:t>
      </w:r>
      <w:r w:rsidR="00B71E58" w:rsidRPr="002D471C">
        <w:rPr>
          <w:rFonts w:ascii="Arial" w:hAnsi="Arial" w:cs="Arial"/>
          <w:sz w:val="22"/>
          <w:lang w:val="hr-BA"/>
        </w:rPr>
        <w:t>štva ov</w:t>
      </w:r>
      <w:r w:rsidR="00B80945" w:rsidRPr="002D471C">
        <w:rPr>
          <w:rFonts w:ascii="Arial" w:hAnsi="Arial" w:cs="Arial"/>
          <w:sz w:val="22"/>
          <w:lang w:val="hr-BA"/>
        </w:rPr>
        <w:t>i</w:t>
      </w:r>
      <w:r w:rsidR="00B71E58" w:rsidRPr="002D471C">
        <w:rPr>
          <w:rFonts w:ascii="Arial" w:hAnsi="Arial" w:cs="Arial"/>
          <w:sz w:val="22"/>
          <w:lang w:val="hr-BA"/>
        </w:rPr>
        <w:t xml:space="preserve">h </w:t>
      </w:r>
      <w:r w:rsidRPr="002D471C">
        <w:rPr>
          <w:rFonts w:ascii="Arial" w:hAnsi="Arial" w:cs="Arial"/>
          <w:sz w:val="22"/>
          <w:lang w:val="hr-BA"/>
        </w:rPr>
        <w:t>osoba</w:t>
      </w:r>
      <w:r w:rsidR="00B71E58" w:rsidRPr="002D471C">
        <w:rPr>
          <w:rFonts w:ascii="Arial" w:hAnsi="Arial" w:cs="Arial"/>
          <w:sz w:val="22"/>
          <w:lang w:val="hr-BA"/>
        </w:rPr>
        <w:t xml:space="preserve"> koj</w:t>
      </w:r>
      <w:r w:rsidR="00B80945" w:rsidRPr="002D471C">
        <w:rPr>
          <w:rFonts w:ascii="Arial" w:hAnsi="Arial" w:cs="Arial"/>
          <w:sz w:val="22"/>
          <w:lang w:val="hr-BA"/>
        </w:rPr>
        <w:t>i</w:t>
      </w:r>
      <w:r w:rsidR="00B71E58" w:rsidRPr="002D471C">
        <w:rPr>
          <w:rFonts w:ascii="Arial" w:hAnsi="Arial" w:cs="Arial"/>
          <w:sz w:val="22"/>
          <w:lang w:val="hr-BA"/>
        </w:rPr>
        <w:t xml:space="preserve"> se nal</w:t>
      </w:r>
      <w:r w:rsidR="00662F13" w:rsidRPr="002D471C">
        <w:rPr>
          <w:rFonts w:ascii="Arial" w:hAnsi="Arial" w:cs="Arial"/>
          <w:sz w:val="22"/>
          <w:lang w:val="hr-BA"/>
        </w:rPr>
        <w:t xml:space="preserve">aze </w:t>
      </w:r>
      <w:r w:rsidR="00B80945" w:rsidRPr="002D471C">
        <w:rPr>
          <w:rFonts w:ascii="Arial" w:hAnsi="Arial" w:cs="Arial"/>
          <w:sz w:val="22"/>
          <w:lang w:val="hr-BA"/>
        </w:rPr>
        <w:t>i</w:t>
      </w:r>
      <w:r w:rsidR="00662F13" w:rsidRPr="002D471C">
        <w:rPr>
          <w:rFonts w:ascii="Arial" w:hAnsi="Arial" w:cs="Arial"/>
          <w:sz w:val="22"/>
          <w:lang w:val="hr-BA"/>
        </w:rPr>
        <w:t xml:space="preserve">zvan </w:t>
      </w:r>
      <w:r w:rsidR="00BB53A7" w:rsidRPr="002D471C">
        <w:rPr>
          <w:rFonts w:ascii="Arial" w:hAnsi="Arial" w:cs="Arial"/>
          <w:sz w:val="22"/>
          <w:lang w:val="hr-BA"/>
        </w:rPr>
        <w:t>BiH</w:t>
      </w:r>
      <w:r w:rsidR="00B71E58" w:rsidRPr="002D471C">
        <w:rPr>
          <w:rFonts w:ascii="Arial" w:hAnsi="Arial" w:cs="Arial"/>
          <w:sz w:val="22"/>
          <w:lang w:val="hr-BA"/>
        </w:rPr>
        <w:t>, podružn</w:t>
      </w:r>
      <w:r w:rsidR="00B80945" w:rsidRPr="002D471C">
        <w:rPr>
          <w:rFonts w:ascii="Arial" w:hAnsi="Arial" w:cs="Arial"/>
          <w:sz w:val="22"/>
          <w:lang w:val="hr-BA"/>
        </w:rPr>
        <w:t>i</w:t>
      </w:r>
      <w:r w:rsidR="00B71E58" w:rsidRPr="002D471C">
        <w:rPr>
          <w:rFonts w:ascii="Arial" w:hAnsi="Arial" w:cs="Arial"/>
          <w:sz w:val="22"/>
          <w:lang w:val="hr-BA"/>
        </w:rPr>
        <w:t>ce stran</w:t>
      </w:r>
      <w:r w:rsidR="00B80945" w:rsidRPr="002D471C">
        <w:rPr>
          <w:rFonts w:ascii="Arial" w:hAnsi="Arial" w:cs="Arial"/>
          <w:sz w:val="22"/>
          <w:lang w:val="hr-BA"/>
        </w:rPr>
        <w:t>i</w:t>
      </w:r>
      <w:r w:rsidR="00B71E58" w:rsidRPr="002D471C">
        <w:rPr>
          <w:rFonts w:ascii="Arial" w:hAnsi="Arial" w:cs="Arial"/>
          <w:sz w:val="22"/>
          <w:lang w:val="hr-BA"/>
        </w:rPr>
        <w:t>h pravn</w:t>
      </w:r>
      <w:r w:rsidR="00B80945" w:rsidRPr="002D471C">
        <w:rPr>
          <w:rFonts w:ascii="Arial" w:hAnsi="Arial" w:cs="Arial"/>
          <w:sz w:val="22"/>
          <w:lang w:val="hr-BA"/>
        </w:rPr>
        <w:t>i</w:t>
      </w:r>
      <w:r w:rsidR="00B71E58" w:rsidRPr="002D471C">
        <w:rPr>
          <w:rFonts w:ascii="Arial" w:hAnsi="Arial" w:cs="Arial"/>
          <w:sz w:val="22"/>
          <w:lang w:val="hr-BA"/>
        </w:rPr>
        <w:t xml:space="preserve">h </w:t>
      </w:r>
      <w:r w:rsidRPr="002D471C">
        <w:rPr>
          <w:rFonts w:ascii="Arial" w:hAnsi="Arial" w:cs="Arial"/>
          <w:sz w:val="22"/>
          <w:lang w:val="hr-BA"/>
        </w:rPr>
        <w:t>osoba</w:t>
      </w:r>
      <w:r w:rsidR="00B71E58" w:rsidRPr="002D471C">
        <w:rPr>
          <w:rFonts w:ascii="Arial" w:hAnsi="Arial" w:cs="Arial"/>
          <w:sz w:val="22"/>
          <w:lang w:val="hr-BA"/>
        </w:rPr>
        <w:t xml:space="preserve"> up</w:t>
      </w:r>
      <w:r w:rsidR="00B80945" w:rsidRPr="002D471C">
        <w:rPr>
          <w:rFonts w:ascii="Arial" w:hAnsi="Arial" w:cs="Arial"/>
          <w:sz w:val="22"/>
          <w:lang w:val="hr-BA"/>
        </w:rPr>
        <w:t>i</w:t>
      </w:r>
      <w:r w:rsidR="00B71E58" w:rsidRPr="002D471C">
        <w:rPr>
          <w:rFonts w:ascii="Arial" w:hAnsi="Arial" w:cs="Arial"/>
          <w:sz w:val="22"/>
          <w:lang w:val="hr-BA"/>
        </w:rPr>
        <w:t>san</w:t>
      </w:r>
      <w:r w:rsidR="00B80945" w:rsidRPr="002D471C">
        <w:rPr>
          <w:rFonts w:ascii="Arial" w:hAnsi="Arial" w:cs="Arial"/>
          <w:sz w:val="22"/>
          <w:lang w:val="hr-BA"/>
        </w:rPr>
        <w:t>i</w:t>
      </w:r>
      <w:r w:rsidR="00B71E58" w:rsidRPr="002D471C">
        <w:rPr>
          <w:rFonts w:ascii="Arial" w:hAnsi="Arial" w:cs="Arial"/>
          <w:sz w:val="22"/>
          <w:lang w:val="hr-BA"/>
        </w:rPr>
        <w:t xml:space="preserve"> u reg</w:t>
      </w:r>
      <w:r w:rsidR="00B80945" w:rsidRPr="002D471C">
        <w:rPr>
          <w:rFonts w:ascii="Arial" w:hAnsi="Arial" w:cs="Arial"/>
          <w:sz w:val="22"/>
          <w:lang w:val="hr-BA"/>
        </w:rPr>
        <w:t>i</w:t>
      </w:r>
      <w:r w:rsidR="00B71E58" w:rsidRPr="002D471C">
        <w:rPr>
          <w:rFonts w:ascii="Arial" w:hAnsi="Arial" w:cs="Arial"/>
          <w:sz w:val="22"/>
          <w:lang w:val="hr-BA"/>
        </w:rPr>
        <w:t xml:space="preserve">star nadležnog organa u </w:t>
      </w:r>
      <w:r w:rsidR="00BB53A7" w:rsidRPr="002D471C">
        <w:rPr>
          <w:rFonts w:ascii="Arial" w:hAnsi="Arial" w:cs="Arial"/>
          <w:sz w:val="22"/>
          <w:lang w:val="hr-BA"/>
        </w:rPr>
        <w:t>BiH</w:t>
      </w:r>
      <w:r w:rsidR="00B71E58" w:rsidRPr="002D471C">
        <w:rPr>
          <w:rFonts w:ascii="Arial" w:hAnsi="Arial" w:cs="Arial"/>
          <w:sz w:val="22"/>
          <w:lang w:val="hr-BA"/>
        </w:rPr>
        <w:t>, poduzetn</w:t>
      </w:r>
      <w:r w:rsidR="00B80945" w:rsidRPr="002D471C">
        <w:rPr>
          <w:rFonts w:ascii="Arial" w:hAnsi="Arial" w:cs="Arial"/>
          <w:sz w:val="22"/>
          <w:lang w:val="hr-BA"/>
        </w:rPr>
        <w:t>i</w:t>
      </w:r>
      <w:r w:rsidR="00B71E58" w:rsidRPr="002D471C">
        <w:rPr>
          <w:rFonts w:ascii="Arial" w:hAnsi="Arial" w:cs="Arial"/>
          <w:sz w:val="22"/>
          <w:lang w:val="hr-BA"/>
        </w:rPr>
        <w:t>c</w:t>
      </w:r>
      <w:r w:rsidR="00B80945" w:rsidRPr="002D471C">
        <w:rPr>
          <w:rFonts w:ascii="Arial" w:hAnsi="Arial" w:cs="Arial"/>
          <w:sz w:val="22"/>
          <w:lang w:val="hr-BA"/>
        </w:rPr>
        <w:t>i</w:t>
      </w:r>
      <w:r w:rsidR="00B71E58" w:rsidRPr="002D471C">
        <w:rPr>
          <w:rFonts w:ascii="Arial" w:hAnsi="Arial" w:cs="Arial"/>
          <w:sz w:val="22"/>
          <w:lang w:val="hr-BA"/>
        </w:rPr>
        <w:t xml:space="preserve">, </w:t>
      </w:r>
      <w:r w:rsidR="00662F13" w:rsidRPr="002D471C">
        <w:rPr>
          <w:rFonts w:ascii="Arial" w:hAnsi="Arial" w:cs="Arial"/>
          <w:sz w:val="22"/>
          <w:lang w:val="hr-BA"/>
        </w:rPr>
        <w:t>f</w:t>
      </w:r>
      <w:r w:rsidR="00B80945" w:rsidRPr="002D471C">
        <w:rPr>
          <w:rFonts w:ascii="Arial" w:hAnsi="Arial" w:cs="Arial"/>
          <w:sz w:val="22"/>
          <w:lang w:val="hr-BA"/>
        </w:rPr>
        <w:t>i</w:t>
      </w:r>
      <w:r w:rsidR="00662F13" w:rsidRPr="002D471C">
        <w:rPr>
          <w:rFonts w:ascii="Arial" w:hAnsi="Arial" w:cs="Arial"/>
          <w:sz w:val="22"/>
          <w:lang w:val="hr-BA"/>
        </w:rPr>
        <w:t>z</w:t>
      </w:r>
      <w:r w:rsidR="00B80945" w:rsidRPr="002D471C">
        <w:rPr>
          <w:rFonts w:ascii="Arial" w:hAnsi="Arial" w:cs="Arial"/>
          <w:sz w:val="22"/>
          <w:lang w:val="hr-BA"/>
        </w:rPr>
        <w:t>i</w:t>
      </w:r>
      <w:r w:rsidR="00662F13" w:rsidRPr="002D471C">
        <w:rPr>
          <w:rFonts w:ascii="Arial" w:hAnsi="Arial" w:cs="Arial"/>
          <w:sz w:val="22"/>
          <w:lang w:val="hr-BA"/>
        </w:rPr>
        <w:t xml:space="preserve">čke osobe, </w:t>
      </w:r>
      <w:r w:rsidR="00B71E58" w:rsidRPr="002D471C">
        <w:rPr>
          <w:rFonts w:ascii="Arial" w:hAnsi="Arial" w:cs="Arial"/>
          <w:sz w:val="22"/>
          <w:lang w:val="hr-BA"/>
        </w:rPr>
        <w:t xml:space="preserve">banke </w:t>
      </w:r>
      <w:r w:rsidR="00662F13" w:rsidRPr="002D471C">
        <w:rPr>
          <w:rFonts w:ascii="Arial" w:hAnsi="Arial" w:cs="Arial"/>
          <w:sz w:val="22"/>
          <w:lang w:val="hr-BA"/>
        </w:rPr>
        <w:t>kao pravn</w:t>
      </w:r>
      <w:r w:rsidRPr="002D471C">
        <w:rPr>
          <w:rFonts w:ascii="Arial" w:hAnsi="Arial" w:cs="Arial"/>
          <w:sz w:val="22"/>
          <w:lang w:val="hr-BA"/>
        </w:rPr>
        <w:t>e</w:t>
      </w:r>
      <w:r w:rsidR="00662F13" w:rsidRPr="002D471C">
        <w:rPr>
          <w:rFonts w:ascii="Arial" w:hAnsi="Arial" w:cs="Arial"/>
          <w:sz w:val="22"/>
          <w:lang w:val="hr-BA"/>
        </w:rPr>
        <w:t xml:space="preserve"> </w:t>
      </w:r>
      <w:r w:rsidRPr="002D471C">
        <w:rPr>
          <w:rFonts w:ascii="Arial" w:hAnsi="Arial" w:cs="Arial"/>
          <w:sz w:val="22"/>
          <w:lang w:val="hr-BA"/>
        </w:rPr>
        <w:t>osobe</w:t>
      </w:r>
      <w:r w:rsidR="00662F13" w:rsidRPr="002D471C">
        <w:rPr>
          <w:rFonts w:ascii="Arial" w:hAnsi="Arial" w:cs="Arial"/>
          <w:sz w:val="22"/>
          <w:lang w:val="hr-BA"/>
        </w:rPr>
        <w:t xml:space="preserve"> koje su osnovane </w:t>
      </w:r>
      <w:r w:rsidR="00B80945" w:rsidRPr="002D471C">
        <w:rPr>
          <w:rFonts w:ascii="Arial" w:hAnsi="Arial" w:cs="Arial"/>
          <w:sz w:val="22"/>
          <w:lang w:val="hr-BA"/>
        </w:rPr>
        <w:t>i</w:t>
      </w:r>
      <w:r w:rsidR="00662F13" w:rsidRPr="002D471C">
        <w:rPr>
          <w:rFonts w:ascii="Arial" w:hAnsi="Arial" w:cs="Arial"/>
          <w:sz w:val="22"/>
          <w:lang w:val="hr-BA"/>
        </w:rPr>
        <w:t xml:space="preserve"> posluju u skladu sa prop</w:t>
      </w:r>
      <w:r w:rsidR="00B80945" w:rsidRPr="002D471C">
        <w:rPr>
          <w:rFonts w:ascii="Arial" w:hAnsi="Arial" w:cs="Arial"/>
          <w:sz w:val="22"/>
          <w:lang w:val="hr-BA"/>
        </w:rPr>
        <w:t>i</w:t>
      </w:r>
      <w:r w:rsidR="00662F13" w:rsidRPr="002D471C">
        <w:rPr>
          <w:rFonts w:ascii="Arial" w:hAnsi="Arial" w:cs="Arial"/>
          <w:sz w:val="22"/>
          <w:lang w:val="hr-BA"/>
        </w:rPr>
        <w:t>s</w:t>
      </w:r>
      <w:r w:rsidR="00B80945" w:rsidRPr="002D471C">
        <w:rPr>
          <w:rFonts w:ascii="Arial" w:hAnsi="Arial" w:cs="Arial"/>
          <w:sz w:val="22"/>
          <w:lang w:val="hr-BA"/>
        </w:rPr>
        <w:t>i</w:t>
      </w:r>
      <w:r w:rsidR="00662F13" w:rsidRPr="002D471C">
        <w:rPr>
          <w:rFonts w:ascii="Arial" w:hAnsi="Arial" w:cs="Arial"/>
          <w:sz w:val="22"/>
          <w:lang w:val="hr-BA"/>
        </w:rPr>
        <w:t>ma koj</w:t>
      </w:r>
      <w:r w:rsidR="00B80945" w:rsidRPr="002D471C">
        <w:rPr>
          <w:rFonts w:ascii="Arial" w:hAnsi="Arial" w:cs="Arial"/>
          <w:sz w:val="22"/>
          <w:lang w:val="hr-BA"/>
        </w:rPr>
        <w:t>i</w:t>
      </w:r>
      <w:r w:rsidR="00662F13" w:rsidRPr="002D471C">
        <w:rPr>
          <w:rFonts w:ascii="Arial" w:hAnsi="Arial" w:cs="Arial"/>
          <w:sz w:val="22"/>
          <w:lang w:val="hr-BA"/>
        </w:rPr>
        <w:t xml:space="preserve">ma se uređuje poslovanje banaka </w:t>
      </w:r>
      <w:r w:rsidR="00B80945" w:rsidRPr="002D471C">
        <w:rPr>
          <w:rFonts w:ascii="Arial" w:hAnsi="Arial" w:cs="Arial"/>
          <w:sz w:val="22"/>
          <w:lang w:val="hr-BA"/>
        </w:rPr>
        <w:t>i</w:t>
      </w:r>
      <w:r w:rsidR="00662F13" w:rsidRPr="002D471C">
        <w:rPr>
          <w:rFonts w:ascii="Arial" w:hAnsi="Arial" w:cs="Arial"/>
          <w:sz w:val="22"/>
          <w:lang w:val="hr-BA"/>
        </w:rPr>
        <w:t xml:space="preserve"> koje </w:t>
      </w:r>
      <w:r w:rsidR="00B80945" w:rsidRPr="002D471C">
        <w:rPr>
          <w:rFonts w:ascii="Arial" w:hAnsi="Arial" w:cs="Arial"/>
          <w:sz w:val="22"/>
          <w:lang w:val="hr-BA"/>
        </w:rPr>
        <w:t>i</w:t>
      </w:r>
      <w:r w:rsidR="00662F13" w:rsidRPr="002D471C">
        <w:rPr>
          <w:rFonts w:ascii="Arial" w:hAnsi="Arial" w:cs="Arial"/>
          <w:sz w:val="22"/>
          <w:lang w:val="hr-BA"/>
        </w:rPr>
        <w:t>maju dozvolu za rad Agenc</w:t>
      </w:r>
      <w:r w:rsidR="00B80945" w:rsidRPr="002D471C">
        <w:rPr>
          <w:rFonts w:ascii="Arial" w:hAnsi="Arial" w:cs="Arial"/>
          <w:sz w:val="22"/>
          <w:lang w:val="hr-BA"/>
        </w:rPr>
        <w:t>i</w:t>
      </w:r>
      <w:r w:rsidR="00662F13" w:rsidRPr="002D471C">
        <w:rPr>
          <w:rFonts w:ascii="Arial" w:hAnsi="Arial" w:cs="Arial"/>
          <w:sz w:val="22"/>
          <w:lang w:val="hr-BA"/>
        </w:rPr>
        <w:t>je za bankarstvo Federac</w:t>
      </w:r>
      <w:r w:rsidR="00B80945" w:rsidRPr="002D471C">
        <w:rPr>
          <w:rFonts w:ascii="Arial" w:hAnsi="Arial" w:cs="Arial"/>
          <w:sz w:val="22"/>
          <w:lang w:val="hr-BA"/>
        </w:rPr>
        <w:t>i</w:t>
      </w:r>
      <w:r w:rsidR="00662F13" w:rsidRPr="002D471C">
        <w:rPr>
          <w:rFonts w:ascii="Arial" w:hAnsi="Arial" w:cs="Arial"/>
          <w:sz w:val="22"/>
          <w:lang w:val="hr-BA"/>
        </w:rPr>
        <w:t xml:space="preserve">je Bosne </w:t>
      </w:r>
      <w:r w:rsidR="00B80945" w:rsidRPr="002D471C">
        <w:rPr>
          <w:rFonts w:ascii="Arial" w:hAnsi="Arial" w:cs="Arial"/>
          <w:sz w:val="22"/>
          <w:lang w:val="hr-BA"/>
        </w:rPr>
        <w:t>i</w:t>
      </w:r>
      <w:r w:rsidR="00662F13" w:rsidRPr="002D471C">
        <w:rPr>
          <w:rFonts w:ascii="Arial" w:hAnsi="Arial" w:cs="Arial"/>
          <w:sz w:val="22"/>
          <w:lang w:val="hr-BA"/>
        </w:rPr>
        <w:t xml:space="preserve"> Hercegov</w:t>
      </w:r>
      <w:r w:rsidR="00B80945" w:rsidRPr="002D471C">
        <w:rPr>
          <w:rFonts w:ascii="Arial" w:hAnsi="Arial" w:cs="Arial"/>
          <w:sz w:val="22"/>
          <w:lang w:val="hr-BA"/>
        </w:rPr>
        <w:t>i</w:t>
      </w:r>
      <w:r w:rsidR="00662F13" w:rsidRPr="002D471C">
        <w:rPr>
          <w:rFonts w:ascii="Arial" w:hAnsi="Arial" w:cs="Arial"/>
          <w:sz w:val="22"/>
          <w:lang w:val="hr-BA"/>
        </w:rPr>
        <w:t xml:space="preserve">ne, kao </w:t>
      </w:r>
      <w:r w:rsidR="00B80945" w:rsidRPr="002D471C">
        <w:rPr>
          <w:rFonts w:ascii="Arial" w:hAnsi="Arial" w:cs="Arial"/>
          <w:sz w:val="22"/>
          <w:lang w:val="hr-BA"/>
        </w:rPr>
        <w:t>i</w:t>
      </w:r>
      <w:r w:rsidR="00662F13" w:rsidRPr="002D471C">
        <w:rPr>
          <w:rFonts w:ascii="Arial" w:hAnsi="Arial" w:cs="Arial"/>
          <w:sz w:val="22"/>
          <w:lang w:val="hr-BA"/>
        </w:rPr>
        <w:t xml:space="preserve"> </w:t>
      </w:r>
      <w:r w:rsidR="00B71E58" w:rsidRPr="002D471C">
        <w:rPr>
          <w:rFonts w:ascii="Arial" w:hAnsi="Arial" w:cs="Arial"/>
          <w:sz w:val="22"/>
          <w:lang w:val="hr-BA"/>
        </w:rPr>
        <w:t>drug</w:t>
      </w:r>
      <w:r w:rsidR="00B80945" w:rsidRPr="002D471C">
        <w:rPr>
          <w:rFonts w:ascii="Arial" w:hAnsi="Arial" w:cs="Arial"/>
          <w:sz w:val="22"/>
          <w:lang w:val="hr-BA"/>
        </w:rPr>
        <w:t>i</w:t>
      </w:r>
      <w:r w:rsidR="00B71E58" w:rsidRPr="002D471C">
        <w:rPr>
          <w:rFonts w:ascii="Arial" w:hAnsi="Arial" w:cs="Arial"/>
          <w:sz w:val="22"/>
          <w:lang w:val="hr-BA"/>
        </w:rPr>
        <w:t xml:space="preserve"> rez</w:t>
      </w:r>
      <w:r w:rsidR="00B80945" w:rsidRPr="002D471C">
        <w:rPr>
          <w:rFonts w:ascii="Arial" w:hAnsi="Arial" w:cs="Arial"/>
          <w:sz w:val="22"/>
          <w:lang w:val="hr-BA"/>
        </w:rPr>
        <w:t>i</w:t>
      </w:r>
      <w:r w:rsidR="00B71E58" w:rsidRPr="002D471C">
        <w:rPr>
          <w:rFonts w:ascii="Arial" w:hAnsi="Arial" w:cs="Arial"/>
          <w:sz w:val="22"/>
          <w:lang w:val="hr-BA"/>
        </w:rPr>
        <w:t>dent</w:t>
      </w:r>
      <w:r w:rsidR="00B80945" w:rsidRPr="002D471C">
        <w:rPr>
          <w:rFonts w:ascii="Arial" w:hAnsi="Arial" w:cs="Arial"/>
          <w:sz w:val="22"/>
          <w:lang w:val="hr-BA"/>
        </w:rPr>
        <w:t>i</w:t>
      </w:r>
      <w:r w:rsidR="00B71E58" w:rsidRPr="002D471C">
        <w:rPr>
          <w:rFonts w:ascii="Arial" w:hAnsi="Arial" w:cs="Arial"/>
          <w:sz w:val="22"/>
          <w:lang w:val="hr-BA"/>
        </w:rPr>
        <w:t xml:space="preserve"> </w:t>
      </w:r>
      <w:r w:rsidRPr="002D471C">
        <w:rPr>
          <w:rFonts w:ascii="Arial" w:hAnsi="Arial" w:cs="Arial"/>
          <w:sz w:val="22"/>
          <w:lang w:val="hr-BA"/>
        </w:rPr>
        <w:t xml:space="preserve">koji su </w:t>
      </w:r>
      <w:r w:rsidR="00B71E58" w:rsidRPr="002D471C">
        <w:rPr>
          <w:rFonts w:ascii="Arial" w:hAnsi="Arial" w:cs="Arial"/>
          <w:sz w:val="22"/>
          <w:lang w:val="hr-BA"/>
        </w:rPr>
        <w:t>u skladu sa Zakonom učesn</w:t>
      </w:r>
      <w:r w:rsidR="00B80945" w:rsidRPr="002D471C">
        <w:rPr>
          <w:rFonts w:ascii="Arial" w:hAnsi="Arial" w:cs="Arial"/>
          <w:sz w:val="22"/>
          <w:lang w:val="hr-BA"/>
        </w:rPr>
        <w:t>i</w:t>
      </w:r>
      <w:r w:rsidR="00B71E58" w:rsidRPr="002D471C">
        <w:rPr>
          <w:rFonts w:ascii="Arial" w:hAnsi="Arial" w:cs="Arial"/>
          <w:sz w:val="22"/>
          <w:lang w:val="hr-BA"/>
        </w:rPr>
        <w:t>c</w:t>
      </w:r>
      <w:r w:rsidR="00B80945" w:rsidRPr="002D471C">
        <w:rPr>
          <w:rFonts w:ascii="Arial" w:hAnsi="Arial" w:cs="Arial"/>
          <w:sz w:val="22"/>
          <w:lang w:val="hr-BA"/>
        </w:rPr>
        <w:t>i</w:t>
      </w:r>
      <w:r w:rsidR="00B71E58" w:rsidRPr="002D471C">
        <w:rPr>
          <w:rFonts w:ascii="Arial" w:hAnsi="Arial" w:cs="Arial"/>
          <w:sz w:val="22"/>
          <w:lang w:val="hr-BA"/>
        </w:rPr>
        <w:t xml:space="preserve"> kred</w:t>
      </w:r>
      <w:r w:rsidR="00B80945" w:rsidRPr="002D471C">
        <w:rPr>
          <w:rFonts w:ascii="Arial" w:hAnsi="Arial" w:cs="Arial"/>
          <w:sz w:val="22"/>
          <w:lang w:val="hr-BA"/>
        </w:rPr>
        <w:t>i</w:t>
      </w:r>
      <w:r w:rsidR="00B71E58" w:rsidRPr="002D471C">
        <w:rPr>
          <w:rFonts w:ascii="Arial" w:hAnsi="Arial" w:cs="Arial"/>
          <w:sz w:val="22"/>
          <w:lang w:val="hr-BA"/>
        </w:rPr>
        <w:t xml:space="preserve">tnog posla sa </w:t>
      </w:r>
      <w:r w:rsidR="00B80945" w:rsidRPr="002D471C">
        <w:rPr>
          <w:rFonts w:ascii="Arial" w:hAnsi="Arial" w:cs="Arial"/>
          <w:sz w:val="22"/>
          <w:lang w:val="hr-BA"/>
        </w:rPr>
        <w:t>i</w:t>
      </w:r>
      <w:r w:rsidR="00B71E58" w:rsidRPr="002D471C">
        <w:rPr>
          <w:rFonts w:ascii="Arial" w:hAnsi="Arial" w:cs="Arial"/>
          <w:sz w:val="22"/>
          <w:lang w:val="hr-BA"/>
        </w:rPr>
        <w:t>nozemstvom.</w:t>
      </w:r>
    </w:p>
    <w:p w14:paraId="4D296EE7" w14:textId="5E3A6AD6" w:rsidR="00B71E58" w:rsidRPr="002D471C" w:rsidRDefault="00872D38" w:rsidP="00173D56">
      <w:pPr>
        <w:ind w:left="0"/>
        <w:rPr>
          <w:rFonts w:ascii="Arial" w:hAnsi="Arial" w:cs="Arial"/>
          <w:sz w:val="22"/>
          <w:lang w:val="hr-BA"/>
        </w:rPr>
      </w:pPr>
      <w:r w:rsidRPr="002D471C">
        <w:rPr>
          <w:rFonts w:ascii="Arial" w:hAnsi="Arial" w:cs="Arial"/>
          <w:sz w:val="22"/>
          <w:lang w:val="hr-BA"/>
        </w:rPr>
        <w:t xml:space="preserve">(2) </w:t>
      </w:r>
      <w:r w:rsidR="00B71E58" w:rsidRPr="002D471C">
        <w:rPr>
          <w:rFonts w:ascii="Arial" w:hAnsi="Arial" w:cs="Arial"/>
          <w:sz w:val="22"/>
          <w:lang w:val="hr-BA"/>
        </w:rPr>
        <w:t>Obvezn</w:t>
      </w:r>
      <w:r w:rsidR="00B80945" w:rsidRPr="002D471C">
        <w:rPr>
          <w:rFonts w:ascii="Arial" w:hAnsi="Arial" w:cs="Arial"/>
          <w:sz w:val="22"/>
          <w:lang w:val="hr-BA"/>
        </w:rPr>
        <w:t>i</w:t>
      </w:r>
      <w:r w:rsidR="00B71E58" w:rsidRPr="002D471C">
        <w:rPr>
          <w:rFonts w:ascii="Arial" w:hAnsi="Arial" w:cs="Arial"/>
          <w:sz w:val="22"/>
          <w:lang w:val="hr-BA"/>
        </w:rPr>
        <w:t xml:space="preserve">k </w:t>
      </w:r>
      <w:r w:rsidR="00B80945" w:rsidRPr="002D471C">
        <w:rPr>
          <w:rFonts w:ascii="Arial" w:hAnsi="Arial" w:cs="Arial"/>
          <w:sz w:val="22"/>
          <w:lang w:val="hr-BA"/>
        </w:rPr>
        <w:t>i</w:t>
      </w:r>
      <w:r w:rsidR="00B71E58" w:rsidRPr="002D471C">
        <w:rPr>
          <w:rFonts w:ascii="Arial" w:hAnsi="Arial" w:cs="Arial"/>
          <w:sz w:val="22"/>
          <w:lang w:val="hr-BA"/>
        </w:rPr>
        <w:t>zvještavanja je rez</w:t>
      </w:r>
      <w:r w:rsidR="00B80945" w:rsidRPr="002D471C">
        <w:rPr>
          <w:rFonts w:ascii="Arial" w:hAnsi="Arial" w:cs="Arial"/>
          <w:sz w:val="22"/>
          <w:lang w:val="hr-BA"/>
        </w:rPr>
        <w:t>i</w:t>
      </w:r>
      <w:r w:rsidR="00B71E58" w:rsidRPr="002D471C">
        <w:rPr>
          <w:rFonts w:ascii="Arial" w:hAnsi="Arial" w:cs="Arial"/>
          <w:sz w:val="22"/>
          <w:lang w:val="hr-BA"/>
        </w:rPr>
        <w:t>dent koj</w:t>
      </w:r>
      <w:r w:rsidR="00B80945" w:rsidRPr="002D471C">
        <w:rPr>
          <w:rFonts w:ascii="Arial" w:hAnsi="Arial" w:cs="Arial"/>
          <w:sz w:val="22"/>
          <w:lang w:val="hr-BA"/>
        </w:rPr>
        <w:t>i</w:t>
      </w:r>
      <w:r w:rsidR="00B71E58" w:rsidRPr="002D471C">
        <w:rPr>
          <w:rFonts w:ascii="Arial" w:hAnsi="Arial" w:cs="Arial"/>
          <w:sz w:val="22"/>
          <w:lang w:val="hr-BA"/>
        </w:rPr>
        <w:t xml:space="preserve"> je ugovorna strana u kred</w:t>
      </w:r>
      <w:r w:rsidR="00B80945" w:rsidRPr="002D471C">
        <w:rPr>
          <w:rFonts w:ascii="Arial" w:hAnsi="Arial" w:cs="Arial"/>
          <w:sz w:val="22"/>
          <w:lang w:val="hr-BA"/>
        </w:rPr>
        <w:t>i</w:t>
      </w:r>
      <w:r w:rsidR="00B71E58" w:rsidRPr="002D471C">
        <w:rPr>
          <w:rFonts w:ascii="Arial" w:hAnsi="Arial" w:cs="Arial"/>
          <w:sz w:val="22"/>
          <w:lang w:val="hr-BA"/>
        </w:rPr>
        <w:t xml:space="preserve">tnom poslu sa </w:t>
      </w:r>
      <w:r w:rsidR="00B80945" w:rsidRPr="002D471C">
        <w:rPr>
          <w:rFonts w:ascii="Arial" w:hAnsi="Arial" w:cs="Arial"/>
          <w:sz w:val="22"/>
          <w:lang w:val="hr-BA"/>
        </w:rPr>
        <w:t>i</w:t>
      </w:r>
      <w:r w:rsidR="00B71E58" w:rsidRPr="002D471C">
        <w:rPr>
          <w:rFonts w:ascii="Arial" w:hAnsi="Arial" w:cs="Arial"/>
          <w:sz w:val="22"/>
          <w:lang w:val="hr-BA"/>
        </w:rPr>
        <w:t>nozemstvom, odnosno rez</w:t>
      </w:r>
      <w:r w:rsidR="00B80945" w:rsidRPr="002D471C">
        <w:rPr>
          <w:rFonts w:ascii="Arial" w:hAnsi="Arial" w:cs="Arial"/>
          <w:sz w:val="22"/>
          <w:lang w:val="hr-BA"/>
        </w:rPr>
        <w:t>i</w:t>
      </w:r>
      <w:r w:rsidR="00B71E58" w:rsidRPr="002D471C">
        <w:rPr>
          <w:rFonts w:ascii="Arial" w:hAnsi="Arial" w:cs="Arial"/>
          <w:sz w:val="22"/>
          <w:lang w:val="hr-BA"/>
        </w:rPr>
        <w:t>dent koj</w:t>
      </w:r>
      <w:r w:rsidR="00B80945" w:rsidRPr="002D471C">
        <w:rPr>
          <w:rFonts w:ascii="Arial" w:hAnsi="Arial" w:cs="Arial"/>
          <w:sz w:val="22"/>
          <w:lang w:val="hr-BA"/>
        </w:rPr>
        <w:t>i</w:t>
      </w:r>
      <w:r w:rsidR="00B71E58" w:rsidRPr="002D471C">
        <w:rPr>
          <w:rFonts w:ascii="Arial" w:hAnsi="Arial" w:cs="Arial"/>
          <w:sz w:val="22"/>
          <w:lang w:val="hr-BA"/>
        </w:rPr>
        <w:t xml:space="preserve"> je po osnovu naknadnog pravnog posla postao dužn</w:t>
      </w:r>
      <w:r w:rsidR="00B80945" w:rsidRPr="002D471C">
        <w:rPr>
          <w:rFonts w:ascii="Arial" w:hAnsi="Arial" w:cs="Arial"/>
          <w:sz w:val="22"/>
          <w:lang w:val="hr-BA"/>
        </w:rPr>
        <w:t>i</w:t>
      </w:r>
      <w:r w:rsidR="00B71E58" w:rsidRPr="002D471C">
        <w:rPr>
          <w:rFonts w:ascii="Arial" w:hAnsi="Arial" w:cs="Arial"/>
          <w:sz w:val="22"/>
          <w:lang w:val="hr-BA"/>
        </w:rPr>
        <w:t xml:space="preserve">k </w:t>
      </w:r>
      <w:r w:rsidR="00B80945" w:rsidRPr="002D471C">
        <w:rPr>
          <w:rFonts w:ascii="Arial" w:hAnsi="Arial" w:cs="Arial"/>
          <w:sz w:val="22"/>
          <w:lang w:val="hr-BA"/>
        </w:rPr>
        <w:t>i</w:t>
      </w:r>
      <w:r w:rsidR="00B71E58" w:rsidRPr="002D471C">
        <w:rPr>
          <w:rFonts w:ascii="Arial" w:hAnsi="Arial" w:cs="Arial"/>
          <w:sz w:val="22"/>
          <w:lang w:val="hr-BA"/>
        </w:rPr>
        <w:t>l</w:t>
      </w:r>
      <w:r w:rsidR="00B80945" w:rsidRPr="002D471C">
        <w:rPr>
          <w:rFonts w:ascii="Arial" w:hAnsi="Arial" w:cs="Arial"/>
          <w:sz w:val="22"/>
          <w:lang w:val="hr-BA"/>
        </w:rPr>
        <w:t>i</w:t>
      </w:r>
      <w:r w:rsidR="00B71E58" w:rsidRPr="002D471C">
        <w:rPr>
          <w:rFonts w:ascii="Arial" w:hAnsi="Arial" w:cs="Arial"/>
          <w:sz w:val="22"/>
          <w:lang w:val="hr-BA"/>
        </w:rPr>
        <w:t xml:space="preserve"> povjer</w:t>
      </w:r>
      <w:r w:rsidR="00B80945" w:rsidRPr="002D471C">
        <w:rPr>
          <w:rFonts w:ascii="Arial" w:hAnsi="Arial" w:cs="Arial"/>
          <w:sz w:val="22"/>
          <w:lang w:val="hr-BA"/>
        </w:rPr>
        <w:t>i</w:t>
      </w:r>
      <w:r w:rsidR="00B71E58" w:rsidRPr="002D471C">
        <w:rPr>
          <w:rFonts w:ascii="Arial" w:hAnsi="Arial" w:cs="Arial"/>
          <w:sz w:val="22"/>
          <w:lang w:val="hr-BA"/>
        </w:rPr>
        <w:t>lac po kred</w:t>
      </w:r>
      <w:r w:rsidR="00B80945" w:rsidRPr="002D471C">
        <w:rPr>
          <w:rFonts w:ascii="Arial" w:hAnsi="Arial" w:cs="Arial"/>
          <w:sz w:val="22"/>
          <w:lang w:val="hr-BA"/>
        </w:rPr>
        <w:t>i</w:t>
      </w:r>
      <w:r w:rsidR="00B71E58" w:rsidRPr="002D471C">
        <w:rPr>
          <w:rFonts w:ascii="Arial" w:hAnsi="Arial" w:cs="Arial"/>
          <w:sz w:val="22"/>
          <w:lang w:val="hr-BA"/>
        </w:rPr>
        <w:t xml:space="preserve">tnom poslu sa </w:t>
      </w:r>
      <w:r w:rsidR="00B80945" w:rsidRPr="002D471C">
        <w:rPr>
          <w:rFonts w:ascii="Arial" w:hAnsi="Arial" w:cs="Arial"/>
          <w:sz w:val="22"/>
          <w:lang w:val="hr-BA"/>
        </w:rPr>
        <w:t>i</w:t>
      </w:r>
      <w:r w:rsidR="00B71E58" w:rsidRPr="002D471C">
        <w:rPr>
          <w:rFonts w:ascii="Arial" w:hAnsi="Arial" w:cs="Arial"/>
          <w:sz w:val="22"/>
          <w:lang w:val="hr-BA"/>
        </w:rPr>
        <w:t>nozemstvom.</w:t>
      </w:r>
    </w:p>
    <w:p w14:paraId="49907EB1" w14:textId="507DC86E" w:rsidR="00B71E58" w:rsidRPr="00872D38" w:rsidRDefault="00872D38" w:rsidP="00173D56">
      <w:pPr>
        <w:ind w:left="0"/>
        <w:rPr>
          <w:rFonts w:ascii="Arial" w:hAnsi="Arial" w:cs="Arial"/>
          <w:sz w:val="22"/>
          <w:lang w:val="hr-BA"/>
        </w:rPr>
      </w:pPr>
      <w:r w:rsidRPr="002D471C">
        <w:rPr>
          <w:rFonts w:ascii="Arial" w:hAnsi="Arial" w:cs="Arial"/>
          <w:sz w:val="22"/>
          <w:lang w:val="hr-BA"/>
        </w:rPr>
        <w:t xml:space="preserve">(3) </w:t>
      </w:r>
      <w:r w:rsidR="00B71E58" w:rsidRPr="002D471C">
        <w:rPr>
          <w:rFonts w:ascii="Arial" w:hAnsi="Arial" w:cs="Arial"/>
          <w:sz w:val="22"/>
          <w:lang w:val="hr-BA"/>
        </w:rPr>
        <w:t>Ako u kred</w:t>
      </w:r>
      <w:r w:rsidR="00B80945" w:rsidRPr="002D471C">
        <w:rPr>
          <w:rFonts w:ascii="Arial" w:hAnsi="Arial" w:cs="Arial"/>
          <w:sz w:val="22"/>
          <w:lang w:val="hr-BA"/>
        </w:rPr>
        <w:t>i</w:t>
      </w:r>
      <w:r w:rsidR="00B71E58" w:rsidRPr="002D471C">
        <w:rPr>
          <w:rFonts w:ascii="Arial" w:hAnsi="Arial" w:cs="Arial"/>
          <w:sz w:val="22"/>
          <w:lang w:val="hr-BA"/>
        </w:rPr>
        <w:t>tnom poslu učestvuje v</w:t>
      </w:r>
      <w:r w:rsidR="00B80945" w:rsidRPr="002D471C">
        <w:rPr>
          <w:rFonts w:ascii="Arial" w:hAnsi="Arial" w:cs="Arial"/>
          <w:sz w:val="22"/>
          <w:lang w:val="hr-BA"/>
        </w:rPr>
        <w:t>i</w:t>
      </w:r>
      <w:r w:rsidR="00B71E58" w:rsidRPr="002D471C">
        <w:rPr>
          <w:rFonts w:ascii="Arial" w:hAnsi="Arial" w:cs="Arial"/>
          <w:sz w:val="22"/>
          <w:lang w:val="hr-BA"/>
        </w:rPr>
        <w:t>še rez</w:t>
      </w:r>
      <w:r w:rsidR="00B80945" w:rsidRPr="002D471C">
        <w:rPr>
          <w:rFonts w:ascii="Arial" w:hAnsi="Arial" w:cs="Arial"/>
          <w:sz w:val="22"/>
          <w:lang w:val="hr-BA"/>
        </w:rPr>
        <w:t>i</w:t>
      </w:r>
      <w:r w:rsidR="00B71E58" w:rsidRPr="002D471C">
        <w:rPr>
          <w:rFonts w:ascii="Arial" w:hAnsi="Arial" w:cs="Arial"/>
          <w:sz w:val="22"/>
          <w:lang w:val="hr-BA"/>
        </w:rPr>
        <w:t>denata, obvezn</w:t>
      </w:r>
      <w:r w:rsidR="00B80945" w:rsidRPr="002D471C">
        <w:rPr>
          <w:rFonts w:ascii="Arial" w:hAnsi="Arial" w:cs="Arial"/>
          <w:sz w:val="22"/>
          <w:lang w:val="hr-BA"/>
        </w:rPr>
        <w:t>i</w:t>
      </w:r>
      <w:r w:rsidR="00B71E58" w:rsidRPr="002D471C">
        <w:rPr>
          <w:rFonts w:ascii="Arial" w:hAnsi="Arial" w:cs="Arial"/>
          <w:sz w:val="22"/>
          <w:lang w:val="hr-BA"/>
        </w:rPr>
        <w:t xml:space="preserve">k </w:t>
      </w:r>
      <w:r w:rsidR="00B80945" w:rsidRPr="002D471C">
        <w:rPr>
          <w:rFonts w:ascii="Arial" w:hAnsi="Arial" w:cs="Arial"/>
          <w:sz w:val="22"/>
          <w:lang w:val="hr-BA"/>
        </w:rPr>
        <w:t>i</w:t>
      </w:r>
      <w:r w:rsidR="00B71E58" w:rsidRPr="002D471C">
        <w:rPr>
          <w:rFonts w:ascii="Arial" w:hAnsi="Arial" w:cs="Arial"/>
          <w:sz w:val="22"/>
          <w:lang w:val="hr-BA"/>
        </w:rPr>
        <w:t>zvještavanja</w:t>
      </w:r>
      <w:r w:rsidR="00B71E58" w:rsidRPr="00872D38">
        <w:rPr>
          <w:rFonts w:ascii="Arial" w:hAnsi="Arial" w:cs="Arial"/>
          <w:sz w:val="22"/>
          <w:lang w:val="hr-BA"/>
        </w:rPr>
        <w:t xml:space="preserve"> je rez</w:t>
      </w:r>
      <w:r w:rsidR="00B80945" w:rsidRPr="00872D38">
        <w:rPr>
          <w:rFonts w:ascii="Arial" w:hAnsi="Arial" w:cs="Arial"/>
          <w:sz w:val="22"/>
          <w:lang w:val="hr-BA"/>
        </w:rPr>
        <w:t>i</w:t>
      </w:r>
      <w:r w:rsidR="00B71E58" w:rsidRPr="00872D38">
        <w:rPr>
          <w:rFonts w:ascii="Arial" w:hAnsi="Arial" w:cs="Arial"/>
          <w:sz w:val="22"/>
          <w:lang w:val="hr-BA"/>
        </w:rPr>
        <w:t>dent koj</w:t>
      </w:r>
      <w:r w:rsidR="00B80945" w:rsidRPr="00872D38">
        <w:rPr>
          <w:rFonts w:ascii="Arial" w:hAnsi="Arial" w:cs="Arial"/>
          <w:sz w:val="22"/>
          <w:lang w:val="hr-BA"/>
        </w:rPr>
        <w:t>i</w:t>
      </w:r>
      <w:r w:rsidR="00B71E58" w:rsidRPr="00872D38">
        <w:rPr>
          <w:rFonts w:ascii="Arial" w:hAnsi="Arial" w:cs="Arial"/>
          <w:sz w:val="22"/>
          <w:lang w:val="hr-BA"/>
        </w:rPr>
        <w:t xml:space="preserve"> je nos</w:t>
      </w:r>
      <w:r w:rsidR="00B80945" w:rsidRPr="00872D38">
        <w:rPr>
          <w:rFonts w:ascii="Arial" w:hAnsi="Arial" w:cs="Arial"/>
          <w:sz w:val="22"/>
          <w:lang w:val="hr-BA"/>
        </w:rPr>
        <w:t>i</w:t>
      </w:r>
      <w:r w:rsidR="00B71E58" w:rsidRPr="00872D38">
        <w:rPr>
          <w:rFonts w:ascii="Arial" w:hAnsi="Arial" w:cs="Arial"/>
          <w:sz w:val="22"/>
          <w:lang w:val="hr-BA"/>
        </w:rPr>
        <w:t xml:space="preserve">lac obveze </w:t>
      </w:r>
      <w:r w:rsidR="00B80945" w:rsidRPr="00872D38">
        <w:rPr>
          <w:rFonts w:ascii="Arial" w:hAnsi="Arial" w:cs="Arial"/>
          <w:sz w:val="22"/>
          <w:lang w:val="hr-BA"/>
        </w:rPr>
        <w:t>i</w:t>
      </w:r>
      <w:r w:rsidR="00B71E58" w:rsidRPr="00872D38">
        <w:rPr>
          <w:rFonts w:ascii="Arial" w:hAnsi="Arial" w:cs="Arial"/>
          <w:sz w:val="22"/>
          <w:lang w:val="hr-BA"/>
        </w:rPr>
        <w:t>l</w:t>
      </w:r>
      <w:r w:rsidR="00B80945" w:rsidRPr="00872D38">
        <w:rPr>
          <w:rFonts w:ascii="Arial" w:hAnsi="Arial" w:cs="Arial"/>
          <w:sz w:val="22"/>
          <w:lang w:val="hr-BA"/>
        </w:rPr>
        <w:t>i</w:t>
      </w:r>
      <w:r w:rsidR="00B71E58" w:rsidRPr="00872D38">
        <w:rPr>
          <w:rFonts w:ascii="Arial" w:hAnsi="Arial" w:cs="Arial"/>
          <w:sz w:val="22"/>
          <w:lang w:val="hr-BA"/>
        </w:rPr>
        <w:t xml:space="preserve"> potraž</w:t>
      </w:r>
      <w:r w:rsidR="00B80945" w:rsidRPr="00872D38">
        <w:rPr>
          <w:rFonts w:ascii="Arial" w:hAnsi="Arial" w:cs="Arial"/>
          <w:sz w:val="22"/>
          <w:lang w:val="hr-BA"/>
        </w:rPr>
        <w:t>i</w:t>
      </w:r>
      <w:r w:rsidR="00B71E58" w:rsidRPr="00872D38">
        <w:rPr>
          <w:rFonts w:ascii="Arial" w:hAnsi="Arial" w:cs="Arial"/>
          <w:sz w:val="22"/>
          <w:lang w:val="hr-BA"/>
        </w:rPr>
        <w:t>vanja prema nerez</w:t>
      </w:r>
      <w:r w:rsidR="00B80945" w:rsidRPr="00872D38">
        <w:rPr>
          <w:rFonts w:ascii="Arial" w:hAnsi="Arial" w:cs="Arial"/>
          <w:sz w:val="22"/>
          <w:lang w:val="hr-BA"/>
        </w:rPr>
        <w:t>i</w:t>
      </w:r>
      <w:r w:rsidR="00B71E58" w:rsidRPr="00872D38">
        <w:rPr>
          <w:rFonts w:ascii="Arial" w:hAnsi="Arial" w:cs="Arial"/>
          <w:sz w:val="22"/>
          <w:lang w:val="hr-BA"/>
        </w:rPr>
        <w:t>dentu, odnosno rez</w:t>
      </w:r>
      <w:r w:rsidR="00B80945" w:rsidRPr="00872D38">
        <w:rPr>
          <w:rFonts w:ascii="Arial" w:hAnsi="Arial" w:cs="Arial"/>
          <w:sz w:val="22"/>
          <w:lang w:val="hr-BA"/>
        </w:rPr>
        <w:t>i</w:t>
      </w:r>
      <w:r w:rsidR="00B71E58" w:rsidRPr="00872D38">
        <w:rPr>
          <w:rFonts w:ascii="Arial" w:hAnsi="Arial" w:cs="Arial"/>
          <w:sz w:val="22"/>
          <w:lang w:val="hr-BA"/>
        </w:rPr>
        <w:t>dent kojeg učesn</w:t>
      </w:r>
      <w:r w:rsidR="00B80945" w:rsidRPr="00872D38">
        <w:rPr>
          <w:rFonts w:ascii="Arial" w:hAnsi="Arial" w:cs="Arial"/>
          <w:sz w:val="22"/>
          <w:lang w:val="hr-BA"/>
        </w:rPr>
        <w:t>i</w:t>
      </w:r>
      <w:r w:rsidR="00B71E58" w:rsidRPr="00872D38">
        <w:rPr>
          <w:rFonts w:ascii="Arial" w:hAnsi="Arial" w:cs="Arial"/>
          <w:sz w:val="22"/>
          <w:lang w:val="hr-BA"/>
        </w:rPr>
        <w:t>c</w:t>
      </w:r>
      <w:r w:rsidR="00B80945" w:rsidRPr="00872D38">
        <w:rPr>
          <w:rFonts w:ascii="Arial" w:hAnsi="Arial" w:cs="Arial"/>
          <w:sz w:val="22"/>
          <w:lang w:val="hr-BA"/>
        </w:rPr>
        <w:t>i</w:t>
      </w:r>
      <w:r w:rsidR="00B71E58" w:rsidRPr="00872D38">
        <w:rPr>
          <w:rFonts w:ascii="Arial" w:hAnsi="Arial" w:cs="Arial"/>
          <w:sz w:val="22"/>
          <w:lang w:val="hr-BA"/>
        </w:rPr>
        <w:t xml:space="preserve"> kred</w:t>
      </w:r>
      <w:r w:rsidR="00B80945" w:rsidRPr="00872D38">
        <w:rPr>
          <w:rFonts w:ascii="Arial" w:hAnsi="Arial" w:cs="Arial"/>
          <w:sz w:val="22"/>
          <w:lang w:val="hr-BA"/>
        </w:rPr>
        <w:t>i</w:t>
      </w:r>
      <w:r w:rsidR="00B71E58" w:rsidRPr="00872D38">
        <w:rPr>
          <w:rFonts w:ascii="Arial" w:hAnsi="Arial" w:cs="Arial"/>
          <w:sz w:val="22"/>
          <w:lang w:val="hr-BA"/>
        </w:rPr>
        <w:t>tnog posla odrede kao obvezn</w:t>
      </w:r>
      <w:r w:rsidR="00B80945" w:rsidRPr="00872D38">
        <w:rPr>
          <w:rFonts w:ascii="Arial" w:hAnsi="Arial" w:cs="Arial"/>
          <w:sz w:val="22"/>
          <w:lang w:val="hr-BA"/>
        </w:rPr>
        <w:t>i</w:t>
      </w:r>
      <w:r w:rsidR="00B71E58" w:rsidRPr="00872D38">
        <w:rPr>
          <w:rFonts w:ascii="Arial" w:hAnsi="Arial" w:cs="Arial"/>
          <w:sz w:val="22"/>
          <w:lang w:val="hr-BA"/>
        </w:rPr>
        <w:t xml:space="preserve">ka </w:t>
      </w:r>
      <w:r w:rsidR="00B80945" w:rsidRPr="00872D38">
        <w:rPr>
          <w:rFonts w:ascii="Arial" w:hAnsi="Arial" w:cs="Arial"/>
          <w:sz w:val="22"/>
          <w:lang w:val="hr-BA"/>
        </w:rPr>
        <w:t>i</w:t>
      </w:r>
      <w:r w:rsidR="00B71E58" w:rsidRPr="00872D38">
        <w:rPr>
          <w:rFonts w:ascii="Arial" w:hAnsi="Arial" w:cs="Arial"/>
          <w:sz w:val="22"/>
          <w:lang w:val="hr-BA"/>
        </w:rPr>
        <w:t xml:space="preserve">zvještavanja, ako </w:t>
      </w:r>
      <w:r w:rsidR="00B80945" w:rsidRPr="00872D38">
        <w:rPr>
          <w:rFonts w:ascii="Arial" w:hAnsi="Arial" w:cs="Arial"/>
          <w:sz w:val="22"/>
          <w:lang w:val="hr-BA"/>
        </w:rPr>
        <w:t>i</w:t>
      </w:r>
      <w:r w:rsidR="00B71E58" w:rsidRPr="00872D38">
        <w:rPr>
          <w:rFonts w:ascii="Arial" w:hAnsi="Arial" w:cs="Arial"/>
          <w:sz w:val="22"/>
          <w:lang w:val="hr-BA"/>
        </w:rPr>
        <w:t>z pr</w:t>
      </w:r>
      <w:r w:rsidR="00B80945" w:rsidRPr="00872D38">
        <w:rPr>
          <w:rFonts w:ascii="Arial" w:hAnsi="Arial" w:cs="Arial"/>
          <w:sz w:val="22"/>
          <w:lang w:val="hr-BA"/>
        </w:rPr>
        <w:t>i</w:t>
      </w:r>
      <w:r w:rsidR="00B71E58" w:rsidRPr="00872D38">
        <w:rPr>
          <w:rFonts w:ascii="Arial" w:hAnsi="Arial" w:cs="Arial"/>
          <w:sz w:val="22"/>
          <w:lang w:val="hr-BA"/>
        </w:rPr>
        <w:t>rode posla ne pro</w:t>
      </w:r>
      <w:r w:rsidR="00B80945" w:rsidRPr="00872D38">
        <w:rPr>
          <w:rFonts w:ascii="Arial" w:hAnsi="Arial" w:cs="Arial"/>
          <w:sz w:val="22"/>
          <w:lang w:val="hr-BA"/>
        </w:rPr>
        <w:t>i</w:t>
      </w:r>
      <w:r w:rsidR="00B71E58" w:rsidRPr="00872D38">
        <w:rPr>
          <w:rFonts w:ascii="Arial" w:hAnsi="Arial" w:cs="Arial"/>
          <w:sz w:val="22"/>
          <w:lang w:val="hr-BA"/>
        </w:rPr>
        <w:t>zlaz</w:t>
      </w:r>
      <w:r w:rsidR="00B80945" w:rsidRPr="00872D38">
        <w:rPr>
          <w:rFonts w:ascii="Arial" w:hAnsi="Arial" w:cs="Arial"/>
          <w:sz w:val="22"/>
          <w:lang w:val="hr-BA"/>
        </w:rPr>
        <w:t>i</w:t>
      </w:r>
      <w:r w:rsidR="00B71E58" w:rsidRPr="00872D38">
        <w:rPr>
          <w:rFonts w:ascii="Arial" w:hAnsi="Arial" w:cs="Arial"/>
          <w:sz w:val="22"/>
          <w:lang w:val="hr-BA"/>
        </w:rPr>
        <w:t xml:space="preserve"> drugač</w:t>
      </w:r>
      <w:r w:rsidR="00B80945" w:rsidRPr="00872D38">
        <w:rPr>
          <w:rFonts w:ascii="Arial" w:hAnsi="Arial" w:cs="Arial"/>
          <w:sz w:val="22"/>
          <w:lang w:val="hr-BA"/>
        </w:rPr>
        <w:t>i</w:t>
      </w:r>
      <w:r w:rsidR="00B71E58" w:rsidRPr="00872D38">
        <w:rPr>
          <w:rFonts w:ascii="Arial" w:hAnsi="Arial" w:cs="Arial"/>
          <w:sz w:val="22"/>
          <w:lang w:val="hr-BA"/>
        </w:rPr>
        <w:t>je.</w:t>
      </w:r>
    </w:p>
    <w:p w14:paraId="53D8C39E" w14:textId="77777777" w:rsidR="0040373F" w:rsidRDefault="0040373F" w:rsidP="00173D56">
      <w:pPr>
        <w:ind w:left="0"/>
        <w:jc w:val="center"/>
        <w:rPr>
          <w:rFonts w:ascii="Arial" w:hAnsi="Arial" w:cs="Arial"/>
          <w:b/>
          <w:sz w:val="22"/>
          <w:lang w:val="hr-BA"/>
        </w:rPr>
      </w:pPr>
    </w:p>
    <w:p w14:paraId="267EB91F" w14:textId="36BBEA5B" w:rsidR="00662F13" w:rsidRPr="002D471C" w:rsidRDefault="00662F13" w:rsidP="00173D56">
      <w:pPr>
        <w:spacing w:before="0" w:after="0"/>
        <w:ind w:left="0"/>
        <w:jc w:val="center"/>
        <w:rPr>
          <w:rFonts w:ascii="Arial" w:hAnsi="Arial" w:cs="Arial"/>
          <w:b/>
          <w:sz w:val="22"/>
          <w:lang w:val="hr-BA"/>
        </w:rPr>
      </w:pPr>
      <w:r w:rsidRPr="002D471C">
        <w:rPr>
          <w:rFonts w:ascii="Arial" w:hAnsi="Arial" w:cs="Arial"/>
          <w:b/>
          <w:sz w:val="22"/>
          <w:lang w:val="hr-BA"/>
        </w:rPr>
        <w:t>Član</w:t>
      </w:r>
      <w:r w:rsidR="00BB53A7" w:rsidRPr="002D471C">
        <w:rPr>
          <w:rFonts w:ascii="Arial" w:hAnsi="Arial" w:cs="Arial"/>
          <w:b/>
          <w:sz w:val="22"/>
          <w:lang w:val="hr-BA"/>
        </w:rPr>
        <w:t>ak</w:t>
      </w:r>
      <w:r w:rsidRPr="002D471C">
        <w:rPr>
          <w:rFonts w:ascii="Arial" w:hAnsi="Arial" w:cs="Arial"/>
          <w:b/>
          <w:sz w:val="22"/>
          <w:lang w:val="hr-BA"/>
        </w:rPr>
        <w:t xml:space="preserve"> </w:t>
      </w:r>
      <w:r w:rsidR="009B7C0E" w:rsidRPr="002D471C">
        <w:rPr>
          <w:rFonts w:ascii="Arial" w:hAnsi="Arial" w:cs="Arial"/>
          <w:b/>
          <w:sz w:val="22"/>
          <w:lang w:val="hr-BA"/>
        </w:rPr>
        <w:t>5</w:t>
      </w:r>
      <w:r w:rsidRPr="002D471C">
        <w:rPr>
          <w:rFonts w:ascii="Arial" w:hAnsi="Arial" w:cs="Arial"/>
          <w:b/>
          <w:sz w:val="22"/>
          <w:lang w:val="hr-BA"/>
        </w:rPr>
        <w:t>.</w:t>
      </w:r>
    </w:p>
    <w:p w14:paraId="7DDC86D3" w14:textId="7529947C" w:rsidR="00BB53A7" w:rsidRPr="002D471C" w:rsidRDefault="00BB53A7" w:rsidP="00173D56">
      <w:pPr>
        <w:spacing w:before="0" w:after="0"/>
        <w:ind w:left="0"/>
        <w:jc w:val="center"/>
        <w:rPr>
          <w:rFonts w:ascii="Arial" w:hAnsi="Arial" w:cs="Arial"/>
          <w:b/>
          <w:sz w:val="22"/>
          <w:lang w:val="hr-BA"/>
        </w:rPr>
      </w:pPr>
      <w:r w:rsidRPr="002D471C">
        <w:rPr>
          <w:rFonts w:ascii="Arial" w:hAnsi="Arial" w:cs="Arial"/>
          <w:b/>
          <w:sz w:val="22"/>
          <w:lang w:val="hr-BA"/>
        </w:rPr>
        <w:t>(Kreditni poslovi)</w:t>
      </w:r>
    </w:p>
    <w:p w14:paraId="573245B1" w14:textId="77777777" w:rsidR="00BB53A7" w:rsidRPr="002D471C" w:rsidRDefault="00BB53A7" w:rsidP="00173D56">
      <w:pPr>
        <w:spacing w:before="0" w:after="0"/>
        <w:ind w:left="0"/>
        <w:jc w:val="center"/>
        <w:rPr>
          <w:rFonts w:ascii="Arial" w:hAnsi="Arial" w:cs="Arial"/>
          <w:b/>
          <w:sz w:val="22"/>
          <w:lang w:val="hr-BA"/>
        </w:rPr>
      </w:pPr>
    </w:p>
    <w:p w14:paraId="50952BEF" w14:textId="1278EE2D" w:rsidR="00662F13" w:rsidRPr="002D471C" w:rsidRDefault="003844E6" w:rsidP="002D471C">
      <w:pPr>
        <w:ind w:left="0"/>
        <w:rPr>
          <w:rFonts w:ascii="Arial" w:hAnsi="Arial" w:cs="Arial"/>
          <w:strike/>
          <w:sz w:val="22"/>
          <w:lang w:val="hr-BA"/>
        </w:rPr>
      </w:pPr>
      <w:r w:rsidRPr="002D471C">
        <w:rPr>
          <w:rFonts w:ascii="Arial" w:hAnsi="Arial" w:cs="Arial"/>
          <w:sz w:val="22"/>
          <w:lang w:val="hr-BA"/>
        </w:rPr>
        <w:t xml:space="preserve">(1) U </w:t>
      </w:r>
      <w:r w:rsidR="00662F13" w:rsidRPr="002D471C">
        <w:rPr>
          <w:rFonts w:ascii="Arial" w:hAnsi="Arial" w:cs="Arial"/>
          <w:sz w:val="22"/>
          <w:lang w:val="hr-BA"/>
        </w:rPr>
        <w:t>Kred</w:t>
      </w:r>
      <w:r w:rsidR="00B80945" w:rsidRPr="002D471C">
        <w:rPr>
          <w:rFonts w:ascii="Arial" w:hAnsi="Arial" w:cs="Arial"/>
          <w:sz w:val="22"/>
          <w:lang w:val="hr-BA"/>
        </w:rPr>
        <w:t>i</w:t>
      </w:r>
      <w:r w:rsidR="00662F13" w:rsidRPr="002D471C">
        <w:rPr>
          <w:rFonts w:ascii="Arial" w:hAnsi="Arial" w:cs="Arial"/>
          <w:sz w:val="22"/>
          <w:lang w:val="hr-BA"/>
        </w:rPr>
        <w:t>tn</w:t>
      </w:r>
      <w:r w:rsidRPr="002D471C">
        <w:rPr>
          <w:rFonts w:ascii="Arial" w:hAnsi="Arial" w:cs="Arial"/>
          <w:sz w:val="22"/>
          <w:lang w:val="hr-BA"/>
        </w:rPr>
        <w:t>e</w:t>
      </w:r>
      <w:r w:rsidR="00662F13" w:rsidRPr="002D471C">
        <w:rPr>
          <w:rFonts w:ascii="Arial" w:hAnsi="Arial" w:cs="Arial"/>
          <w:sz w:val="22"/>
          <w:lang w:val="hr-BA"/>
        </w:rPr>
        <w:t xml:space="preserve"> poslov</w:t>
      </w:r>
      <w:r w:rsidRPr="002D471C">
        <w:rPr>
          <w:rFonts w:ascii="Arial" w:hAnsi="Arial" w:cs="Arial"/>
          <w:sz w:val="22"/>
          <w:lang w:val="hr-BA"/>
        </w:rPr>
        <w:t>e</w:t>
      </w:r>
      <w:r w:rsidR="00662F13" w:rsidRPr="002D471C">
        <w:rPr>
          <w:rFonts w:ascii="Arial" w:hAnsi="Arial" w:cs="Arial"/>
          <w:sz w:val="22"/>
          <w:lang w:val="hr-BA"/>
        </w:rPr>
        <w:t>, u sm</w:t>
      </w:r>
      <w:r w:rsidR="00B80945" w:rsidRPr="002D471C">
        <w:rPr>
          <w:rFonts w:ascii="Arial" w:hAnsi="Arial" w:cs="Arial"/>
          <w:sz w:val="22"/>
          <w:lang w:val="hr-BA"/>
        </w:rPr>
        <w:t>i</w:t>
      </w:r>
      <w:r w:rsidR="00662F13" w:rsidRPr="002D471C">
        <w:rPr>
          <w:rFonts w:ascii="Arial" w:hAnsi="Arial" w:cs="Arial"/>
          <w:sz w:val="22"/>
          <w:lang w:val="hr-BA"/>
        </w:rPr>
        <w:t>slu ovog Prav</w:t>
      </w:r>
      <w:r w:rsidR="00B80945" w:rsidRPr="002D471C">
        <w:rPr>
          <w:rFonts w:ascii="Arial" w:hAnsi="Arial" w:cs="Arial"/>
          <w:sz w:val="22"/>
          <w:lang w:val="hr-BA"/>
        </w:rPr>
        <w:t>i</w:t>
      </w:r>
      <w:r w:rsidR="00662F13" w:rsidRPr="002D471C">
        <w:rPr>
          <w:rFonts w:ascii="Arial" w:hAnsi="Arial" w:cs="Arial"/>
          <w:sz w:val="22"/>
          <w:lang w:val="hr-BA"/>
        </w:rPr>
        <w:t>ln</w:t>
      </w:r>
      <w:r w:rsidR="00B80945" w:rsidRPr="002D471C">
        <w:rPr>
          <w:rFonts w:ascii="Arial" w:hAnsi="Arial" w:cs="Arial"/>
          <w:sz w:val="22"/>
          <w:lang w:val="hr-BA"/>
        </w:rPr>
        <w:t>i</w:t>
      </w:r>
      <w:r w:rsidR="00662F13" w:rsidRPr="002D471C">
        <w:rPr>
          <w:rFonts w:ascii="Arial" w:hAnsi="Arial" w:cs="Arial"/>
          <w:sz w:val="22"/>
          <w:lang w:val="hr-BA"/>
        </w:rPr>
        <w:t>ka,</w:t>
      </w:r>
      <w:r w:rsidRPr="002D471C">
        <w:rPr>
          <w:rFonts w:ascii="Arial" w:hAnsi="Arial" w:cs="Arial"/>
          <w:sz w:val="22"/>
          <w:lang w:val="hr-BA"/>
        </w:rPr>
        <w:t xml:space="preserve"> ubrajaju se</w:t>
      </w:r>
      <w:r w:rsidR="002D471C" w:rsidRPr="002D471C">
        <w:rPr>
          <w:rFonts w:ascii="Arial" w:hAnsi="Arial" w:cs="Arial"/>
          <w:sz w:val="22"/>
          <w:lang w:val="hr-BA"/>
        </w:rPr>
        <w:t>:</w:t>
      </w:r>
    </w:p>
    <w:p w14:paraId="0DBD3C77" w14:textId="09377F5E" w:rsidR="00E101C3" w:rsidRPr="002D471C" w:rsidRDefault="003844E6" w:rsidP="00173D56">
      <w:pPr>
        <w:ind w:left="0"/>
        <w:rPr>
          <w:rFonts w:ascii="Arial" w:hAnsi="Arial" w:cs="Arial"/>
          <w:sz w:val="22"/>
          <w:lang w:val="hr-BA"/>
        </w:rPr>
      </w:pPr>
      <w:r w:rsidRPr="002D471C">
        <w:rPr>
          <w:rFonts w:ascii="Arial" w:hAnsi="Arial" w:cs="Arial"/>
          <w:sz w:val="22"/>
          <w:lang w:val="hr-BA"/>
        </w:rPr>
        <w:t xml:space="preserve">a) </w:t>
      </w:r>
      <w:r w:rsidR="00E101C3" w:rsidRPr="002D471C">
        <w:rPr>
          <w:rFonts w:ascii="Arial" w:hAnsi="Arial" w:cs="Arial"/>
          <w:sz w:val="22"/>
          <w:lang w:val="hr-BA"/>
        </w:rPr>
        <w:t>komercijalni krediti odnosno odgođena plaćanja ili plaćanja unaprijed rob</w:t>
      </w:r>
      <w:r w:rsidR="00BB53A7" w:rsidRPr="002D471C">
        <w:rPr>
          <w:rFonts w:ascii="Arial" w:hAnsi="Arial" w:cs="Arial"/>
          <w:sz w:val="22"/>
          <w:lang w:val="hr-BA"/>
        </w:rPr>
        <w:t>a</w:t>
      </w:r>
      <w:r w:rsidR="00E101C3" w:rsidRPr="002D471C">
        <w:rPr>
          <w:rFonts w:ascii="Arial" w:hAnsi="Arial" w:cs="Arial"/>
          <w:sz w:val="22"/>
          <w:lang w:val="hr-BA"/>
        </w:rPr>
        <w:t xml:space="preserve"> i usluga kao i financiranje od banaka odgođenog plaćanja i plaćanja unaprijed, poslovi otkupa potraživanja</w:t>
      </w:r>
      <w:r w:rsidR="00BB53A7" w:rsidRPr="002D471C">
        <w:rPr>
          <w:rFonts w:ascii="Arial" w:hAnsi="Arial" w:cs="Arial"/>
          <w:sz w:val="22"/>
          <w:lang w:val="hr-BA"/>
        </w:rPr>
        <w:t xml:space="preserve"> </w:t>
      </w:r>
      <w:r w:rsidR="00E101C3" w:rsidRPr="002D471C">
        <w:rPr>
          <w:rFonts w:ascii="Arial" w:hAnsi="Arial" w:cs="Arial"/>
          <w:sz w:val="22"/>
          <w:lang w:val="hr-BA"/>
        </w:rPr>
        <w:t>(faktoring i forfeting) kada imaju obilježja komercijalnog kredita</w:t>
      </w:r>
      <w:r w:rsidR="00BB53A7" w:rsidRPr="002D471C">
        <w:rPr>
          <w:rFonts w:ascii="Arial" w:hAnsi="Arial" w:cs="Arial"/>
          <w:sz w:val="22"/>
          <w:lang w:val="hr-BA"/>
        </w:rPr>
        <w:t>,</w:t>
      </w:r>
    </w:p>
    <w:p w14:paraId="1FBDC78B" w14:textId="58C6999E" w:rsidR="003C62BD" w:rsidRPr="002D471C" w:rsidRDefault="00BB53A7" w:rsidP="00173D56">
      <w:pPr>
        <w:ind w:left="0"/>
        <w:rPr>
          <w:rFonts w:ascii="Arial" w:hAnsi="Arial" w:cs="Arial"/>
          <w:sz w:val="22"/>
          <w:lang w:val="hr-BA"/>
        </w:rPr>
      </w:pPr>
      <w:r w:rsidRPr="002D471C">
        <w:rPr>
          <w:rFonts w:ascii="Arial" w:hAnsi="Arial" w:cs="Arial"/>
          <w:sz w:val="22"/>
          <w:lang w:val="hr-BA"/>
        </w:rPr>
        <w:t xml:space="preserve">b) </w:t>
      </w:r>
      <w:r w:rsidR="003C62BD" w:rsidRPr="002D471C">
        <w:rPr>
          <w:rFonts w:ascii="Arial" w:hAnsi="Arial" w:cs="Arial"/>
          <w:sz w:val="22"/>
          <w:lang w:val="hr-BA"/>
        </w:rPr>
        <w:t>finan</w:t>
      </w:r>
      <w:r w:rsidRPr="002D471C">
        <w:rPr>
          <w:rFonts w:ascii="Arial" w:hAnsi="Arial" w:cs="Arial"/>
          <w:sz w:val="22"/>
          <w:lang w:val="hr-BA"/>
        </w:rPr>
        <w:t>c</w:t>
      </w:r>
      <w:r w:rsidR="003C62BD" w:rsidRPr="002D471C">
        <w:rPr>
          <w:rFonts w:ascii="Arial" w:hAnsi="Arial" w:cs="Arial"/>
          <w:sz w:val="22"/>
          <w:lang w:val="hr-BA"/>
        </w:rPr>
        <w:t xml:space="preserve">ijski krediti, </w:t>
      </w:r>
      <w:r w:rsidR="003844E6" w:rsidRPr="002D471C">
        <w:rPr>
          <w:rFonts w:ascii="Arial" w:hAnsi="Arial" w:cs="Arial"/>
          <w:sz w:val="22"/>
          <w:lang w:val="hr-BA"/>
        </w:rPr>
        <w:t xml:space="preserve">uključujući </w:t>
      </w:r>
      <w:r w:rsidR="003C62BD" w:rsidRPr="002D471C">
        <w:rPr>
          <w:rFonts w:ascii="Arial" w:hAnsi="Arial" w:cs="Arial"/>
          <w:sz w:val="22"/>
          <w:lang w:val="hr-BA"/>
        </w:rPr>
        <w:t>subordiniran</w:t>
      </w:r>
      <w:r w:rsidR="003844E6" w:rsidRPr="002D471C">
        <w:rPr>
          <w:rFonts w:ascii="Arial" w:hAnsi="Arial" w:cs="Arial"/>
          <w:sz w:val="22"/>
          <w:lang w:val="hr-BA"/>
        </w:rPr>
        <w:t xml:space="preserve">e </w:t>
      </w:r>
      <w:r w:rsidR="003C62BD" w:rsidRPr="002D471C">
        <w:rPr>
          <w:rFonts w:ascii="Arial" w:hAnsi="Arial" w:cs="Arial"/>
          <w:sz w:val="22"/>
          <w:lang w:val="hr-BA"/>
        </w:rPr>
        <w:t>kredit</w:t>
      </w:r>
      <w:r w:rsidR="003844E6" w:rsidRPr="002D471C">
        <w:rPr>
          <w:rFonts w:ascii="Arial" w:hAnsi="Arial" w:cs="Arial"/>
          <w:sz w:val="22"/>
          <w:lang w:val="hr-BA"/>
        </w:rPr>
        <w:t>e</w:t>
      </w:r>
      <w:r w:rsidR="003C62BD" w:rsidRPr="002D471C">
        <w:rPr>
          <w:rFonts w:ascii="Arial" w:hAnsi="Arial" w:cs="Arial"/>
          <w:sz w:val="22"/>
          <w:lang w:val="hr-BA"/>
        </w:rPr>
        <w:t xml:space="preserve">, </w:t>
      </w:r>
      <w:r w:rsidR="0071653C" w:rsidRPr="002D471C">
        <w:rPr>
          <w:rFonts w:ascii="Arial" w:hAnsi="Arial" w:cs="Arial"/>
          <w:sz w:val="22"/>
          <w:lang w:val="hr-BA"/>
        </w:rPr>
        <w:t xml:space="preserve">kao i </w:t>
      </w:r>
      <w:r w:rsidR="003C62BD" w:rsidRPr="002D471C">
        <w:rPr>
          <w:rFonts w:ascii="Arial" w:hAnsi="Arial" w:cs="Arial"/>
          <w:sz w:val="22"/>
          <w:lang w:val="hr-BA"/>
        </w:rPr>
        <w:t>sv</w:t>
      </w:r>
      <w:r w:rsidR="0071653C" w:rsidRPr="002D471C">
        <w:rPr>
          <w:rFonts w:ascii="Arial" w:hAnsi="Arial" w:cs="Arial"/>
          <w:sz w:val="22"/>
          <w:lang w:val="hr-BA"/>
        </w:rPr>
        <w:t>i</w:t>
      </w:r>
      <w:r w:rsidR="003C62BD" w:rsidRPr="002D471C">
        <w:rPr>
          <w:rFonts w:ascii="Arial" w:hAnsi="Arial" w:cs="Arial"/>
          <w:sz w:val="22"/>
          <w:lang w:val="hr-BA"/>
        </w:rPr>
        <w:t xml:space="preserve"> obli</w:t>
      </w:r>
      <w:r w:rsidR="0071653C" w:rsidRPr="002D471C">
        <w:rPr>
          <w:rFonts w:ascii="Arial" w:hAnsi="Arial" w:cs="Arial"/>
          <w:sz w:val="22"/>
          <w:lang w:val="hr-BA"/>
        </w:rPr>
        <w:t>ci</w:t>
      </w:r>
      <w:r w:rsidR="003C62BD" w:rsidRPr="002D471C">
        <w:rPr>
          <w:rFonts w:ascii="Arial" w:hAnsi="Arial" w:cs="Arial"/>
          <w:sz w:val="22"/>
          <w:lang w:val="hr-BA"/>
        </w:rPr>
        <w:t xml:space="preserve"> financiranja koji u osnovi imaju komercijalne poslove</w:t>
      </w:r>
      <w:r w:rsidR="003844E6" w:rsidRPr="002D471C">
        <w:rPr>
          <w:rFonts w:ascii="Arial" w:hAnsi="Arial" w:cs="Arial"/>
          <w:sz w:val="22"/>
          <w:lang w:val="hr-BA"/>
        </w:rPr>
        <w:t xml:space="preserve"> </w:t>
      </w:r>
      <w:r w:rsidR="003C62BD" w:rsidRPr="002D471C">
        <w:rPr>
          <w:rFonts w:ascii="Arial" w:hAnsi="Arial" w:cs="Arial"/>
          <w:sz w:val="22"/>
          <w:lang w:val="hr-BA"/>
        </w:rPr>
        <w:t>(trgovina robom ili pružanje u</w:t>
      </w:r>
      <w:r w:rsidR="00533801" w:rsidRPr="002D471C">
        <w:rPr>
          <w:rFonts w:ascii="Arial" w:hAnsi="Arial" w:cs="Arial"/>
          <w:sz w:val="22"/>
          <w:lang w:val="hr-BA"/>
        </w:rPr>
        <w:t>s</w:t>
      </w:r>
      <w:r w:rsidR="003C62BD" w:rsidRPr="002D471C">
        <w:rPr>
          <w:rFonts w:ascii="Arial" w:hAnsi="Arial" w:cs="Arial"/>
          <w:sz w:val="22"/>
          <w:lang w:val="hr-BA"/>
        </w:rPr>
        <w:t>luga) u kojima rezident nije ugovorna strana u poslu</w:t>
      </w:r>
      <w:r w:rsidR="0071653C" w:rsidRPr="002D471C">
        <w:rPr>
          <w:rFonts w:ascii="Arial" w:hAnsi="Arial" w:cs="Arial"/>
          <w:sz w:val="22"/>
          <w:lang w:val="hr-BA"/>
        </w:rPr>
        <w:t xml:space="preserve"> i</w:t>
      </w:r>
      <w:r w:rsidR="003C62BD" w:rsidRPr="002D471C">
        <w:rPr>
          <w:rFonts w:ascii="Arial" w:hAnsi="Arial" w:cs="Arial"/>
          <w:sz w:val="22"/>
          <w:lang w:val="hr-BA"/>
        </w:rPr>
        <w:t xml:space="preserve"> poslovi financijskog lizinga u skladu sa propisima kojima se uređuje lizing</w:t>
      </w:r>
      <w:r w:rsidR="0071653C" w:rsidRPr="002D471C">
        <w:rPr>
          <w:rFonts w:ascii="Arial" w:hAnsi="Arial" w:cs="Arial"/>
          <w:sz w:val="22"/>
          <w:lang w:val="hr-BA"/>
        </w:rPr>
        <w:t>,</w:t>
      </w:r>
    </w:p>
    <w:p w14:paraId="67CDFA00" w14:textId="7C7F3BEF" w:rsidR="00E337E0" w:rsidRPr="002D471C" w:rsidRDefault="0071653C" w:rsidP="00173D56">
      <w:pPr>
        <w:ind w:left="0"/>
        <w:rPr>
          <w:rFonts w:ascii="Arial" w:hAnsi="Arial" w:cs="Arial"/>
          <w:sz w:val="22"/>
          <w:lang w:val="hr-BA"/>
        </w:rPr>
      </w:pPr>
      <w:r w:rsidRPr="002D471C">
        <w:rPr>
          <w:rFonts w:ascii="Arial" w:hAnsi="Arial" w:cs="Arial"/>
          <w:sz w:val="22"/>
          <w:lang w:val="hr-BA"/>
        </w:rPr>
        <w:t xml:space="preserve">c) </w:t>
      </w:r>
      <w:r w:rsidR="00852EFD" w:rsidRPr="002D471C">
        <w:rPr>
          <w:rFonts w:ascii="Arial" w:hAnsi="Arial" w:cs="Arial"/>
          <w:sz w:val="22"/>
          <w:lang w:val="hr-BA"/>
        </w:rPr>
        <w:t>zajmov</w:t>
      </w:r>
      <w:r w:rsidR="009B7C0E" w:rsidRPr="002D471C">
        <w:rPr>
          <w:rFonts w:ascii="Arial" w:hAnsi="Arial" w:cs="Arial"/>
          <w:sz w:val="22"/>
          <w:lang w:val="hr-BA"/>
        </w:rPr>
        <w:t>i</w:t>
      </w:r>
      <w:r w:rsidR="00852EFD" w:rsidRPr="002D471C">
        <w:rPr>
          <w:rFonts w:ascii="Arial" w:hAnsi="Arial" w:cs="Arial"/>
          <w:sz w:val="22"/>
          <w:lang w:val="hr-BA"/>
        </w:rPr>
        <w:t xml:space="preserve"> koji predstavljaju poslove između reziden</w:t>
      </w:r>
      <w:r w:rsidRPr="002D471C">
        <w:rPr>
          <w:rFonts w:ascii="Arial" w:hAnsi="Arial" w:cs="Arial"/>
          <w:sz w:val="22"/>
          <w:lang w:val="hr-BA"/>
        </w:rPr>
        <w:t>a</w:t>
      </w:r>
      <w:r w:rsidR="00852EFD" w:rsidRPr="002D471C">
        <w:rPr>
          <w:rFonts w:ascii="Arial" w:hAnsi="Arial" w:cs="Arial"/>
          <w:sz w:val="22"/>
          <w:lang w:val="hr-BA"/>
        </w:rPr>
        <w:t>ta i nereziden</w:t>
      </w:r>
      <w:r w:rsidRPr="002D471C">
        <w:rPr>
          <w:rFonts w:ascii="Arial" w:hAnsi="Arial" w:cs="Arial"/>
          <w:sz w:val="22"/>
          <w:lang w:val="hr-BA"/>
        </w:rPr>
        <w:t>a</w:t>
      </w:r>
      <w:r w:rsidR="00852EFD" w:rsidRPr="002D471C">
        <w:rPr>
          <w:rFonts w:ascii="Arial" w:hAnsi="Arial" w:cs="Arial"/>
          <w:sz w:val="22"/>
          <w:lang w:val="hr-BA"/>
        </w:rPr>
        <w:t>ta</w:t>
      </w:r>
      <w:r w:rsidR="00662F13" w:rsidRPr="002D471C">
        <w:rPr>
          <w:rFonts w:ascii="Arial" w:hAnsi="Arial" w:cs="Arial"/>
          <w:sz w:val="22"/>
          <w:lang w:val="hr-BA"/>
        </w:rPr>
        <w:t xml:space="preserve"> </w:t>
      </w:r>
      <w:r w:rsidRPr="002D471C">
        <w:rPr>
          <w:rFonts w:ascii="Arial" w:hAnsi="Arial" w:cs="Arial"/>
          <w:sz w:val="22"/>
          <w:lang w:val="hr-BA"/>
        </w:rPr>
        <w:t xml:space="preserve">u </w:t>
      </w:r>
      <w:r w:rsidR="00852EFD" w:rsidRPr="002D471C">
        <w:rPr>
          <w:rFonts w:ascii="Arial" w:hAnsi="Arial" w:cs="Arial"/>
          <w:sz w:val="22"/>
          <w:lang w:val="hr-BA"/>
        </w:rPr>
        <w:t>kojima re</w:t>
      </w:r>
      <w:r w:rsidR="00E101C3" w:rsidRPr="002D471C">
        <w:rPr>
          <w:rFonts w:ascii="Arial" w:hAnsi="Arial" w:cs="Arial"/>
          <w:sz w:val="22"/>
          <w:lang w:val="hr-BA"/>
        </w:rPr>
        <w:t>z</w:t>
      </w:r>
      <w:r w:rsidR="00852EFD" w:rsidRPr="002D471C">
        <w:rPr>
          <w:rFonts w:ascii="Arial" w:hAnsi="Arial" w:cs="Arial"/>
          <w:sz w:val="22"/>
          <w:lang w:val="hr-BA"/>
        </w:rPr>
        <w:t>ident uzima od nerezidenta ili daje nerezidentu zajam, u skladu sa Zakonom i propis</w:t>
      </w:r>
      <w:r w:rsidR="009B7C0E" w:rsidRPr="002D471C">
        <w:rPr>
          <w:rFonts w:ascii="Arial" w:hAnsi="Arial" w:cs="Arial"/>
          <w:sz w:val="22"/>
          <w:lang w:val="hr-BA"/>
        </w:rPr>
        <w:t>o</w:t>
      </w:r>
      <w:r w:rsidR="00852EFD" w:rsidRPr="002D471C">
        <w:rPr>
          <w:rFonts w:ascii="Arial" w:hAnsi="Arial" w:cs="Arial"/>
          <w:sz w:val="22"/>
          <w:lang w:val="hr-BA"/>
        </w:rPr>
        <w:t>m</w:t>
      </w:r>
      <w:r w:rsidR="009B7C0E" w:rsidRPr="002D471C">
        <w:rPr>
          <w:rFonts w:ascii="Arial" w:hAnsi="Arial" w:cs="Arial"/>
          <w:sz w:val="22"/>
          <w:lang w:val="hr-BA"/>
        </w:rPr>
        <w:t xml:space="preserve"> </w:t>
      </w:r>
      <w:r w:rsidR="00852EFD" w:rsidRPr="002D471C">
        <w:rPr>
          <w:rFonts w:ascii="Arial" w:hAnsi="Arial" w:cs="Arial"/>
          <w:sz w:val="22"/>
          <w:lang w:val="hr-BA"/>
        </w:rPr>
        <w:t>kojim se uređuju obligacioni odnosi</w:t>
      </w:r>
      <w:r w:rsidRPr="002D471C">
        <w:rPr>
          <w:rFonts w:ascii="Arial" w:hAnsi="Arial" w:cs="Arial"/>
          <w:sz w:val="22"/>
          <w:lang w:val="hr-BA"/>
        </w:rPr>
        <w:t>,</w:t>
      </w:r>
    </w:p>
    <w:p w14:paraId="69DEA71F" w14:textId="44E1EB59" w:rsidR="00662F13" w:rsidRPr="002D471C" w:rsidRDefault="0071653C" w:rsidP="00173D56">
      <w:pPr>
        <w:ind w:left="0"/>
        <w:rPr>
          <w:rFonts w:ascii="Arial" w:hAnsi="Arial" w:cs="Arial"/>
          <w:sz w:val="22"/>
          <w:lang w:val="hr-BA"/>
        </w:rPr>
      </w:pPr>
      <w:r w:rsidRPr="002D471C">
        <w:rPr>
          <w:rFonts w:ascii="Arial" w:hAnsi="Arial" w:cs="Arial"/>
          <w:sz w:val="22"/>
          <w:lang w:val="hr-BA"/>
        </w:rPr>
        <w:t xml:space="preserve">d) </w:t>
      </w:r>
      <w:r w:rsidR="009B7C0E" w:rsidRPr="002D471C">
        <w:rPr>
          <w:rFonts w:ascii="Arial" w:hAnsi="Arial" w:cs="Arial"/>
          <w:sz w:val="22"/>
          <w:lang w:val="hr-BA"/>
        </w:rPr>
        <w:t>poslovi i</w:t>
      </w:r>
      <w:r w:rsidR="00662F13" w:rsidRPr="002D471C">
        <w:rPr>
          <w:rFonts w:ascii="Arial" w:hAnsi="Arial" w:cs="Arial"/>
          <w:sz w:val="22"/>
          <w:lang w:val="hr-BA"/>
        </w:rPr>
        <w:t>zvoz</w:t>
      </w:r>
      <w:r w:rsidR="009B7C0E" w:rsidRPr="002D471C">
        <w:rPr>
          <w:rFonts w:ascii="Arial" w:hAnsi="Arial" w:cs="Arial"/>
          <w:sz w:val="22"/>
          <w:lang w:val="hr-BA"/>
        </w:rPr>
        <w:t>a</w:t>
      </w:r>
      <w:r w:rsidR="00662F13" w:rsidRPr="002D471C">
        <w:rPr>
          <w:rFonts w:ascii="Arial" w:hAnsi="Arial" w:cs="Arial"/>
          <w:sz w:val="22"/>
          <w:lang w:val="hr-BA"/>
        </w:rPr>
        <w:t xml:space="preserve"> </w:t>
      </w:r>
      <w:r w:rsidR="00B80945" w:rsidRPr="002D471C">
        <w:rPr>
          <w:rFonts w:ascii="Arial" w:hAnsi="Arial" w:cs="Arial"/>
          <w:sz w:val="22"/>
          <w:lang w:val="hr-BA"/>
        </w:rPr>
        <w:t>i</w:t>
      </w:r>
      <w:r w:rsidR="00662F13" w:rsidRPr="002D471C">
        <w:rPr>
          <w:rFonts w:ascii="Arial" w:hAnsi="Arial" w:cs="Arial"/>
          <w:sz w:val="22"/>
          <w:lang w:val="hr-BA"/>
        </w:rPr>
        <w:t xml:space="preserve"> uvoz</w:t>
      </w:r>
      <w:r w:rsidR="009B7C0E" w:rsidRPr="002D471C">
        <w:rPr>
          <w:rFonts w:ascii="Arial" w:hAnsi="Arial" w:cs="Arial"/>
          <w:sz w:val="22"/>
          <w:lang w:val="hr-BA"/>
        </w:rPr>
        <w:t>a</w:t>
      </w:r>
      <w:r w:rsidR="00662F13" w:rsidRPr="002D471C">
        <w:rPr>
          <w:rFonts w:ascii="Arial" w:hAnsi="Arial" w:cs="Arial"/>
          <w:sz w:val="22"/>
          <w:lang w:val="hr-BA"/>
        </w:rPr>
        <w:t xml:space="preserve"> robe </w:t>
      </w:r>
      <w:r w:rsidR="00B80945" w:rsidRPr="002D471C">
        <w:rPr>
          <w:rFonts w:ascii="Arial" w:hAnsi="Arial" w:cs="Arial"/>
          <w:sz w:val="22"/>
          <w:lang w:val="hr-BA"/>
        </w:rPr>
        <w:t>i</w:t>
      </w:r>
      <w:r w:rsidR="00662F13" w:rsidRPr="002D471C">
        <w:rPr>
          <w:rFonts w:ascii="Arial" w:hAnsi="Arial" w:cs="Arial"/>
          <w:sz w:val="22"/>
          <w:lang w:val="hr-BA"/>
        </w:rPr>
        <w:t>l</w:t>
      </w:r>
      <w:r w:rsidR="00B80945" w:rsidRPr="002D471C">
        <w:rPr>
          <w:rFonts w:ascii="Arial" w:hAnsi="Arial" w:cs="Arial"/>
          <w:sz w:val="22"/>
          <w:lang w:val="hr-BA"/>
        </w:rPr>
        <w:t>i</w:t>
      </w:r>
      <w:r w:rsidR="00662F13" w:rsidRPr="002D471C">
        <w:rPr>
          <w:rFonts w:ascii="Arial" w:hAnsi="Arial" w:cs="Arial"/>
          <w:sz w:val="22"/>
          <w:lang w:val="hr-BA"/>
        </w:rPr>
        <w:t xml:space="preserve"> usluga koj</w:t>
      </w:r>
      <w:r w:rsidR="00B80945" w:rsidRPr="002D471C">
        <w:rPr>
          <w:rFonts w:ascii="Arial" w:hAnsi="Arial" w:cs="Arial"/>
          <w:sz w:val="22"/>
          <w:lang w:val="hr-BA"/>
        </w:rPr>
        <w:t>i</w:t>
      </w:r>
      <w:r w:rsidR="00662F13" w:rsidRPr="002D471C">
        <w:rPr>
          <w:rFonts w:ascii="Arial" w:hAnsi="Arial" w:cs="Arial"/>
          <w:sz w:val="22"/>
          <w:lang w:val="hr-BA"/>
        </w:rPr>
        <w:t xml:space="preserve"> n</w:t>
      </w:r>
      <w:r w:rsidR="00B80945" w:rsidRPr="002D471C">
        <w:rPr>
          <w:rFonts w:ascii="Arial" w:hAnsi="Arial" w:cs="Arial"/>
          <w:sz w:val="22"/>
          <w:lang w:val="hr-BA"/>
        </w:rPr>
        <w:t>i</w:t>
      </w:r>
      <w:r w:rsidR="00662F13" w:rsidRPr="002D471C">
        <w:rPr>
          <w:rFonts w:ascii="Arial" w:hAnsi="Arial" w:cs="Arial"/>
          <w:sz w:val="22"/>
          <w:lang w:val="hr-BA"/>
        </w:rPr>
        <w:t>su naplaćen</w:t>
      </w:r>
      <w:r w:rsidR="00B80945" w:rsidRPr="002D471C">
        <w:rPr>
          <w:rFonts w:ascii="Arial" w:hAnsi="Arial" w:cs="Arial"/>
          <w:sz w:val="22"/>
          <w:lang w:val="hr-BA"/>
        </w:rPr>
        <w:t>i</w:t>
      </w:r>
      <w:r w:rsidR="00662F13" w:rsidRPr="002D471C">
        <w:rPr>
          <w:rFonts w:ascii="Arial" w:hAnsi="Arial" w:cs="Arial"/>
          <w:sz w:val="22"/>
          <w:lang w:val="hr-BA"/>
        </w:rPr>
        <w:t>, odnosno plaćen</w:t>
      </w:r>
      <w:r w:rsidR="00B80945" w:rsidRPr="002D471C">
        <w:rPr>
          <w:rFonts w:ascii="Arial" w:hAnsi="Arial" w:cs="Arial"/>
          <w:sz w:val="22"/>
          <w:lang w:val="hr-BA"/>
        </w:rPr>
        <w:t>i</w:t>
      </w:r>
      <w:r w:rsidR="00662F13" w:rsidRPr="002D471C">
        <w:rPr>
          <w:rFonts w:ascii="Arial" w:hAnsi="Arial" w:cs="Arial"/>
          <w:sz w:val="22"/>
          <w:lang w:val="hr-BA"/>
        </w:rPr>
        <w:t xml:space="preserve"> u roku dužem od jedne god</w:t>
      </w:r>
      <w:r w:rsidR="00B80945" w:rsidRPr="002D471C">
        <w:rPr>
          <w:rFonts w:ascii="Arial" w:hAnsi="Arial" w:cs="Arial"/>
          <w:sz w:val="22"/>
          <w:lang w:val="hr-BA"/>
        </w:rPr>
        <w:t>i</w:t>
      </w:r>
      <w:r w:rsidR="00662F13" w:rsidRPr="002D471C">
        <w:rPr>
          <w:rFonts w:ascii="Arial" w:hAnsi="Arial" w:cs="Arial"/>
          <w:sz w:val="22"/>
          <w:lang w:val="hr-BA"/>
        </w:rPr>
        <w:t xml:space="preserve">ne od dana </w:t>
      </w:r>
      <w:r w:rsidR="00B80945" w:rsidRPr="002D471C">
        <w:rPr>
          <w:rFonts w:ascii="Arial" w:hAnsi="Arial" w:cs="Arial"/>
          <w:sz w:val="22"/>
          <w:lang w:val="hr-BA"/>
        </w:rPr>
        <w:t>i</w:t>
      </w:r>
      <w:r w:rsidR="00662F13" w:rsidRPr="002D471C">
        <w:rPr>
          <w:rFonts w:ascii="Arial" w:hAnsi="Arial" w:cs="Arial"/>
          <w:sz w:val="22"/>
          <w:lang w:val="hr-BA"/>
        </w:rPr>
        <w:t xml:space="preserve">zvršenog </w:t>
      </w:r>
      <w:r w:rsidR="00B80945" w:rsidRPr="002D471C">
        <w:rPr>
          <w:rFonts w:ascii="Arial" w:hAnsi="Arial" w:cs="Arial"/>
          <w:sz w:val="22"/>
          <w:lang w:val="hr-BA"/>
        </w:rPr>
        <w:t>i</w:t>
      </w:r>
      <w:r w:rsidR="00662F13" w:rsidRPr="002D471C">
        <w:rPr>
          <w:rFonts w:ascii="Arial" w:hAnsi="Arial" w:cs="Arial"/>
          <w:sz w:val="22"/>
          <w:lang w:val="hr-BA"/>
        </w:rPr>
        <w:t xml:space="preserve">zvoza </w:t>
      </w:r>
      <w:r w:rsidR="00B80945" w:rsidRPr="002D471C">
        <w:rPr>
          <w:rFonts w:ascii="Arial" w:hAnsi="Arial" w:cs="Arial"/>
          <w:sz w:val="22"/>
          <w:lang w:val="hr-BA"/>
        </w:rPr>
        <w:t>i</w:t>
      </w:r>
      <w:r w:rsidR="00662F13" w:rsidRPr="002D471C">
        <w:rPr>
          <w:rFonts w:ascii="Arial" w:hAnsi="Arial" w:cs="Arial"/>
          <w:sz w:val="22"/>
          <w:lang w:val="hr-BA"/>
        </w:rPr>
        <w:t>l</w:t>
      </w:r>
      <w:r w:rsidR="00B80945" w:rsidRPr="002D471C">
        <w:rPr>
          <w:rFonts w:ascii="Arial" w:hAnsi="Arial" w:cs="Arial"/>
          <w:sz w:val="22"/>
          <w:lang w:val="hr-BA"/>
        </w:rPr>
        <w:t>i</w:t>
      </w:r>
      <w:r w:rsidR="00662F13" w:rsidRPr="002D471C">
        <w:rPr>
          <w:rFonts w:ascii="Arial" w:hAnsi="Arial" w:cs="Arial"/>
          <w:sz w:val="22"/>
          <w:lang w:val="hr-BA"/>
        </w:rPr>
        <w:t xml:space="preserve"> uvoza, kao </w:t>
      </w:r>
      <w:r w:rsidR="00B80945" w:rsidRPr="002D471C">
        <w:rPr>
          <w:rFonts w:ascii="Arial" w:hAnsi="Arial" w:cs="Arial"/>
          <w:sz w:val="22"/>
          <w:lang w:val="hr-BA"/>
        </w:rPr>
        <w:t>i</w:t>
      </w:r>
      <w:r w:rsidR="00662F13" w:rsidRPr="002D471C">
        <w:rPr>
          <w:rFonts w:ascii="Arial" w:hAnsi="Arial" w:cs="Arial"/>
          <w:sz w:val="22"/>
          <w:lang w:val="hr-BA"/>
        </w:rPr>
        <w:t xml:space="preserve"> </w:t>
      </w:r>
      <w:r w:rsidRPr="002D471C">
        <w:rPr>
          <w:rFonts w:ascii="Arial" w:hAnsi="Arial" w:cs="Arial"/>
          <w:sz w:val="22"/>
          <w:lang w:val="hr-BA"/>
        </w:rPr>
        <w:t xml:space="preserve">poslovi izvoza i uvoza </w:t>
      </w:r>
      <w:r w:rsidR="00662F13" w:rsidRPr="002D471C">
        <w:rPr>
          <w:rFonts w:ascii="Arial" w:hAnsi="Arial" w:cs="Arial"/>
          <w:sz w:val="22"/>
          <w:lang w:val="hr-BA"/>
        </w:rPr>
        <w:t>rob</w:t>
      </w:r>
      <w:r w:rsidRPr="002D471C">
        <w:rPr>
          <w:rFonts w:ascii="Arial" w:hAnsi="Arial" w:cs="Arial"/>
          <w:sz w:val="22"/>
          <w:lang w:val="hr-BA"/>
        </w:rPr>
        <w:t>e</w:t>
      </w:r>
      <w:r w:rsidR="00662F13" w:rsidRPr="002D471C">
        <w:rPr>
          <w:rFonts w:ascii="Arial" w:hAnsi="Arial" w:cs="Arial"/>
          <w:sz w:val="22"/>
          <w:lang w:val="hr-BA"/>
        </w:rPr>
        <w:t xml:space="preserve"> </w:t>
      </w:r>
      <w:r w:rsidR="00B80945" w:rsidRPr="002D471C">
        <w:rPr>
          <w:rFonts w:ascii="Arial" w:hAnsi="Arial" w:cs="Arial"/>
          <w:sz w:val="22"/>
          <w:lang w:val="hr-BA"/>
        </w:rPr>
        <w:t>i</w:t>
      </w:r>
      <w:r w:rsidR="00662F13" w:rsidRPr="002D471C">
        <w:rPr>
          <w:rFonts w:ascii="Arial" w:hAnsi="Arial" w:cs="Arial"/>
          <w:sz w:val="22"/>
          <w:lang w:val="hr-BA"/>
        </w:rPr>
        <w:t>l</w:t>
      </w:r>
      <w:r w:rsidR="00B80945" w:rsidRPr="002D471C">
        <w:rPr>
          <w:rFonts w:ascii="Arial" w:hAnsi="Arial" w:cs="Arial"/>
          <w:sz w:val="22"/>
          <w:lang w:val="hr-BA"/>
        </w:rPr>
        <w:t>i</w:t>
      </w:r>
      <w:r w:rsidR="00662F13" w:rsidRPr="002D471C">
        <w:rPr>
          <w:rFonts w:ascii="Arial" w:hAnsi="Arial" w:cs="Arial"/>
          <w:sz w:val="22"/>
          <w:lang w:val="hr-BA"/>
        </w:rPr>
        <w:t xml:space="preserve"> uslug</w:t>
      </w:r>
      <w:r w:rsidRPr="002D471C">
        <w:rPr>
          <w:rFonts w:ascii="Arial" w:hAnsi="Arial" w:cs="Arial"/>
          <w:sz w:val="22"/>
          <w:lang w:val="hr-BA"/>
        </w:rPr>
        <w:t>a</w:t>
      </w:r>
      <w:r w:rsidR="00662F13" w:rsidRPr="002D471C">
        <w:rPr>
          <w:rFonts w:ascii="Arial" w:hAnsi="Arial" w:cs="Arial"/>
          <w:sz w:val="22"/>
          <w:lang w:val="hr-BA"/>
        </w:rPr>
        <w:t xml:space="preserve"> </w:t>
      </w:r>
      <w:r w:rsidRPr="002D471C">
        <w:rPr>
          <w:rFonts w:ascii="Arial" w:hAnsi="Arial" w:cs="Arial"/>
          <w:sz w:val="22"/>
          <w:lang w:val="hr-BA"/>
        </w:rPr>
        <w:t xml:space="preserve">koji su </w:t>
      </w:r>
      <w:r w:rsidR="00662F13" w:rsidRPr="002D471C">
        <w:rPr>
          <w:rFonts w:ascii="Arial" w:hAnsi="Arial" w:cs="Arial"/>
          <w:sz w:val="22"/>
          <w:lang w:val="hr-BA"/>
        </w:rPr>
        <w:t>unapr</w:t>
      </w:r>
      <w:r w:rsidR="00B80945" w:rsidRPr="002D471C">
        <w:rPr>
          <w:rFonts w:ascii="Arial" w:hAnsi="Arial" w:cs="Arial"/>
          <w:sz w:val="22"/>
          <w:lang w:val="hr-BA"/>
        </w:rPr>
        <w:t>i</w:t>
      </w:r>
      <w:r w:rsidR="00662F13" w:rsidRPr="002D471C">
        <w:rPr>
          <w:rFonts w:ascii="Arial" w:hAnsi="Arial" w:cs="Arial"/>
          <w:sz w:val="22"/>
          <w:lang w:val="hr-BA"/>
        </w:rPr>
        <w:t>jed naplaćen</w:t>
      </w:r>
      <w:r w:rsidRPr="002D471C">
        <w:rPr>
          <w:rFonts w:ascii="Arial" w:hAnsi="Arial" w:cs="Arial"/>
          <w:sz w:val="22"/>
          <w:lang w:val="hr-BA"/>
        </w:rPr>
        <w:t>i</w:t>
      </w:r>
      <w:r w:rsidR="00662F13" w:rsidRPr="002D471C">
        <w:rPr>
          <w:rFonts w:ascii="Arial" w:hAnsi="Arial" w:cs="Arial"/>
          <w:sz w:val="22"/>
          <w:lang w:val="hr-BA"/>
        </w:rPr>
        <w:t>, odnosno plaćen</w:t>
      </w:r>
      <w:r w:rsidRPr="002D471C">
        <w:rPr>
          <w:rFonts w:ascii="Arial" w:hAnsi="Arial" w:cs="Arial"/>
          <w:sz w:val="22"/>
          <w:lang w:val="hr-BA"/>
        </w:rPr>
        <w:t>i</w:t>
      </w:r>
      <w:r w:rsidR="00662F13" w:rsidRPr="002D471C">
        <w:rPr>
          <w:rFonts w:ascii="Arial" w:hAnsi="Arial" w:cs="Arial"/>
          <w:sz w:val="22"/>
          <w:lang w:val="hr-BA"/>
        </w:rPr>
        <w:t xml:space="preserve">, </w:t>
      </w:r>
      <w:r w:rsidR="00173D56" w:rsidRPr="002D471C">
        <w:rPr>
          <w:rFonts w:ascii="Arial" w:hAnsi="Arial" w:cs="Arial"/>
          <w:sz w:val="22"/>
          <w:lang w:val="hr-BA"/>
        </w:rPr>
        <w:t xml:space="preserve">za robe ili usluge </w:t>
      </w:r>
      <w:r w:rsidR="00662F13" w:rsidRPr="002D471C">
        <w:rPr>
          <w:rFonts w:ascii="Arial" w:hAnsi="Arial" w:cs="Arial"/>
          <w:sz w:val="22"/>
          <w:lang w:val="hr-BA"/>
        </w:rPr>
        <w:t>koje n</w:t>
      </w:r>
      <w:r w:rsidR="00B80945" w:rsidRPr="002D471C">
        <w:rPr>
          <w:rFonts w:ascii="Arial" w:hAnsi="Arial" w:cs="Arial"/>
          <w:sz w:val="22"/>
          <w:lang w:val="hr-BA"/>
        </w:rPr>
        <w:t>i</w:t>
      </w:r>
      <w:r w:rsidR="00662F13" w:rsidRPr="002D471C">
        <w:rPr>
          <w:rFonts w:ascii="Arial" w:hAnsi="Arial" w:cs="Arial"/>
          <w:sz w:val="22"/>
          <w:lang w:val="hr-BA"/>
        </w:rPr>
        <w:t xml:space="preserve">su </w:t>
      </w:r>
      <w:r w:rsidR="00B80945" w:rsidRPr="002D471C">
        <w:rPr>
          <w:rFonts w:ascii="Arial" w:hAnsi="Arial" w:cs="Arial"/>
          <w:sz w:val="22"/>
          <w:lang w:val="hr-BA"/>
        </w:rPr>
        <w:t>i</w:t>
      </w:r>
      <w:r w:rsidR="00662F13" w:rsidRPr="002D471C">
        <w:rPr>
          <w:rFonts w:ascii="Arial" w:hAnsi="Arial" w:cs="Arial"/>
          <w:sz w:val="22"/>
          <w:lang w:val="hr-BA"/>
        </w:rPr>
        <w:t>zvezene, odnosno uvezene u roku dužem od jedne god</w:t>
      </w:r>
      <w:r w:rsidR="00B80945" w:rsidRPr="002D471C">
        <w:rPr>
          <w:rFonts w:ascii="Arial" w:hAnsi="Arial" w:cs="Arial"/>
          <w:sz w:val="22"/>
          <w:lang w:val="hr-BA"/>
        </w:rPr>
        <w:t>i</w:t>
      </w:r>
      <w:r w:rsidR="00662F13" w:rsidRPr="002D471C">
        <w:rPr>
          <w:rFonts w:ascii="Arial" w:hAnsi="Arial" w:cs="Arial"/>
          <w:sz w:val="22"/>
          <w:lang w:val="hr-BA"/>
        </w:rPr>
        <w:t xml:space="preserve">ne od dana </w:t>
      </w:r>
      <w:r w:rsidR="00B80945" w:rsidRPr="002D471C">
        <w:rPr>
          <w:rFonts w:ascii="Arial" w:hAnsi="Arial" w:cs="Arial"/>
          <w:sz w:val="22"/>
          <w:lang w:val="hr-BA"/>
        </w:rPr>
        <w:t>i</w:t>
      </w:r>
      <w:r w:rsidR="00662F13" w:rsidRPr="002D471C">
        <w:rPr>
          <w:rFonts w:ascii="Arial" w:hAnsi="Arial" w:cs="Arial"/>
          <w:sz w:val="22"/>
          <w:lang w:val="hr-BA"/>
        </w:rPr>
        <w:t>zvršene naplate, odnosno plaćanja.</w:t>
      </w:r>
    </w:p>
    <w:p w14:paraId="12298B62" w14:textId="10A95449" w:rsidR="009B7C0E" w:rsidRPr="002D471C" w:rsidRDefault="00173D56" w:rsidP="00173D56">
      <w:pPr>
        <w:pStyle w:val="ListParagraph"/>
        <w:ind w:left="0"/>
        <w:rPr>
          <w:rFonts w:ascii="Arial" w:hAnsi="Arial" w:cs="Arial"/>
          <w:sz w:val="22"/>
          <w:lang w:val="hr-BA"/>
        </w:rPr>
      </w:pPr>
      <w:r w:rsidRPr="002D471C">
        <w:rPr>
          <w:rFonts w:ascii="Arial" w:hAnsi="Arial" w:cs="Arial"/>
          <w:sz w:val="22"/>
          <w:lang w:val="hr-BA"/>
        </w:rPr>
        <w:t>e) aktivirana bankarska garancija ili jemstvo ili drugi instrument osiguranja koju daje banka i rezident - pravna osoba u korist nerezidenta - davaoca kredita po kreditnom poslu između dva nerezidenta u inozemstvu.</w:t>
      </w:r>
    </w:p>
    <w:p w14:paraId="1DBE3B09" w14:textId="560022E8" w:rsidR="00662F13" w:rsidRPr="00872D38" w:rsidRDefault="00173D56" w:rsidP="00173D56">
      <w:pPr>
        <w:ind w:left="0"/>
        <w:rPr>
          <w:rFonts w:ascii="Arial" w:hAnsi="Arial" w:cs="Arial"/>
          <w:sz w:val="22"/>
          <w:lang w:val="hr-BA"/>
        </w:rPr>
      </w:pPr>
      <w:r w:rsidRPr="002D471C">
        <w:rPr>
          <w:rFonts w:ascii="Arial" w:hAnsi="Arial" w:cs="Arial"/>
          <w:sz w:val="22"/>
          <w:lang w:val="hr-BA"/>
        </w:rPr>
        <w:t xml:space="preserve">(2) </w:t>
      </w:r>
      <w:r w:rsidR="00662F13" w:rsidRPr="002D471C">
        <w:rPr>
          <w:rFonts w:ascii="Arial" w:hAnsi="Arial" w:cs="Arial"/>
          <w:sz w:val="22"/>
          <w:lang w:val="hr-BA"/>
        </w:rPr>
        <w:t>Poslov</w:t>
      </w:r>
      <w:r w:rsidR="00B80945" w:rsidRPr="002D471C">
        <w:rPr>
          <w:rFonts w:ascii="Arial" w:hAnsi="Arial" w:cs="Arial"/>
          <w:sz w:val="22"/>
          <w:lang w:val="hr-BA"/>
        </w:rPr>
        <w:t>i</w:t>
      </w:r>
      <w:r w:rsidR="00662F13" w:rsidRPr="002D471C">
        <w:rPr>
          <w:rFonts w:ascii="Arial" w:hAnsi="Arial" w:cs="Arial"/>
          <w:sz w:val="22"/>
          <w:lang w:val="hr-BA"/>
        </w:rPr>
        <w:t xml:space="preserve"> </w:t>
      </w:r>
      <w:r w:rsidR="00B80945" w:rsidRPr="002D471C">
        <w:rPr>
          <w:rFonts w:ascii="Arial" w:hAnsi="Arial" w:cs="Arial"/>
          <w:sz w:val="22"/>
          <w:lang w:val="hr-BA"/>
        </w:rPr>
        <w:t>i</w:t>
      </w:r>
      <w:r w:rsidR="00662F13" w:rsidRPr="002D471C">
        <w:rPr>
          <w:rFonts w:ascii="Arial" w:hAnsi="Arial" w:cs="Arial"/>
          <w:sz w:val="22"/>
          <w:lang w:val="hr-BA"/>
        </w:rPr>
        <w:t>z stav</w:t>
      </w:r>
      <w:r w:rsidRPr="002D471C">
        <w:rPr>
          <w:rFonts w:ascii="Arial" w:hAnsi="Arial" w:cs="Arial"/>
          <w:sz w:val="22"/>
          <w:lang w:val="hr-BA"/>
        </w:rPr>
        <w:t>k</w:t>
      </w:r>
      <w:r w:rsidR="00662F13" w:rsidRPr="002D471C">
        <w:rPr>
          <w:rFonts w:ascii="Arial" w:hAnsi="Arial" w:cs="Arial"/>
          <w:sz w:val="22"/>
          <w:lang w:val="hr-BA"/>
        </w:rPr>
        <w:t>a (1) ovog član</w:t>
      </w:r>
      <w:r w:rsidRPr="002D471C">
        <w:rPr>
          <w:rFonts w:ascii="Arial" w:hAnsi="Arial" w:cs="Arial"/>
          <w:sz w:val="22"/>
          <w:lang w:val="hr-BA"/>
        </w:rPr>
        <w:t>k</w:t>
      </w:r>
      <w:r w:rsidR="00662F13" w:rsidRPr="002D471C">
        <w:rPr>
          <w:rFonts w:ascii="Arial" w:hAnsi="Arial" w:cs="Arial"/>
          <w:sz w:val="22"/>
          <w:lang w:val="hr-BA"/>
        </w:rPr>
        <w:t>a pr</w:t>
      </w:r>
      <w:r w:rsidR="00B80945" w:rsidRPr="002D471C">
        <w:rPr>
          <w:rFonts w:ascii="Arial" w:hAnsi="Arial" w:cs="Arial"/>
          <w:sz w:val="22"/>
          <w:lang w:val="hr-BA"/>
        </w:rPr>
        <w:t>i</w:t>
      </w:r>
      <w:r w:rsidR="00662F13" w:rsidRPr="002D471C">
        <w:rPr>
          <w:rFonts w:ascii="Arial" w:hAnsi="Arial" w:cs="Arial"/>
          <w:sz w:val="22"/>
          <w:lang w:val="hr-BA"/>
        </w:rPr>
        <w:t>javljuju se M</w:t>
      </w:r>
      <w:r w:rsidR="00B80945" w:rsidRPr="002D471C">
        <w:rPr>
          <w:rFonts w:ascii="Arial" w:hAnsi="Arial" w:cs="Arial"/>
          <w:sz w:val="22"/>
          <w:lang w:val="hr-BA"/>
        </w:rPr>
        <w:t>i</w:t>
      </w:r>
      <w:r w:rsidR="00662F13" w:rsidRPr="002D471C">
        <w:rPr>
          <w:rFonts w:ascii="Arial" w:hAnsi="Arial" w:cs="Arial"/>
          <w:sz w:val="22"/>
          <w:lang w:val="hr-BA"/>
        </w:rPr>
        <w:t>n</w:t>
      </w:r>
      <w:r w:rsidR="00B80945" w:rsidRPr="002D471C">
        <w:rPr>
          <w:rFonts w:ascii="Arial" w:hAnsi="Arial" w:cs="Arial"/>
          <w:sz w:val="22"/>
          <w:lang w:val="hr-BA"/>
        </w:rPr>
        <w:t>i</w:t>
      </w:r>
      <w:r w:rsidR="00662F13" w:rsidRPr="002D471C">
        <w:rPr>
          <w:rFonts w:ascii="Arial" w:hAnsi="Arial" w:cs="Arial"/>
          <w:sz w:val="22"/>
          <w:lang w:val="hr-BA"/>
        </w:rPr>
        <w:t xml:space="preserve">starstvu </w:t>
      </w:r>
      <w:r w:rsidR="009B7C0E" w:rsidRPr="002D471C">
        <w:rPr>
          <w:rFonts w:ascii="Arial" w:hAnsi="Arial" w:cs="Arial"/>
          <w:sz w:val="22"/>
          <w:lang w:val="hr-BA"/>
        </w:rPr>
        <w:t xml:space="preserve">koje vodi jedinstvenu evidenciju o kreditnim poslovima na temelju dostavljenih </w:t>
      </w:r>
      <w:r w:rsidR="00662F13" w:rsidRPr="002D471C">
        <w:rPr>
          <w:rFonts w:ascii="Arial" w:hAnsi="Arial" w:cs="Arial"/>
          <w:sz w:val="22"/>
          <w:lang w:val="hr-BA"/>
        </w:rPr>
        <w:t>podataka</w:t>
      </w:r>
      <w:r w:rsidR="009B7C0E" w:rsidRPr="002D471C">
        <w:rPr>
          <w:rFonts w:ascii="Arial" w:hAnsi="Arial" w:cs="Arial"/>
          <w:sz w:val="22"/>
          <w:lang w:val="hr-BA"/>
        </w:rPr>
        <w:t>.</w:t>
      </w:r>
    </w:p>
    <w:p w14:paraId="1F3037FF" w14:textId="77777777" w:rsidR="006B4478" w:rsidRDefault="006B4478" w:rsidP="00173D56">
      <w:pPr>
        <w:spacing w:before="0" w:after="0"/>
        <w:ind w:left="0"/>
        <w:jc w:val="center"/>
        <w:rPr>
          <w:rFonts w:ascii="Arial" w:hAnsi="Arial" w:cs="Arial"/>
          <w:sz w:val="22"/>
          <w:lang w:val="hr-BA"/>
        </w:rPr>
      </w:pPr>
    </w:p>
    <w:p w14:paraId="595CD247" w14:textId="7C140F78" w:rsidR="00B71E58" w:rsidRDefault="009B7C0E" w:rsidP="00173D56">
      <w:pPr>
        <w:spacing w:before="0" w:after="0"/>
        <w:ind w:left="0"/>
        <w:jc w:val="center"/>
        <w:rPr>
          <w:rFonts w:ascii="Arial" w:hAnsi="Arial" w:cs="Arial"/>
          <w:b/>
          <w:sz w:val="22"/>
          <w:lang w:val="hr-BA"/>
        </w:rPr>
      </w:pPr>
      <w:r w:rsidRPr="006B4478">
        <w:rPr>
          <w:rFonts w:ascii="Arial" w:hAnsi="Arial" w:cs="Arial"/>
          <w:b/>
          <w:sz w:val="22"/>
          <w:lang w:val="hr-BA"/>
        </w:rPr>
        <w:lastRenderedPageBreak/>
        <w:t>Član</w:t>
      </w:r>
      <w:r w:rsidR="00173D56">
        <w:rPr>
          <w:rFonts w:ascii="Arial" w:hAnsi="Arial" w:cs="Arial"/>
          <w:b/>
          <w:sz w:val="22"/>
          <w:lang w:val="hr-BA"/>
        </w:rPr>
        <w:t>ak</w:t>
      </w:r>
      <w:r w:rsidRPr="006B4478">
        <w:rPr>
          <w:rFonts w:ascii="Arial" w:hAnsi="Arial" w:cs="Arial"/>
          <w:b/>
          <w:sz w:val="22"/>
          <w:lang w:val="hr-BA"/>
        </w:rPr>
        <w:t xml:space="preserve"> 6.</w:t>
      </w:r>
    </w:p>
    <w:p w14:paraId="28A268BB" w14:textId="4823A086" w:rsidR="00173D56" w:rsidRDefault="00173D56" w:rsidP="00173D56">
      <w:pPr>
        <w:spacing w:before="0" w:after="0"/>
        <w:ind w:left="0"/>
        <w:jc w:val="center"/>
        <w:rPr>
          <w:rFonts w:ascii="Arial" w:hAnsi="Arial" w:cs="Arial"/>
          <w:b/>
          <w:sz w:val="22"/>
          <w:lang w:val="hr-BA"/>
        </w:rPr>
      </w:pPr>
      <w:r>
        <w:rPr>
          <w:rFonts w:ascii="Arial" w:hAnsi="Arial" w:cs="Arial"/>
          <w:b/>
          <w:sz w:val="22"/>
          <w:lang w:val="hr-BA"/>
        </w:rPr>
        <w:t>(Obrasci izvještavanja)</w:t>
      </w:r>
    </w:p>
    <w:p w14:paraId="19D219FC" w14:textId="77777777" w:rsidR="00173D56" w:rsidRPr="006B4478" w:rsidRDefault="00173D56" w:rsidP="00173D56">
      <w:pPr>
        <w:spacing w:before="0" w:after="0"/>
        <w:ind w:left="0"/>
        <w:jc w:val="center"/>
        <w:rPr>
          <w:rFonts w:ascii="Arial" w:hAnsi="Arial" w:cs="Arial"/>
          <w:b/>
          <w:sz w:val="22"/>
          <w:lang w:val="hr-BA"/>
        </w:rPr>
      </w:pPr>
    </w:p>
    <w:p w14:paraId="6E287FC1" w14:textId="3FB4DB37" w:rsidR="009B7C0E" w:rsidRPr="00D8117B" w:rsidRDefault="00173D56" w:rsidP="00173D56">
      <w:pPr>
        <w:tabs>
          <w:tab w:val="left" w:pos="426"/>
        </w:tabs>
        <w:spacing w:before="0" w:after="0"/>
        <w:ind w:left="0"/>
        <w:jc w:val="left"/>
        <w:rPr>
          <w:rFonts w:ascii="Arial" w:hAnsi="Arial" w:cs="Arial"/>
          <w:sz w:val="22"/>
          <w:lang w:val="hr-BA"/>
        </w:rPr>
      </w:pPr>
      <w:r>
        <w:rPr>
          <w:rFonts w:ascii="Arial" w:hAnsi="Arial" w:cs="Arial"/>
          <w:sz w:val="22"/>
          <w:lang w:val="hr-BA"/>
        </w:rPr>
        <w:t>(1</w:t>
      </w:r>
      <w:r w:rsidRPr="00D8117B">
        <w:rPr>
          <w:rFonts w:ascii="Arial" w:hAnsi="Arial" w:cs="Arial"/>
          <w:sz w:val="22"/>
          <w:lang w:val="hr-BA"/>
        </w:rPr>
        <w:t xml:space="preserve">) </w:t>
      </w:r>
      <w:r w:rsidR="009B7C0E" w:rsidRPr="00D8117B">
        <w:rPr>
          <w:rFonts w:ascii="Arial" w:hAnsi="Arial" w:cs="Arial"/>
          <w:sz w:val="22"/>
          <w:lang w:val="hr-BA"/>
        </w:rPr>
        <w:t xml:space="preserve">Obveznici izvještavanja </w:t>
      </w:r>
      <w:r w:rsidRPr="00D8117B">
        <w:rPr>
          <w:rFonts w:ascii="Arial" w:hAnsi="Arial" w:cs="Arial"/>
          <w:sz w:val="22"/>
          <w:lang w:val="hr-BA"/>
        </w:rPr>
        <w:t xml:space="preserve">iz članka 4. ovog Pravilnika </w:t>
      </w:r>
      <w:r w:rsidR="009B7C0E" w:rsidRPr="00D8117B">
        <w:rPr>
          <w:rFonts w:ascii="Arial" w:hAnsi="Arial" w:cs="Arial"/>
          <w:sz w:val="22"/>
          <w:lang w:val="hr-BA"/>
        </w:rPr>
        <w:t xml:space="preserve">o kreditnim poslovima iz članka </w:t>
      </w:r>
      <w:r w:rsidRPr="00D8117B">
        <w:rPr>
          <w:rFonts w:ascii="Arial" w:hAnsi="Arial" w:cs="Arial"/>
          <w:sz w:val="22"/>
          <w:lang w:val="hr-BA"/>
        </w:rPr>
        <w:t>5</w:t>
      </w:r>
      <w:r w:rsidR="009B7C0E" w:rsidRPr="00D8117B">
        <w:rPr>
          <w:rFonts w:ascii="Arial" w:hAnsi="Arial" w:cs="Arial"/>
          <w:sz w:val="22"/>
          <w:lang w:val="hr-BA"/>
        </w:rPr>
        <w:t xml:space="preserve">. ovog Pravilnika dužni su </w:t>
      </w:r>
      <w:r w:rsidR="00E101C3" w:rsidRPr="00D8117B">
        <w:rPr>
          <w:rFonts w:ascii="Arial" w:hAnsi="Arial" w:cs="Arial"/>
          <w:sz w:val="22"/>
          <w:lang w:val="hr-BA"/>
        </w:rPr>
        <w:t>dostaviti Ministarstvu izvještaje koristeći sljedeće obras</w:t>
      </w:r>
      <w:r w:rsidRPr="00D8117B">
        <w:rPr>
          <w:rFonts w:ascii="Arial" w:hAnsi="Arial" w:cs="Arial"/>
          <w:sz w:val="22"/>
          <w:lang w:val="hr-BA"/>
        </w:rPr>
        <w:t>ce</w:t>
      </w:r>
      <w:r w:rsidR="00E101C3" w:rsidRPr="00D8117B">
        <w:rPr>
          <w:rFonts w:ascii="Arial" w:hAnsi="Arial" w:cs="Arial"/>
          <w:sz w:val="22"/>
          <w:lang w:val="hr-BA"/>
        </w:rPr>
        <w:t>:</w:t>
      </w:r>
    </w:p>
    <w:p w14:paraId="7E1C940D" w14:textId="77777777" w:rsidR="003C62BD" w:rsidRPr="00D8117B" w:rsidRDefault="003C62BD" w:rsidP="00173D56">
      <w:pPr>
        <w:pStyle w:val="ListParagraph"/>
        <w:tabs>
          <w:tab w:val="left" w:pos="426"/>
        </w:tabs>
        <w:ind w:left="0"/>
        <w:jc w:val="left"/>
        <w:rPr>
          <w:rFonts w:ascii="Arial" w:hAnsi="Arial" w:cs="Arial"/>
          <w:sz w:val="22"/>
          <w:lang w:val="hr-BA"/>
        </w:rPr>
      </w:pPr>
    </w:p>
    <w:p w14:paraId="18CE64A1" w14:textId="2D6471B7" w:rsidR="00E101C3" w:rsidRPr="00D8117B" w:rsidRDefault="00E101C3"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Obrazac KP</w:t>
      </w:r>
      <w:r w:rsidR="006E14E4" w:rsidRPr="00D8117B">
        <w:rPr>
          <w:rFonts w:ascii="Arial" w:hAnsi="Arial" w:cs="Arial"/>
          <w:sz w:val="22"/>
          <w:lang w:val="hr-BA"/>
        </w:rPr>
        <w:t xml:space="preserve"> </w:t>
      </w:r>
      <w:r w:rsidRPr="00D8117B">
        <w:rPr>
          <w:rFonts w:ascii="Arial" w:hAnsi="Arial" w:cs="Arial"/>
          <w:sz w:val="22"/>
          <w:lang w:val="hr-BA"/>
        </w:rPr>
        <w:t xml:space="preserve">1 </w:t>
      </w:r>
      <w:r w:rsidR="00D8117B" w:rsidRPr="00D8117B">
        <w:rPr>
          <w:rFonts w:ascii="Arial" w:hAnsi="Arial" w:cs="Arial"/>
          <w:sz w:val="22"/>
          <w:lang w:val="hr-BA"/>
        </w:rPr>
        <w:t>-</w:t>
      </w:r>
      <w:r w:rsidRPr="00D8117B">
        <w:rPr>
          <w:rFonts w:ascii="Arial" w:hAnsi="Arial" w:cs="Arial"/>
          <w:sz w:val="22"/>
          <w:lang w:val="hr-BA"/>
        </w:rPr>
        <w:t xml:space="preserve"> Izvj</w:t>
      </w:r>
      <w:r w:rsidR="003C62BD" w:rsidRPr="00D8117B">
        <w:rPr>
          <w:rFonts w:ascii="Arial" w:hAnsi="Arial" w:cs="Arial"/>
          <w:sz w:val="22"/>
          <w:lang w:val="hr-BA"/>
        </w:rPr>
        <w:t>e</w:t>
      </w:r>
      <w:r w:rsidRPr="00D8117B">
        <w:rPr>
          <w:rFonts w:ascii="Arial" w:hAnsi="Arial" w:cs="Arial"/>
          <w:sz w:val="22"/>
          <w:lang w:val="hr-BA"/>
        </w:rPr>
        <w:t>štaj o kreditnom zaduženju</w:t>
      </w:r>
      <w:r w:rsidR="003C62BD" w:rsidRPr="00D8117B">
        <w:rPr>
          <w:rFonts w:ascii="Arial" w:hAnsi="Arial" w:cs="Arial"/>
          <w:sz w:val="22"/>
          <w:lang w:val="hr-BA"/>
        </w:rPr>
        <w:t xml:space="preserve"> s</w:t>
      </w:r>
      <w:r w:rsidRPr="00D8117B">
        <w:rPr>
          <w:rFonts w:ascii="Arial" w:hAnsi="Arial" w:cs="Arial"/>
          <w:sz w:val="22"/>
          <w:lang w:val="hr-BA"/>
        </w:rPr>
        <w:t xml:space="preserve">a inozemstvom, </w:t>
      </w:r>
    </w:p>
    <w:p w14:paraId="5F736AFB" w14:textId="0DA77F9E" w:rsidR="003C62BD" w:rsidRPr="00D8117B" w:rsidRDefault="00E101C3"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Obrazac KP</w:t>
      </w:r>
      <w:r w:rsidR="006E14E4" w:rsidRPr="00D8117B">
        <w:rPr>
          <w:rFonts w:ascii="Arial" w:hAnsi="Arial" w:cs="Arial"/>
          <w:sz w:val="22"/>
          <w:lang w:val="hr-BA"/>
        </w:rPr>
        <w:t xml:space="preserve"> </w:t>
      </w:r>
      <w:r w:rsidRPr="00D8117B">
        <w:rPr>
          <w:rFonts w:ascii="Arial" w:hAnsi="Arial" w:cs="Arial"/>
          <w:sz w:val="22"/>
          <w:lang w:val="hr-BA"/>
        </w:rPr>
        <w:t xml:space="preserve">2 </w:t>
      </w:r>
      <w:r w:rsidR="00D8117B" w:rsidRPr="00D8117B">
        <w:rPr>
          <w:rFonts w:ascii="Arial" w:hAnsi="Arial" w:cs="Arial"/>
          <w:sz w:val="22"/>
          <w:lang w:val="hr-BA"/>
        </w:rPr>
        <w:t>-</w:t>
      </w:r>
      <w:r w:rsidRPr="00D8117B">
        <w:rPr>
          <w:rFonts w:ascii="Arial" w:hAnsi="Arial" w:cs="Arial"/>
          <w:sz w:val="22"/>
          <w:lang w:val="hr-BA"/>
        </w:rPr>
        <w:t xml:space="preserve"> </w:t>
      </w:r>
      <w:r w:rsidR="003C62BD" w:rsidRPr="00D8117B">
        <w:rPr>
          <w:rFonts w:ascii="Arial" w:hAnsi="Arial" w:cs="Arial"/>
          <w:sz w:val="22"/>
          <w:lang w:val="hr-BA"/>
        </w:rPr>
        <w:t>Izvještaj o kreditnom odobrenju sa inozemstvom</w:t>
      </w:r>
      <w:r w:rsidR="00A2712C" w:rsidRPr="00D8117B">
        <w:rPr>
          <w:rFonts w:ascii="Arial" w:hAnsi="Arial" w:cs="Arial"/>
          <w:sz w:val="22"/>
          <w:lang w:val="hr-BA"/>
        </w:rPr>
        <w:t>,</w:t>
      </w:r>
    </w:p>
    <w:p w14:paraId="355DD94A" w14:textId="0382DC2B" w:rsidR="001A4652" w:rsidRPr="00D8117B" w:rsidRDefault="001A4652"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Obraza</w:t>
      </w:r>
      <w:r w:rsidR="00A2712C" w:rsidRPr="00D8117B">
        <w:rPr>
          <w:rFonts w:ascii="Arial" w:hAnsi="Arial" w:cs="Arial"/>
          <w:sz w:val="22"/>
          <w:lang w:val="hr-BA"/>
        </w:rPr>
        <w:t>c</w:t>
      </w:r>
      <w:r w:rsidRPr="00D8117B">
        <w:rPr>
          <w:rFonts w:ascii="Arial" w:hAnsi="Arial" w:cs="Arial"/>
          <w:sz w:val="22"/>
          <w:lang w:val="hr-BA"/>
        </w:rPr>
        <w:t xml:space="preserve"> KP</w:t>
      </w:r>
      <w:r w:rsidR="006E14E4" w:rsidRPr="00D8117B">
        <w:rPr>
          <w:rFonts w:ascii="Arial" w:hAnsi="Arial" w:cs="Arial"/>
          <w:sz w:val="22"/>
          <w:lang w:val="hr-BA"/>
        </w:rPr>
        <w:t xml:space="preserve"> </w:t>
      </w:r>
      <w:r w:rsidRPr="00D8117B">
        <w:rPr>
          <w:rFonts w:ascii="Arial" w:hAnsi="Arial" w:cs="Arial"/>
          <w:sz w:val="22"/>
          <w:lang w:val="hr-BA"/>
        </w:rPr>
        <w:t xml:space="preserve">3 </w:t>
      </w:r>
      <w:r w:rsidR="00D8117B" w:rsidRPr="00D8117B">
        <w:rPr>
          <w:rFonts w:ascii="Arial" w:hAnsi="Arial" w:cs="Arial"/>
          <w:sz w:val="22"/>
          <w:lang w:val="hr-BA"/>
        </w:rPr>
        <w:t>-</w:t>
      </w:r>
      <w:r w:rsidRPr="00D8117B">
        <w:rPr>
          <w:rFonts w:ascii="Arial" w:hAnsi="Arial" w:cs="Arial"/>
          <w:sz w:val="22"/>
          <w:lang w:val="hr-BA"/>
        </w:rPr>
        <w:t xml:space="preserve"> Izvještaj o </w:t>
      </w:r>
      <w:r w:rsidR="001318F9" w:rsidRPr="00D8117B">
        <w:rPr>
          <w:rFonts w:ascii="Arial" w:hAnsi="Arial" w:cs="Arial"/>
          <w:sz w:val="22"/>
          <w:lang w:val="hr-BA"/>
        </w:rPr>
        <w:t>poslovima izvoza i uvoza robe ili usluga</w:t>
      </w:r>
      <w:r w:rsidR="00A2712C" w:rsidRPr="00D8117B">
        <w:rPr>
          <w:rFonts w:ascii="Arial" w:hAnsi="Arial" w:cs="Arial"/>
          <w:sz w:val="22"/>
          <w:lang w:val="hr-BA"/>
        </w:rPr>
        <w:t>,</w:t>
      </w:r>
    </w:p>
    <w:p w14:paraId="3405BFBC" w14:textId="4AA7FE03" w:rsidR="006E14E4" w:rsidRPr="00D8117B" w:rsidRDefault="006E14E4"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 xml:space="preserve">Obrazac KP 4 </w:t>
      </w:r>
      <w:r w:rsidR="00D8117B" w:rsidRPr="00D8117B">
        <w:rPr>
          <w:rFonts w:ascii="Arial" w:hAnsi="Arial" w:cs="Arial"/>
          <w:sz w:val="22"/>
          <w:lang w:val="hr-BA"/>
        </w:rPr>
        <w:t>-</w:t>
      </w:r>
      <w:r w:rsidRPr="00D8117B">
        <w:rPr>
          <w:rFonts w:ascii="Arial" w:hAnsi="Arial" w:cs="Arial"/>
          <w:sz w:val="22"/>
          <w:lang w:val="hr-BA"/>
        </w:rPr>
        <w:t xml:space="preserve"> Izvještaj o aktiviranim bankarskim garancijama ili jamstvima ili drugim instrumentima osiguranja</w:t>
      </w:r>
      <w:r w:rsidR="00A2712C" w:rsidRPr="00D8117B">
        <w:rPr>
          <w:rFonts w:ascii="Arial" w:hAnsi="Arial" w:cs="Arial"/>
          <w:sz w:val="22"/>
          <w:lang w:val="hr-BA"/>
        </w:rPr>
        <w:t>,</w:t>
      </w:r>
    </w:p>
    <w:p w14:paraId="384DCBA0" w14:textId="77777777" w:rsidR="00D1225F" w:rsidRPr="00D8117B" w:rsidRDefault="006E14E4"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Obrazac KP 5 -  Izvještaj o promjenama podataka po kreditnom poslu</w:t>
      </w:r>
      <w:r w:rsidR="00D1225F" w:rsidRPr="00D8117B">
        <w:rPr>
          <w:rFonts w:ascii="Arial" w:hAnsi="Arial" w:cs="Arial"/>
          <w:sz w:val="22"/>
          <w:lang w:val="hr-BA"/>
        </w:rPr>
        <w:t>,</w:t>
      </w:r>
    </w:p>
    <w:p w14:paraId="784272D1" w14:textId="45A42C5F" w:rsidR="006E14E4" w:rsidRPr="00D8117B" w:rsidRDefault="00D1225F"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 xml:space="preserve">Obrazac KP 6 </w:t>
      </w:r>
      <w:r w:rsidR="00D8117B" w:rsidRPr="00D8117B">
        <w:rPr>
          <w:rFonts w:ascii="Arial" w:hAnsi="Arial" w:cs="Arial"/>
          <w:sz w:val="22"/>
          <w:lang w:val="hr-BA"/>
        </w:rPr>
        <w:t>-</w:t>
      </w:r>
      <w:r w:rsidRPr="00D8117B">
        <w:rPr>
          <w:rFonts w:ascii="Arial" w:hAnsi="Arial" w:cs="Arial"/>
          <w:sz w:val="22"/>
          <w:lang w:val="hr-BA"/>
        </w:rPr>
        <w:t xml:space="preserve"> Izvještaj o stanju kreditnog zaduženja/odobrenja</w:t>
      </w:r>
      <w:r w:rsidR="007A6D53" w:rsidRPr="00D8117B">
        <w:rPr>
          <w:rFonts w:ascii="Arial" w:hAnsi="Arial" w:cs="Arial"/>
          <w:sz w:val="22"/>
          <w:lang w:val="hr-BA"/>
        </w:rPr>
        <w:t>,</w:t>
      </w:r>
    </w:p>
    <w:p w14:paraId="3A51F76F" w14:textId="18B4D822" w:rsidR="00D8117B" w:rsidRPr="00D8117B" w:rsidRDefault="00D8117B" w:rsidP="00173D56">
      <w:pPr>
        <w:pStyle w:val="ListParagraph"/>
        <w:numPr>
          <w:ilvl w:val="1"/>
          <w:numId w:val="36"/>
        </w:numPr>
        <w:tabs>
          <w:tab w:val="left" w:pos="284"/>
        </w:tabs>
        <w:ind w:left="0" w:firstLine="0"/>
        <w:rPr>
          <w:rFonts w:ascii="Arial" w:hAnsi="Arial" w:cs="Arial"/>
          <w:sz w:val="22"/>
          <w:lang w:val="hr-BA"/>
        </w:rPr>
      </w:pPr>
      <w:r w:rsidRPr="00D8117B">
        <w:rPr>
          <w:rFonts w:ascii="Arial" w:hAnsi="Arial" w:cs="Arial"/>
          <w:sz w:val="22"/>
          <w:lang w:val="hr-BA"/>
        </w:rPr>
        <w:t>Obrazac KP 7 – Izvještaj o stanju izvoza i uvoza robe ili usluga.</w:t>
      </w:r>
    </w:p>
    <w:p w14:paraId="36AB0FD4" w14:textId="77777777" w:rsidR="003C62BD" w:rsidRPr="00D8117B" w:rsidRDefault="003C62BD" w:rsidP="00173D56">
      <w:pPr>
        <w:pStyle w:val="ListParagraph"/>
        <w:tabs>
          <w:tab w:val="left" w:pos="426"/>
        </w:tabs>
        <w:ind w:left="0"/>
        <w:rPr>
          <w:rFonts w:ascii="Arial" w:hAnsi="Arial" w:cs="Arial"/>
          <w:sz w:val="22"/>
          <w:lang w:val="hr-BA"/>
        </w:rPr>
      </w:pPr>
    </w:p>
    <w:p w14:paraId="34A4C403" w14:textId="12CEE1B9" w:rsidR="001861AB" w:rsidRPr="00D8117B" w:rsidRDefault="001861AB" w:rsidP="00173D56">
      <w:pPr>
        <w:pStyle w:val="ListParagraph"/>
        <w:tabs>
          <w:tab w:val="left" w:pos="426"/>
        </w:tabs>
        <w:ind w:left="0"/>
        <w:rPr>
          <w:rFonts w:ascii="Arial" w:hAnsi="Arial" w:cs="Arial"/>
          <w:sz w:val="22"/>
          <w:lang w:val="hr-BA"/>
        </w:rPr>
      </w:pPr>
      <w:r w:rsidRPr="00D8117B">
        <w:rPr>
          <w:rFonts w:ascii="Arial" w:hAnsi="Arial" w:cs="Arial"/>
          <w:sz w:val="22"/>
          <w:lang w:val="hr-BA"/>
        </w:rPr>
        <w:t>(2) Obrasci iz stavka (1) ovog članka se dostavljaju za svaki kreditni posao pojedinačno</w:t>
      </w:r>
      <w:r w:rsidR="004638DB" w:rsidRPr="00D8117B">
        <w:rPr>
          <w:rFonts w:ascii="Arial" w:hAnsi="Arial" w:cs="Arial"/>
          <w:sz w:val="22"/>
          <w:lang w:val="hr-BA"/>
        </w:rPr>
        <w:t>.</w:t>
      </w:r>
    </w:p>
    <w:p w14:paraId="25B6312D" w14:textId="77777777" w:rsidR="004638DB" w:rsidRPr="00D8117B" w:rsidRDefault="004638DB" w:rsidP="00173D56">
      <w:pPr>
        <w:pStyle w:val="ListParagraph"/>
        <w:tabs>
          <w:tab w:val="left" w:pos="426"/>
        </w:tabs>
        <w:ind w:left="0"/>
        <w:rPr>
          <w:rFonts w:ascii="Arial" w:hAnsi="Arial" w:cs="Arial"/>
          <w:sz w:val="22"/>
          <w:lang w:val="hr-BA"/>
        </w:rPr>
      </w:pPr>
    </w:p>
    <w:p w14:paraId="5B19088D" w14:textId="06B3D759" w:rsidR="00E101C3" w:rsidRPr="002D471C" w:rsidRDefault="00173D56" w:rsidP="00173D56">
      <w:pPr>
        <w:pStyle w:val="ListParagraph"/>
        <w:tabs>
          <w:tab w:val="left" w:pos="426"/>
        </w:tabs>
        <w:ind w:left="0"/>
        <w:rPr>
          <w:rFonts w:ascii="Arial" w:hAnsi="Arial" w:cs="Arial"/>
          <w:sz w:val="22"/>
          <w:lang w:val="hr-BA"/>
        </w:rPr>
      </w:pPr>
      <w:r w:rsidRPr="00D8117B">
        <w:rPr>
          <w:rFonts w:ascii="Arial" w:hAnsi="Arial" w:cs="Arial"/>
          <w:sz w:val="22"/>
          <w:lang w:val="hr-BA"/>
        </w:rPr>
        <w:t>(</w:t>
      </w:r>
      <w:r w:rsidR="004638DB" w:rsidRPr="00D8117B">
        <w:rPr>
          <w:rFonts w:ascii="Arial" w:hAnsi="Arial" w:cs="Arial"/>
          <w:sz w:val="22"/>
          <w:lang w:val="hr-BA"/>
        </w:rPr>
        <w:t>3</w:t>
      </w:r>
      <w:r w:rsidRPr="00D8117B">
        <w:rPr>
          <w:rFonts w:ascii="Arial" w:hAnsi="Arial" w:cs="Arial"/>
          <w:sz w:val="22"/>
          <w:lang w:val="hr-BA"/>
        </w:rPr>
        <w:t xml:space="preserve">) </w:t>
      </w:r>
      <w:r w:rsidR="00E101C3" w:rsidRPr="00D8117B">
        <w:rPr>
          <w:rFonts w:ascii="Arial" w:hAnsi="Arial" w:cs="Arial"/>
          <w:sz w:val="22"/>
          <w:lang w:val="hr-BA"/>
        </w:rPr>
        <w:t>Obrasci iz stav</w:t>
      </w:r>
      <w:r w:rsidR="00A2712C" w:rsidRPr="00D8117B">
        <w:rPr>
          <w:rFonts w:ascii="Arial" w:hAnsi="Arial" w:cs="Arial"/>
          <w:sz w:val="22"/>
          <w:lang w:val="hr-BA"/>
        </w:rPr>
        <w:t>k</w:t>
      </w:r>
      <w:r w:rsidR="00E101C3" w:rsidRPr="00D8117B">
        <w:rPr>
          <w:rFonts w:ascii="Arial" w:hAnsi="Arial" w:cs="Arial"/>
          <w:sz w:val="22"/>
          <w:lang w:val="hr-BA"/>
        </w:rPr>
        <w:t>a (1) ovog član</w:t>
      </w:r>
      <w:r w:rsidR="00A2712C" w:rsidRPr="00D8117B">
        <w:rPr>
          <w:rFonts w:ascii="Arial" w:hAnsi="Arial" w:cs="Arial"/>
          <w:sz w:val="22"/>
          <w:lang w:val="hr-BA"/>
        </w:rPr>
        <w:t>k</w:t>
      </w:r>
      <w:r w:rsidR="00E101C3" w:rsidRPr="00D8117B">
        <w:rPr>
          <w:rFonts w:ascii="Arial" w:hAnsi="Arial" w:cs="Arial"/>
          <w:sz w:val="22"/>
          <w:lang w:val="hr-BA"/>
        </w:rPr>
        <w:t xml:space="preserve">a sa uputstvom za popunjavanje nalaze se u Prilogu ovog </w:t>
      </w:r>
      <w:r w:rsidR="00A2712C" w:rsidRPr="00D8117B">
        <w:rPr>
          <w:rFonts w:ascii="Arial" w:hAnsi="Arial" w:cs="Arial"/>
          <w:sz w:val="22"/>
          <w:lang w:val="hr-BA"/>
        </w:rPr>
        <w:t>P</w:t>
      </w:r>
      <w:r w:rsidR="00E101C3" w:rsidRPr="00D8117B">
        <w:rPr>
          <w:rFonts w:ascii="Arial" w:hAnsi="Arial" w:cs="Arial"/>
          <w:sz w:val="22"/>
          <w:lang w:val="hr-BA"/>
        </w:rPr>
        <w:t>ravilnika i čine njegov sastavni dio</w:t>
      </w:r>
      <w:r w:rsidR="000A1C8F" w:rsidRPr="00D8117B">
        <w:rPr>
          <w:rFonts w:ascii="Arial" w:hAnsi="Arial" w:cs="Arial"/>
          <w:sz w:val="22"/>
          <w:lang w:val="hr-BA"/>
        </w:rPr>
        <w:t>,</w:t>
      </w:r>
      <w:r w:rsidR="00A2712C" w:rsidRPr="00D8117B">
        <w:rPr>
          <w:rFonts w:ascii="Arial" w:hAnsi="Arial" w:cs="Arial"/>
          <w:sz w:val="22"/>
          <w:lang w:val="hr-BA"/>
        </w:rPr>
        <w:t xml:space="preserve"> kao i</w:t>
      </w:r>
      <w:r w:rsidR="000A1C8F" w:rsidRPr="00D8117B">
        <w:rPr>
          <w:rFonts w:ascii="Arial" w:hAnsi="Arial" w:cs="Arial"/>
          <w:sz w:val="22"/>
          <w:lang w:val="hr-BA"/>
        </w:rPr>
        <w:t xml:space="preserve"> na internet stranici Ministarstva.</w:t>
      </w:r>
    </w:p>
    <w:p w14:paraId="4F320BCA" w14:textId="77777777" w:rsidR="00173D56" w:rsidRPr="002D471C" w:rsidRDefault="00173D56" w:rsidP="00173D56">
      <w:pPr>
        <w:pStyle w:val="ListParagraph"/>
        <w:tabs>
          <w:tab w:val="left" w:pos="426"/>
        </w:tabs>
        <w:ind w:left="0"/>
        <w:rPr>
          <w:rFonts w:ascii="Arial" w:hAnsi="Arial" w:cs="Arial"/>
          <w:sz w:val="22"/>
          <w:lang w:val="hr-BA"/>
        </w:rPr>
      </w:pPr>
    </w:p>
    <w:p w14:paraId="03F8584A" w14:textId="66E2453A" w:rsidR="001A4652" w:rsidRPr="002D471C" w:rsidRDefault="00173D56" w:rsidP="00173D56">
      <w:pPr>
        <w:pStyle w:val="ListParagraph"/>
        <w:tabs>
          <w:tab w:val="left" w:pos="426"/>
        </w:tabs>
        <w:ind w:left="0"/>
        <w:rPr>
          <w:rFonts w:ascii="Arial" w:hAnsi="Arial" w:cs="Arial"/>
          <w:sz w:val="22"/>
          <w:lang w:val="hr-BA"/>
        </w:rPr>
      </w:pPr>
      <w:r w:rsidRPr="002D471C">
        <w:rPr>
          <w:rFonts w:ascii="Arial" w:hAnsi="Arial" w:cs="Arial"/>
          <w:sz w:val="22"/>
          <w:lang w:val="hr-BA"/>
        </w:rPr>
        <w:t>(</w:t>
      </w:r>
      <w:r w:rsidR="004638DB">
        <w:rPr>
          <w:rFonts w:ascii="Arial" w:hAnsi="Arial" w:cs="Arial"/>
          <w:sz w:val="22"/>
          <w:lang w:val="hr-BA"/>
        </w:rPr>
        <w:t>4</w:t>
      </w:r>
      <w:r w:rsidRPr="002D471C">
        <w:rPr>
          <w:rFonts w:ascii="Arial" w:hAnsi="Arial" w:cs="Arial"/>
          <w:sz w:val="22"/>
          <w:lang w:val="hr-BA"/>
        </w:rPr>
        <w:t xml:space="preserve">) </w:t>
      </w:r>
      <w:r w:rsidR="003C62BD" w:rsidRPr="002D471C">
        <w:rPr>
          <w:rFonts w:ascii="Arial" w:hAnsi="Arial" w:cs="Arial"/>
          <w:sz w:val="22"/>
          <w:lang w:val="hr-BA"/>
        </w:rPr>
        <w:t>Potpisane i ovjerene obrasce izvještavanja iz stav</w:t>
      </w:r>
      <w:r w:rsidR="00A2712C" w:rsidRPr="002D471C">
        <w:rPr>
          <w:rFonts w:ascii="Arial" w:hAnsi="Arial" w:cs="Arial"/>
          <w:sz w:val="22"/>
          <w:lang w:val="hr-BA"/>
        </w:rPr>
        <w:t>k</w:t>
      </w:r>
      <w:r w:rsidR="003C62BD" w:rsidRPr="002D471C">
        <w:rPr>
          <w:rFonts w:ascii="Arial" w:hAnsi="Arial" w:cs="Arial"/>
          <w:sz w:val="22"/>
          <w:lang w:val="hr-BA"/>
        </w:rPr>
        <w:t>a (1) ovog član</w:t>
      </w:r>
      <w:r w:rsidR="00A2712C" w:rsidRPr="002D471C">
        <w:rPr>
          <w:rFonts w:ascii="Arial" w:hAnsi="Arial" w:cs="Arial"/>
          <w:sz w:val="22"/>
          <w:lang w:val="hr-BA"/>
        </w:rPr>
        <w:t>k</w:t>
      </w:r>
      <w:r w:rsidR="003C62BD" w:rsidRPr="002D471C">
        <w:rPr>
          <w:rFonts w:ascii="Arial" w:hAnsi="Arial" w:cs="Arial"/>
          <w:sz w:val="22"/>
          <w:lang w:val="hr-BA"/>
        </w:rPr>
        <w:t>a, obveznici dostavljaju Ministarstvu putem pošte ili elektronskim putem</w:t>
      </w:r>
      <w:r w:rsidR="001A4652" w:rsidRPr="002D471C">
        <w:rPr>
          <w:rFonts w:ascii="Arial" w:hAnsi="Arial" w:cs="Arial"/>
          <w:sz w:val="22"/>
          <w:lang w:val="hr-BA"/>
        </w:rPr>
        <w:t xml:space="preserve"> na način opisan stav</w:t>
      </w:r>
      <w:r w:rsidR="00A2712C" w:rsidRPr="002D471C">
        <w:rPr>
          <w:rFonts w:ascii="Arial" w:hAnsi="Arial" w:cs="Arial"/>
          <w:sz w:val="22"/>
          <w:lang w:val="hr-BA"/>
        </w:rPr>
        <w:t>k</w:t>
      </w:r>
      <w:r w:rsidR="001A4652" w:rsidRPr="002D471C">
        <w:rPr>
          <w:rFonts w:ascii="Arial" w:hAnsi="Arial" w:cs="Arial"/>
          <w:sz w:val="22"/>
          <w:lang w:val="hr-BA"/>
        </w:rPr>
        <w:t>om (</w:t>
      </w:r>
      <w:r w:rsidR="004638DB">
        <w:rPr>
          <w:rFonts w:ascii="Arial" w:hAnsi="Arial" w:cs="Arial"/>
          <w:sz w:val="22"/>
          <w:lang w:val="hr-BA"/>
        </w:rPr>
        <w:t>5</w:t>
      </w:r>
      <w:r w:rsidR="001A4652" w:rsidRPr="002D471C">
        <w:rPr>
          <w:rFonts w:ascii="Arial" w:hAnsi="Arial" w:cs="Arial"/>
          <w:sz w:val="22"/>
          <w:lang w:val="hr-BA"/>
        </w:rPr>
        <w:t>) ovog član</w:t>
      </w:r>
      <w:r w:rsidR="00A2712C" w:rsidRPr="002D471C">
        <w:rPr>
          <w:rFonts w:ascii="Arial" w:hAnsi="Arial" w:cs="Arial"/>
          <w:sz w:val="22"/>
          <w:lang w:val="hr-BA"/>
        </w:rPr>
        <w:t>k</w:t>
      </w:r>
      <w:r w:rsidR="001A4652" w:rsidRPr="002D471C">
        <w:rPr>
          <w:rFonts w:ascii="Arial" w:hAnsi="Arial" w:cs="Arial"/>
          <w:sz w:val="22"/>
          <w:lang w:val="hr-BA"/>
        </w:rPr>
        <w:t>a ili na drugi način koji Ministarstvo objavi na svojoj internet stranici.</w:t>
      </w:r>
    </w:p>
    <w:p w14:paraId="38D3FF13" w14:textId="77777777" w:rsidR="00173D56" w:rsidRPr="002D471C" w:rsidRDefault="00173D56" w:rsidP="00173D56">
      <w:pPr>
        <w:pStyle w:val="ListParagraph"/>
        <w:tabs>
          <w:tab w:val="left" w:pos="426"/>
        </w:tabs>
        <w:ind w:left="0"/>
        <w:rPr>
          <w:rFonts w:ascii="Arial" w:hAnsi="Arial" w:cs="Arial"/>
          <w:sz w:val="22"/>
          <w:lang w:val="hr-BA"/>
        </w:rPr>
      </w:pPr>
    </w:p>
    <w:p w14:paraId="6A6A00BB" w14:textId="0C8159C9" w:rsidR="00E101C3" w:rsidRDefault="00173D56" w:rsidP="00173D56">
      <w:pPr>
        <w:pStyle w:val="ListParagraph"/>
        <w:tabs>
          <w:tab w:val="left" w:pos="426"/>
        </w:tabs>
        <w:ind w:left="0"/>
        <w:rPr>
          <w:rFonts w:ascii="Arial" w:hAnsi="Arial" w:cs="Arial"/>
          <w:sz w:val="22"/>
          <w:lang w:val="hr-BA"/>
        </w:rPr>
      </w:pPr>
      <w:r w:rsidRPr="002D471C">
        <w:rPr>
          <w:rFonts w:ascii="Arial" w:hAnsi="Arial" w:cs="Arial"/>
          <w:sz w:val="22"/>
          <w:lang w:val="hr-BA"/>
        </w:rPr>
        <w:t>(</w:t>
      </w:r>
      <w:r w:rsidR="004638DB">
        <w:rPr>
          <w:rFonts w:ascii="Arial" w:hAnsi="Arial" w:cs="Arial"/>
          <w:sz w:val="22"/>
          <w:lang w:val="hr-BA"/>
        </w:rPr>
        <w:t>5</w:t>
      </w:r>
      <w:r w:rsidRPr="002D471C">
        <w:rPr>
          <w:rFonts w:ascii="Arial" w:hAnsi="Arial" w:cs="Arial"/>
          <w:sz w:val="22"/>
          <w:lang w:val="hr-BA"/>
        </w:rPr>
        <w:t xml:space="preserve">) </w:t>
      </w:r>
      <w:r w:rsidR="00E101C3" w:rsidRPr="002D471C">
        <w:rPr>
          <w:rFonts w:ascii="Arial" w:hAnsi="Arial" w:cs="Arial"/>
          <w:sz w:val="22"/>
          <w:lang w:val="hr-BA"/>
        </w:rPr>
        <w:t xml:space="preserve">Ministarstvo može </w:t>
      </w:r>
      <w:r w:rsidR="001A4652" w:rsidRPr="002D471C">
        <w:rPr>
          <w:rFonts w:ascii="Arial" w:hAnsi="Arial" w:cs="Arial"/>
          <w:sz w:val="22"/>
          <w:lang w:val="hr-BA"/>
        </w:rPr>
        <w:t xml:space="preserve">putem korištenja informacijskog sustava </w:t>
      </w:r>
      <w:r w:rsidR="00E101C3" w:rsidRPr="002D471C">
        <w:rPr>
          <w:rFonts w:ascii="Arial" w:hAnsi="Arial" w:cs="Arial"/>
          <w:sz w:val="22"/>
          <w:lang w:val="hr-BA"/>
        </w:rPr>
        <w:t>obrasce iz stav</w:t>
      </w:r>
      <w:r w:rsidR="001A4652" w:rsidRPr="002D471C">
        <w:rPr>
          <w:rFonts w:ascii="Arial" w:hAnsi="Arial" w:cs="Arial"/>
          <w:sz w:val="22"/>
          <w:lang w:val="hr-BA"/>
        </w:rPr>
        <w:t>k</w:t>
      </w:r>
      <w:r w:rsidR="00E101C3" w:rsidRPr="002D471C">
        <w:rPr>
          <w:rFonts w:ascii="Arial" w:hAnsi="Arial" w:cs="Arial"/>
          <w:sz w:val="22"/>
          <w:lang w:val="hr-BA"/>
        </w:rPr>
        <w:t>a (1) ovog član</w:t>
      </w:r>
      <w:r w:rsidR="00A2712C" w:rsidRPr="002D471C">
        <w:rPr>
          <w:rFonts w:ascii="Arial" w:hAnsi="Arial" w:cs="Arial"/>
          <w:sz w:val="22"/>
          <w:lang w:val="hr-BA"/>
        </w:rPr>
        <w:t>k</w:t>
      </w:r>
      <w:r w:rsidR="00E101C3" w:rsidRPr="002D471C">
        <w:rPr>
          <w:rFonts w:ascii="Arial" w:hAnsi="Arial" w:cs="Arial"/>
          <w:sz w:val="22"/>
          <w:lang w:val="hr-BA"/>
        </w:rPr>
        <w:t>a učiniti dostupnim u elektronskom obliku, uključujući format</w:t>
      </w:r>
      <w:r w:rsidR="006971D8" w:rsidRPr="002D471C">
        <w:rPr>
          <w:rFonts w:ascii="Arial" w:hAnsi="Arial" w:cs="Arial"/>
          <w:sz w:val="22"/>
          <w:lang w:val="hr-BA"/>
        </w:rPr>
        <w:t>e</w:t>
      </w:r>
      <w:r w:rsidR="00E101C3" w:rsidRPr="002D471C">
        <w:rPr>
          <w:rFonts w:ascii="Arial" w:hAnsi="Arial" w:cs="Arial"/>
          <w:sz w:val="22"/>
          <w:lang w:val="hr-BA"/>
        </w:rPr>
        <w:t xml:space="preserve"> elektronske forme, datoteke za učitavanje podataka ili drugi tehnički format koji omogućava elektronsku </w:t>
      </w:r>
      <w:r w:rsidR="009303CC" w:rsidRPr="002D471C">
        <w:rPr>
          <w:rFonts w:ascii="Arial" w:hAnsi="Arial" w:cs="Arial"/>
          <w:sz w:val="22"/>
          <w:lang w:val="hr-BA"/>
        </w:rPr>
        <w:t>dostavu i obradu podataka</w:t>
      </w:r>
      <w:r w:rsidRPr="002D471C">
        <w:rPr>
          <w:rFonts w:ascii="Arial" w:hAnsi="Arial" w:cs="Arial"/>
          <w:sz w:val="22"/>
          <w:lang w:val="hr-BA"/>
        </w:rPr>
        <w:t>.</w:t>
      </w:r>
    </w:p>
    <w:p w14:paraId="32A535FB" w14:textId="77777777" w:rsidR="00173D56" w:rsidRPr="002D24A4" w:rsidRDefault="00173D56" w:rsidP="00173D56">
      <w:pPr>
        <w:pStyle w:val="ListParagraph"/>
        <w:tabs>
          <w:tab w:val="left" w:pos="426"/>
        </w:tabs>
        <w:ind w:left="0"/>
        <w:rPr>
          <w:rFonts w:ascii="Arial" w:hAnsi="Arial" w:cs="Arial"/>
          <w:sz w:val="22"/>
          <w:lang w:val="hr-BA"/>
        </w:rPr>
      </w:pPr>
    </w:p>
    <w:p w14:paraId="0E712134" w14:textId="7642D25A" w:rsidR="00C26516" w:rsidRPr="00F60C3B" w:rsidRDefault="00173D56" w:rsidP="00173D56">
      <w:pPr>
        <w:pStyle w:val="ListParagraph"/>
        <w:tabs>
          <w:tab w:val="left" w:pos="426"/>
        </w:tabs>
        <w:ind w:left="0"/>
        <w:rPr>
          <w:rFonts w:ascii="Arial" w:hAnsi="Arial" w:cs="Arial"/>
          <w:sz w:val="22"/>
          <w:lang w:val="hr-BA"/>
        </w:rPr>
      </w:pPr>
      <w:r>
        <w:rPr>
          <w:rFonts w:ascii="Arial" w:hAnsi="Arial" w:cs="Arial"/>
          <w:sz w:val="22"/>
          <w:lang w:val="hr-BA"/>
        </w:rPr>
        <w:t>(</w:t>
      </w:r>
      <w:r w:rsidR="004638DB">
        <w:rPr>
          <w:rFonts w:ascii="Arial" w:hAnsi="Arial" w:cs="Arial"/>
          <w:sz w:val="22"/>
          <w:lang w:val="hr-BA"/>
        </w:rPr>
        <w:t>6</w:t>
      </w:r>
      <w:r>
        <w:rPr>
          <w:rFonts w:ascii="Arial" w:hAnsi="Arial" w:cs="Arial"/>
          <w:sz w:val="22"/>
          <w:lang w:val="hr-BA"/>
        </w:rPr>
        <w:t xml:space="preserve">) </w:t>
      </w:r>
      <w:r w:rsidR="006971D8">
        <w:rPr>
          <w:rFonts w:ascii="Arial" w:hAnsi="Arial" w:cs="Arial"/>
          <w:sz w:val="22"/>
          <w:lang w:val="hr-BA"/>
        </w:rPr>
        <w:t>Iznimno</w:t>
      </w:r>
      <w:r w:rsidR="00C26516" w:rsidRPr="00F60C3B">
        <w:rPr>
          <w:rFonts w:ascii="Arial" w:hAnsi="Arial" w:cs="Arial"/>
          <w:sz w:val="22"/>
          <w:lang w:val="hr-BA"/>
        </w:rPr>
        <w:t>, do uspostavljanja informaci</w:t>
      </w:r>
      <w:r w:rsidR="006971D8">
        <w:rPr>
          <w:rFonts w:ascii="Arial" w:hAnsi="Arial" w:cs="Arial"/>
          <w:sz w:val="22"/>
          <w:lang w:val="hr-BA"/>
        </w:rPr>
        <w:t>jskog</w:t>
      </w:r>
      <w:r w:rsidR="00C26516" w:rsidRPr="00F60C3B">
        <w:rPr>
          <w:rFonts w:ascii="Arial" w:hAnsi="Arial" w:cs="Arial"/>
          <w:sz w:val="22"/>
          <w:lang w:val="hr-BA"/>
        </w:rPr>
        <w:t xml:space="preserve"> </w:t>
      </w:r>
      <w:r w:rsidR="006971D8">
        <w:rPr>
          <w:rFonts w:ascii="Arial" w:hAnsi="Arial" w:cs="Arial"/>
          <w:sz w:val="22"/>
          <w:lang w:val="hr-BA"/>
        </w:rPr>
        <w:t>sustava</w:t>
      </w:r>
      <w:r w:rsidR="00C26516" w:rsidRPr="00F60C3B">
        <w:rPr>
          <w:rFonts w:ascii="Arial" w:hAnsi="Arial" w:cs="Arial"/>
          <w:sz w:val="22"/>
          <w:lang w:val="hr-BA"/>
        </w:rPr>
        <w:t xml:space="preserve"> iz stav</w:t>
      </w:r>
      <w:r w:rsidR="006971D8">
        <w:rPr>
          <w:rFonts w:ascii="Arial" w:hAnsi="Arial" w:cs="Arial"/>
          <w:sz w:val="22"/>
          <w:lang w:val="hr-BA"/>
        </w:rPr>
        <w:t>k</w:t>
      </w:r>
      <w:r w:rsidR="00C26516" w:rsidRPr="00F60C3B">
        <w:rPr>
          <w:rFonts w:ascii="Arial" w:hAnsi="Arial" w:cs="Arial"/>
          <w:sz w:val="22"/>
          <w:lang w:val="hr-BA"/>
        </w:rPr>
        <w:t>a (</w:t>
      </w:r>
      <w:r w:rsidR="004638DB">
        <w:rPr>
          <w:rFonts w:ascii="Arial" w:hAnsi="Arial" w:cs="Arial"/>
          <w:sz w:val="22"/>
          <w:lang w:val="hr-BA"/>
        </w:rPr>
        <w:t>5</w:t>
      </w:r>
      <w:r w:rsidR="00C26516" w:rsidRPr="00F60C3B">
        <w:rPr>
          <w:rFonts w:ascii="Arial" w:hAnsi="Arial" w:cs="Arial"/>
          <w:sz w:val="22"/>
          <w:lang w:val="hr-BA"/>
        </w:rPr>
        <w:t>) ovog član</w:t>
      </w:r>
      <w:r w:rsidR="006971D8">
        <w:rPr>
          <w:rFonts w:ascii="Arial" w:hAnsi="Arial" w:cs="Arial"/>
          <w:sz w:val="22"/>
          <w:lang w:val="hr-BA"/>
        </w:rPr>
        <w:t>k</w:t>
      </w:r>
      <w:r w:rsidR="00C26516" w:rsidRPr="00F60C3B">
        <w:rPr>
          <w:rFonts w:ascii="Arial" w:hAnsi="Arial" w:cs="Arial"/>
          <w:sz w:val="22"/>
          <w:lang w:val="hr-BA"/>
        </w:rPr>
        <w:t xml:space="preserve">a ili u slučaju privremene tehničke nedostupnosti </w:t>
      </w:r>
      <w:r w:rsidR="006971D8">
        <w:rPr>
          <w:rFonts w:ascii="Arial" w:hAnsi="Arial" w:cs="Arial"/>
          <w:sz w:val="22"/>
          <w:lang w:val="hr-BA"/>
        </w:rPr>
        <w:t>sustava</w:t>
      </w:r>
      <w:r w:rsidR="00C26516" w:rsidRPr="00F60C3B">
        <w:rPr>
          <w:rFonts w:ascii="Arial" w:hAnsi="Arial" w:cs="Arial"/>
          <w:sz w:val="22"/>
          <w:lang w:val="hr-BA"/>
        </w:rPr>
        <w:t>, obrasci se</w:t>
      </w:r>
      <w:r w:rsidR="002D471C" w:rsidRPr="002D471C">
        <w:rPr>
          <w:rFonts w:ascii="Arial" w:hAnsi="Arial" w:cs="Arial"/>
          <w:sz w:val="22"/>
          <w:lang w:val="hr-BA"/>
        </w:rPr>
        <w:t xml:space="preserve"> </w:t>
      </w:r>
      <w:r w:rsidR="00C26516" w:rsidRPr="002D471C">
        <w:rPr>
          <w:rFonts w:ascii="Arial" w:hAnsi="Arial" w:cs="Arial"/>
          <w:sz w:val="22"/>
          <w:lang w:val="hr-BA"/>
        </w:rPr>
        <w:t>dosta</w:t>
      </w:r>
      <w:r w:rsidR="006971D8" w:rsidRPr="002D471C">
        <w:rPr>
          <w:rFonts w:ascii="Arial" w:hAnsi="Arial" w:cs="Arial"/>
          <w:sz w:val="22"/>
          <w:lang w:val="hr-BA"/>
        </w:rPr>
        <w:t>vljaju</w:t>
      </w:r>
      <w:r w:rsidR="00C26516" w:rsidRPr="00F60C3B">
        <w:rPr>
          <w:rFonts w:ascii="Arial" w:hAnsi="Arial" w:cs="Arial"/>
          <w:sz w:val="22"/>
          <w:lang w:val="hr-BA"/>
        </w:rPr>
        <w:t xml:space="preserve"> poštom ili na drugi način koji Ministarstvo objavi na svojoj internet stranici.</w:t>
      </w:r>
    </w:p>
    <w:p w14:paraId="4E2486F8" w14:textId="77777777" w:rsidR="001A4652" w:rsidRPr="00F60C3B" w:rsidRDefault="001A4652" w:rsidP="00173D56">
      <w:pPr>
        <w:pStyle w:val="ListParagraph"/>
        <w:ind w:left="0"/>
        <w:rPr>
          <w:rFonts w:ascii="Arial" w:hAnsi="Arial" w:cs="Arial"/>
          <w:sz w:val="22"/>
          <w:highlight w:val="yellow"/>
          <w:lang w:val="hr-BA"/>
        </w:rPr>
      </w:pPr>
    </w:p>
    <w:p w14:paraId="50DC2F3E" w14:textId="06021C98" w:rsidR="00E960F7" w:rsidRPr="002D471C" w:rsidRDefault="00E960F7" w:rsidP="005B405E">
      <w:pPr>
        <w:spacing w:before="0" w:after="0"/>
        <w:ind w:left="0"/>
        <w:jc w:val="center"/>
        <w:rPr>
          <w:rFonts w:ascii="Arial" w:hAnsi="Arial" w:cs="Arial"/>
          <w:b/>
          <w:sz w:val="22"/>
          <w:lang w:val="hr-BA"/>
        </w:rPr>
      </w:pPr>
      <w:r w:rsidRPr="002D471C">
        <w:rPr>
          <w:rFonts w:ascii="Arial" w:hAnsi="Arial" w:cs="Arial"/>
          <w:b/>
          <w:sz w:val="22"/>
          <w:lang w:val="hr-BA"/>
        </w:rPr>
        <w:t>Član</w:t>
      </w:r>
      <w:r w:rsidR="005B405E" w:rsidRPr="002D471C">
        <w:rPr>
          <w:rFonts w:ascii="Arial" w:hAnsi="Arial" w:cs="Arial"/>
          <w:b/>
          <w:sz w:val="22"/>
          <w:lang w:val="hr-BA"/>
        </w:rPr>
        <w:t>ak</w:t>
      </w:r>
      <w:r w:rsidRPr="002D471C">
        <w:rPr>
          <w:rFonts w:ascii="Arial" w:hAnsi="Arial" w:cs="Arial"/>
          <w:b/>
          <w:sz w:val="22"/>
          <w:lang w:val="hr-BA"/>
        </w:rPr>
        <w:t xml:space="preserve"> </w:t>
      </w:r>
      <w:r w:rsidR="009216F8" w:rsidRPr="002D471C">
        <w:rPr>
          <w:rFonts w:ascii="Arial" w:hAnsi="Arial" w:cs="Arial"/>
          <w:b/>
          <w:sz w:val="22"/>
          <w:lang w:val="hr-BA"/>
        </w:rPr>
        <w:t>7</w:t>
      </w:r>
      <w:r w:rsidRPr="002D471C">
        <w:rPr>
          <w:rFonts w:ascii="Arial" w:hAnsi="Arial" w:cs="Arial"/>
          <w:b/>
          <w:sz w:val="22"/>
          <w:lang w:val="hr-BA"/>
        </w:rPr>
        <w:t>.</w:t>
      </w:r>
    </w:p>
    <w:p w14:paraId="1A0FB0D0" w14:textId="4C613AF1" w:rsidR="005B405E" w:rsidRPr="002D471C" w:rsidRDefault="005B405E" w:rsidP="005B405E">
      <w:pPr>
        <w:spacing w:before="0" w:after="0"/>
        <w:ind w:left="0"/>
        <w:jc w:val="center"/>
        <w:rPr>
          <w:rFonts w:ascii="Arial" w:hAnsi="Arial" w:cs="Arial"/>
          <w:b/>
          <w:sz w:val="22"/>
          <w:lang w:val="hr-BA"/>
        </w:rPr>
      </w:pPr>
      <w:r w:rsidRPr="002D471C">
        <w:rPr>
          <w:rFonts w:ascii="Arial" w:hAnsi="Arial" w:cs="Arial"/>
          <w:b/>
          <w:sz w:val="22"/>
          <w:lang w:val="hr-BA"/>
        </w:rPr>
        <w:t>(Rokovi)</w:t>
      </w:r>
    </w:p>
    <w:p w14:paraId="491F06FE" w14:textId="77777777" w:rsidR="005B405E" w:rsidRPr="002D471C" w:rsidRDefault="005B405E" w:rsidP="005B405E">
      <w:pPr>
        <w:spacing w:before="0" w:after="0"/>
        <w:ind w:left="0"/>
        <w:jc w:val="center"/>
        <w:rPr>
          <w:rFonts w:ascii="Arial" w:hAnsi="Arial" w:cs="Arial"/>
          <w:b/>
          <w:sz w:val="22"/>
          <w:lang w:val="hr-BA"/>
        </w:rPr>
      </w:pPr>
    </w:p>
    <w:p w14:paraId="3AEB3AA4" w14:textId="6F36F081" w:rsidR="00E960F7" w:rsidRPr="001D0EF8" w:rsidRDefault="005B405E" w:rsidP="005B405E">
      <w:pPr>
        <w:ind w:left="0"/>
        <w:rPr>
          <w:rFonts w:ascii="Arial" w:hAnsi="Arial" w:cs="Arial"/>
          <w:sz w:val="22"/>
          <w:lang w:val="hr-BA"/>
        </w:rPr>
      </w:pPr>
      <w:r w:rsidRPr="002D471C">
        <w:rPr>
          <w:rFonts w:ascii="Arial" w:hAnsi="Arial" w:cs="Arial"/>
          <w:sz w:val="22"/>
          <w:lang w:val="hr-BA"/>
        </w:rPr>
        <w:t xml:space="preserve">(1) </w:t>
      </w:r>
      <w:r w:rsidR="006E14E4" w:rsidRPr="002D471C">
        <w:rPr>
          <w:rFonts w:ascii="Arial" w:hAnsi="Arial" w:cs="Arial"/>
          <w:sz w:val="22"/>
          <w:lang w:val="hr-BA"/>
        </w:rPr>
        <w:t>Obrazac</w:t>
      </w:r>
      <w:r w:rsidR="001318F9" w:rsidRPr="002D471C">
        <w:rPr>
          <w:rFonts w:ascii="Arial" w:hAnsi="Arial" w:cs="Arial"/>
          <w:sz w:val="22"/>
          <w:lang w:val="hr-BA"/>
        </w:rPr>
        <w:t xml:space="preserve"> KP</w:t>
      </w:r>
      <w:r w:rsidR="006971D8" w:rsidRPr="002D471C">
        <w:rPr>
          <w:rFonts w:ascii="Arial" w:hAnsi="Arial" w:cs="Arial"/>
          <w:sz w:val="22"/>
          <w:lang w:val="hr-BA"/>
        </w:rPr>
        <w:t xml:space="preserve"> </w:t>
      </w:r>
      <w:r w:rsidR="001318F9" w:rsidRPr="002D471C">
        <w:rPr>
          <w:rFonts w:ascii="Arial" w:hAnsi="Arial" w:cs="Arial"/>
          <w:sz w:val="22"/>
          <w:lang w:val="hr-BA"/>
        </w:rPr>
        <w:t>1</w:t>
      </w:r>
      <w:r w:rsidR="000A7B6D">
        <w:rPr>
          <w:rFonts w:ascii="Arial" w:hAnsi="Arial" w:cs="Arial"/>
          <w:sz w:val="22"/>
          <w:lang w:val="hr-BA"/>
        </w:rPr>
        <w:t>,</w:t>
      </w:r>
      <w:r w:rsidR="001318F9" w:rsidRPr="002D471C">
        <w:rPr>
          <w:rFonts w:ascii="Arial" w:hAnsi="Arial" w:cs="Arial"/>
          <w:sz w:val="22"/>
          <w:lang w:val="hr-BA"/>
        </w:rPr>
        <w:t xml:space="preserve"> obrazac KP</w:t>
      </w:r>
      <w:r w:rsidR="006971D8" w:rsidRPr="002D471C">
        <w:rPr>
          <w:rFonts w:ascii="Arial" w:hAnsi="Arial" w:cs="Arial"/>
          <w:sz w:val="22"/>
          <w:lang w:val="hr-BA"/>
        </w:rPr>
        <w:t xml:space="preserve"> </w:t>
      </w:r>
      <w:r w:rsidR="001318F9" w:rsidRPr="001D0EF8">
        <w:rPr>
          <w:rFonts w:ascii="Arial" w:hAnsi="Arial" w:cs="Arial"/>
          <w:sz w:val="22"/>
          <w:lang w:val="hr-BA"/>
        </w:rPr>
        <w:t>2</w:t>
      </w:r>
      <w:r w:rsidR="00E960F7" w:rsidRPr="001D0EF8">
        <w:rPr>
          <w:rFonts w:ascii="Arial" w:hAnsi="Arial" w:cs="Arial"/>
          <w:sz w:val="22"/>
          <w:lang w:val="hr-BA"/>
        </w:rPr>
        <w:t xml:space="preserve"> </w:t>
      </w:r>
      <w:r w:rsidR="000A7B6D" w:rsidRPr="001D0EF8">
        <w:rPr>
          <w:rFonts w:ascii="Arial" w:hAnsi="Arial" w:cs="Arial"/>
          <w:sz w:val="22"/>
          <w:lang w:val="hr-BA"/>
        </w:rPr>
        <w:t xml:space="preserve"> i obrazac KP 6 </w:t>
      </w:r>
      <w:r w:rsidR="006E14E4" w:rsidRPr="001D0EF8">
        <w:rPr>
          <w:rFonts w:ascii="Arial" w:hAnsi="Arial" w:cs="Arial"/>
          <w:sz w:val="22"/>
          <w:lang w:val="hr-BA"/>
        </w:rPr>
        <w:t>se dostavlja</w:t>
      </w:r>
      <w:r w:rsidR="00AD2497" w:rsidRPr="001D0EF8">
        <w:rPr>
          <w:rFonts w:ascii="Arial" w:hAnsi="Arial" w:cs="Arial"/>
          <w:sz w:val="22"/>
          <w:lang w:val="hr-BA"/>
        </w:rPr>
        <w:t xml:space="preserve"> do 31. siječnja naredne godine sa stanjem na dan 31. prosinac prethodne godine.</w:t>
      </w:r>
      <w:r w:rsidR="002D471C" w:rsidRPr="001D0EF8">
        <w:rPr>
          <w:rFonts w:ascii="Arial" w:hAnsi="Arial" w:cs="Arial"/>
          <w:sz w:val="22"/>
          <w:lang w:val="hr-BA"/>
        </w:rPr>
        <w:t xml:space="preserve"> </w:t>
      </w:r>
    </w:p>
    <w:p w14:paraId="64DDC084" w14:textId="5D76D8C8" w:rsidR="00E960F7" w:rsidRPr="001D0EF8" w:rsidRDefault="005B405E" w:rsidP="005B405E">
      <w:pPr>
        <w:ind w:left="0"/>
        <w:rPr>
          <w:rFonts w:ascii="Arial" w:hAnsi="Arial" w:cs="Arial"/>
          <w:sz w:val="22"/>
          <w:lang w:val="hr-BA"/>
        </w:rPr>
      </w:pPr>
      <w:r w:rsidRPr="001D0EF8">
        <w:rPr>
          <w:rFonts w:ascii="Arial" w:hAnsi="Arial" w:cs="Arial"/>
          <w:sz w:val="22"/>
          <w:lang w:val="hr-BA"/>
        </w:rPr>
        <w:t xml:space="preserve">(2) </w:t>
      </w:r>
      <w:r w:rsidR="00E960F7" w:rsidRPr="001D0EF8">
        <w:rPr>
          <w:rFonts w:ascii="Arial" w:hAnsi="Arial" w:cs="Arial"/>
          <w:sz w:val="22"/>
          <w:lang w:val="hr-BA"/>
        </w:rPr>
        <w:t>Obrazac KP</w:t>
      </w:r>
      <w:r w:rsidRPr="001D0EF8">
        <w:rPr>
          <w:rFonts w:ascii="Arial" w:hAnsi="Arial" w:cs="Arial"/>
          <w:sz w:val="22"/>
          <w:lang w:val="hr-BA"/>
        </w:rPr>
        <w:t xml:space="preserve"> </w:t>
      </w:r>
      <w:r w:rsidR="001318F9" w:rsidRPr="001D0EF8">
        <w:rPr>
          <w:rFonts w:ascii="Arial" w:hAnsi="Arial" w:cs="Arial"/>
          <w:sz w:val="22"/>
          <w:lang w:val="hr-BA"/>
        </w:rPr>
        <w:t>3</w:t>
      </w:r>
      <w:r w:rsidR="00E960F7" w:rsidRPr="001D0EF8">
        <w:rPr>
          <w:rFonts w:ascii="Arial" w:hAnsi="Arial" w:cs="Arial"/>
          <w:sz w:val="22"/>
          <w:lang w:val="hr-BA"/>
        </w:rPr>
        <w:t xml:space="preserve"> </w:t>
      </w:r>
      <w:r w:rsidR="001318F9" w:rsidRPr="001D0EF8">
        <w:rPr>
          <w:rFonts w:ascii="Arial" w:hAnsi="Arial" w:cs="Arial"/>
          <w:sz w:val="22"/>
          <w:lang w:val="hr-BA"/>
        </w:rPr>
        <w:t xml:space="preserve">se dostavlja </w:t>
      </w:r>
      <w:r w:rsidR="00E960F7" w:rsidRPr="001D0EF8">
        <w:rPr>
          <w:rFonts w:ascii="Arial" w:hAnsi="Arial" w:cs="Arial"/>
          <w:sz w:val="22"/>
          <w:lang w:val="hr-BA"/>
        </w:rPr>
        <w:t>u  roku od 30 dana od dana isteka roka od jedne godine, odnosno u roku od 30 dana od dana zaključenja naknadnog ugovora kojim je rok plaćanja, naplate, uvoza ili izvoza produžen preko jedne godine, ako je taj ugovor zaključen prije isteka roka od jedne godine.</w:t>
      </w:r>
    </w:p>
    <w:p w14:paraId="7970BBC4" w14:textId="596C202B" w:rsidR="00E960F7" w:rsidRPr="001D0EF8" w:rsidRDefault="005B405E" w:rsidP="005B405E">
      <w:pPr>
        <w:ind w:left="0"/>
        <w:rPr>
          <w:rFonts w:ascii="Arial" w:hAnsi="Arial" w:cs="Arial"/>
          <w:sz w:val="22"/>
          <w:lang w:val="hr-BA"/>
        </w:rPr>
      </w:pPr>
      <w:r w:rsidRPr="001D0EF8">
        <w:rPr>
          <w:rFonts w:ascii="Arial" w:hAnsi="Arial" w:cs="Arial"/>
          <w:sz w:val="22"/>
          <w:lang w:val="hr-BA"/>
        </w:rPr>
        <w:t xml:space="preserve">(3) </w:t>
      </w:r>
      <w:r w:rsidR="00E960F7" w:rsidRPr="001D0EF8">
        <w:rPr>
          <w:rFonts w:ascii="Arial" w:hAnsi="Arial" w:cs="Arial"/>
          <w:sz w:val="22"/>
          <w:lang w:val="hr-BA"/>
        </w:rPr>
        <w:t>Obrazac KP</w:t>
      </w:r>
      <w:r w:rsidR="006E14E4" w:rsidRPr="001D0EF8">
        <w:rPr>
          <w:rFonts w:ascii="Arial" w:hAnsi="Arial" w:cs="Arial"/>
          <w:sz w:val="22"/>
          <w:lang w:val="hr-BA"/>
        </w:rPr>
        <w:t xml:space="preserve"> </w:t>
      </w:r>
      <w:r w:rsidR="000A1C8F" w:rsidRPr="001D0EF8">
        <w:rPr>
          <w:rFonts w:ascii="Arial" w:hAnsi="Arial" w:cs="Arial"/>
          <w:sz w:val="22"/>
          <w:lang w:val="hr-BA"/>
        </w:rPr>
        <w:t>4</w:t>
      </w:r>
      <w:r w:rsidR="00E960F7" w:rsidRPr="001D0EF8">
        <w:rPr>
          <w:rFonts w:ascii="Arial" w:hAnsi="Arial" w:cs="Arial"/>
          <w:sz w:val="22"/>
          <w:lang w:val="hr-BA"/>
        </w:rPr>
        <w:t xml:space="preserve"> dostavlja se jednom godišnje, najkasnije do 31. </w:t>
      </w:r>
      <w:r w:rsidRPr="001D0EF8">
        <w:rPr>
          <w:rFonts w:ascii="Arial" w:hAnsi="Arial" w:cs="Arial"/>
          <w:sz w:val="22"/>
          <w:lang w:val="hr-BA"/>
        </w:rPr>
        <w:t>siječnja</w:t>
      </w:r>
      <w:r w:rsidR="00E960F7" w:rsidRPr="001D0EF8">
        <w:rPr>
          <w:rFonts w:ascii="Arial" w:hAnsi="Arial" w:cs="Arial"/>
          <w:sz w:val="22"/>
          <w:lang w:val="hr-BA"/>
        </w:rPr>
        <w:t xml:space="preserve"> tekuće godine, sa stanjem na dan 31. </w:t>
      </w:r>
      <w:r w:rsidRPr="001D0EF8">
        <w:rPr>
          <w:rFonts w:ascii="Arial" w:hAnsi="Arial" w:cs="Arial"/>
          <w:sz w:val="22"/>
          <w:lang w:val="hr-BA"/>
        </w:rPr>
        <w:t>prosinac</w:t>
      </w:r>
      <w:r w:rsidR="00E960F7" w:rsidRPr="001D0EF8">
        <w:rPr>
          <w:rFonts w:ascii="Arial" w:hAnsi="Arial" w:cs="Arial"/>
          <w:sz w:val="22"/>
          <w:lang w:val="hr-BA"/>
        </w:rPr>
        <w:t xml:space="preserve"> prethodne godine, za sve kreditne poslove </w:t>
      </w:r>
      <w:r w:rsidR="006E14E4" w:rsidRPr="001D0EF8">
        <w:rPr>
          <w:rFonts w:ascii="Arial" w:hAnsi="Arial" w:cs="Arial"/>
          <w:sz w:val="22"/>
          <w:lang w:val="hr-BA"/>
        </w:rPr>
        <w:t>koji se odnose na aktivirane bankarske garancije ili jamstva ili druga sredstva osiguranja.</w:t>
      </w:r>
    </w:p>
    <w:p w14:paraId="79363E05" w14:textId="336756B6" w:rsidR="000A1C8F" w:rsidRPr="001D0EF8" w:rsidRDefault="005B405E" w:rsidP="005B405E">
      <w:pPr>
        <w:ind w:left="0"/>
        <w:rPr>
          <w:rFonts w:ascii="Arial" w:hAnsi="Arial" w:cs="Arial"/>
          <w:sz w:val="22"/>
          <w:lang w:val="hr-BA"/>
        </w:rPr>
      </w:pPr>
      <w:r w:rsidRPr="001D0EF8">
        <w:rPr>
          <w:rFonts w:ascii="Arial" w:hAnsi="Arial" w:cs="Arial"/>
          <w:sz w:val="22"/>
          <w:lang w:val="hr-BA"/>
        </w:rPr>
        <w:t xml:space="preserve">(4) </w:t>
      </w:r>
      <w:r w:rsidR="000A1C8F" w:rsidRPr="001D0EF8">
        <w:rPr>
          <w:rFonts w:ascii="Arial" w:hAnsi="Arial" w:cs="Arial"/>
          <w:sz w:val="22"/>
          <w:lang w:val="hr-BA"/>
        </w:rPr>
        <w:t>Obrazac KP 5 dostavlja se u roku od 30 dana od dana nastanka promjene podataka koji su prethodno uneseni u Registar</w:t>
      </w:r>
      <w:r w:rsidR="000A7B6D" w:rsidRPr="001D0EF8">
        <w:rPr>
          <w:rFonts w:ascii="Arial" w:hAnsi="Arial" w:cs="Arial"/>
          <w:sz w:val="22"/>
          <w:lang w:val="hr-BA"/>
        </w:rPr>
        <w:t xml:space="preserve"> i isti ne može predstavljati prijavu novog kreditnog posla. </w:t>
      </w:r>
    </w:p>
    <w:p w14:paraId="184B0F2F" w14:textId="6A19940D" w:rsidR="001D0EF8" w:rsidRPr="005B405E" w:rsidRDefault="001D0EF8" w:rsidP="005B405E">
      <w:pPr>
        <w:ind w:left="0"/>
        <w:rPr>
          <w:rFonts w:ascii="Arial" w:hAnsi="Arial" w:cs="Arial"/>
          <w:sz w:val="22"/>
          <w:lang w:val="hr-BA"/>
        </w:rPr>
      </w:pPr>
      <w:r w:rsidRPr="001D0EF8">
        <w:rPr>
          <w:rFonts w:ascii="Arial" w:hAnsi="Arial" w:cs="Arial"/>
          <w:sz w:val="22"/>
          <w:lang w:val="hr-BA"/>
        </w:rPr>
        <w:t>(5) Obrazac KP 7 dostavlja se u roku od 30 dana od okončanja realizacije po</w:t>
      </w:r>
      <w:r>
        <w:rPr>
          <w:rFonts w:ascii="Arial" w:hAnsi="Arial" w:cs="Arial"/>
          <w:sz w:val="22"/>
          <w:lang w:val="hr-BA"/>
        </w:rPr>
        <w:t xml:space="preserve"> evidentiranom poslu izvoza i uvoza robe ili usluga. </w:t>
      </w:r>
    </w:p>
    <w:p w14:paraId="48C3CD35" w14:textId="35173D42" w:rsidR="000A1C8F" w:rsidRPr="005B405E" w:rsidRDefault="005B405E" w:rsidP="005B405E">
      <w:pPr>
        <w:ind w:left="0"/>
        <w:rPr>
          <w:rFonts w:ascii="Arial" w:hAnsi="Arial" w:cs="Arial"/>
          <w:sz w:val="22"/>
          <w:lang w:val="hr-BA"/>
        </w:rPr>
      </w:pPr>
      <w:r>
        <w:rPr>
          <w:rFonts w:ascii="Arial" w:hAnsi="Arial" w:cs="Arial"/>
          <w:sz w:val="22"/>
          <w:lang w:val="hr-BA"/>
        </w:rPr>
        <w:lastRenderedPageBreak/>
        <w:t>(</w:t>
      </w:r>
      <w:r w:rsidR="004B54A1">
        <w:rPr>
          <w:rFonts w:ascii="Arial" w:hAnsi="Arial" w:cs="Arial"/>
          <w:sz w:val="22"/>
          <w:lang w:val="hr-BA"/>
        </w:rPr>
        <w:t>6</w:t>
      </w:r>
      <w:r>
        <w:rPr>
          <w:rFonts w:ascii="Arial" w:hAnsi="Arial" w:cs="Arial"/>
          <w:sz w:val="22"/>
          <w:lang w:val="hr-BA"/>
        </w:rPr>
        <w:t xml:space="preserve">) </w:t>
      </w:r>
      <w:r w:rsidR="000A1C8F" w:rsidRPr="005B405E">
        <w:rPr>
          <w:rFonts w:ascii="Arial" w:hAnsi="Arial" w:cs="Arial"/>
          <w:sz w:val="22"/>
          <w:lang w:val="hr-BA"/>
        </w:rPr>
        <w:t>Obveznici izvještavanja mogu u slučaju tehničke greške izvršiti ispravku ili dopunu prethodno dostavljenih podataka ako utvrd</w:t>
      </w:r>
      <w:r>
        <w:rPr>
          <w:rFonts w:ascii="Arial" w:hAnsi="Arial" w:cs="Arial"/>
          <w:sz w:val="22"/>
          <w:lang w:val="hr-BA"/>
        </w:rPr>
        <w:t>e</w:t>
      </w:r>
      <w:r w:rsidR="000A1C8F" w:rsidRPr="005B405E">
        <w:rPr>
          <w:rFonts w:ascii="Arial" w:hAnsi="Arial" w:cs="Arial"/>
          <w:sz w:val="22"/>
          <w:lang w:val="hr-BA"/>
        </w:rPr>
        <w:t xml:space="preserve"> da je dostavljeni obrazac sadržavao netočan, nepotpun ili neažuriran podatak. Ispravka prethodno dostavljenog obrasca iz član</w:t>
      </w:r>
      <w:r>
        <w:rPr>
          <w:rFonts w:ascii="Arial" w:hAnsi="Arial" w:cs="Arial"/>
          <w:sz w:val="22"/>
          <w:lang w:val="hr-BA"/>
        </w:rPr>
        <w:t>k</w:t>
      </w:r>
      <w:r w:rsidR="000A1C8F" w:rsidRPr="005B405E">
        <w:rPr>
          <w:rFonts w:ascii="Arial" w:hAnsi="Arial" w:cs="Arial"/>
          <w:sz w:val="22"/>
          <w:lang w:val="hr-BA"/>
        </w:rPr>
        <w:t>a 6. ovog</w:t>
      </w:r>
      <w:r w:rsidR="00F10A8B">
        <w:rPr>
          <w:rFonts w:ascii="Arial" w:hAnsi="Arial" w:cs="Arial"/>
          <w:sz w:val="22"/>
          <w:lang w:val="hr-BA"/>
        </w:rPr>
        <w:t>a</w:t>
      </w:r>
      <w:r w:rsidR="000A1C8F" w:rsidRPr="005B405E">
        <w:rPr>
          <w:rFonts w:ascii="Arial" w:hAnsi="Arial" w:cs="Arial"/>
          <w:sz w:val="22"/>
          <w:lang w:val="hr-BA"/>
        </w:rPr>
        <w:t xml:space="preserve"> Pravilnika se može izvršiti najkasnije do kraja tekuće godine u kojoj je izvršena prijava kreditnog posla, te se takva ispravka smatra novim kreditnim poslom.</w:t>
      </w:r>
    </w:p>
    <w:p w14:paraId="380A1501" w14:textId="29101C47" w:rsidR="00AD2497" w:rsidRDefault="005B405E" w:rsidP="005B405E">
      <w:pPr>
        <w:ind w:left="0"/>
        <w:rPr>
          <w:rFonts w:ascii="Arial" w:hAnsi="Arial" w:cs="Arial"/>
          <w:sz w:val="22"/>
          <w:lang w:val="hr-BA"/>
        </w:rPr>
      </w:pPr>
      <w:r>
        <w:rPr>
          <w:rFonts w:ascii="Arial" w:hAnsi="Arial" w:cs="Arial"/>
          <w:sz w:val="22"/>
          <w:lang w:val="hr-BA"/>
        </w:rPr>
        <w:t>(</w:t>
      </w:r>
      <w:r w:rsidR="004B54A1">
        <w:rPr>
          <w:rFonts w:ascii="Arial" w:hAnsi="Arial" w:cs="Arial"/>
          <w:sz w:val="22"/>
          <w:lang w:val="hr-BA"/>
        </w:rPr>
        <w:t>7</w:t>
      </w:r>
      <w:r>
        <w:rPr>
          <w:rFonts w:ascii="Arial" w:hAnsi="Arial" w:cs="Arial"/>
          <w:sz w:val="22"/>
          <w:lang w:val="hr-BA"/>
        </w:rPr>
        <w:t xml:space="preserve">) </w:t>
      </w:r>
      <w:r w:rsidR="00AD2497" w:rsidRPr="005B405E">
        <w:rPr>
          <w:rFonts w:ascii="Arial" w:hAnsi="Arial" w:cs="Arial"/>
          <w:sz w:val="22"/>
          <w:lang w:val="hr-BA"/>
        </w:rPr>
        <w:t>Ministarstvo može ukoliko ocijeni potrebnim</w:t>
      </w:r>
      <w:r w:rsidR="002B364D" w:rsidRPr="005B405E">
        <w:rPr>
          <w:rFonts w:ascii="Arial" w:hAnsi="Arial" w:cs="Arial"/>
          <w:sz w:val="22"/>
          <w:lang w:val="hr-BA"/>
        </w:rPr>
        <w:t xml:space="preserve"> u skladu sa ovim Pravilnikom</w:t>
      </w:r>
      <w:r w:rsidR="00AD2497" w:rsidRPr="005B405E">
        <w:rPr>
          <w:rFonts w:ascii="Arial" w:hAnsi="Arial" w:cs="Arial"/>
          <w:sz w:val="22"/>
          <w:lang w:val="hr-BA"/>
        </w:rPr>
        <w:t xml:space="preserve"> tražiti na uvid dokumentaciju vezanu </w:t>
      </w:r>
      <w:r>
        <w:rPr>
          <w:rFonts w:ascii="Arial" w:hAnsi="Arial" w:cs="Arial"/>
          <w:sz w:val="22"/>
          <w:lang w:val="hr-BA"/>
        </w:rPr>
        <w:t xml:space="preserve">za </w:t>
      </w:r>
      <w:r w:rsidR="00AD2497" w:rsidRPr="005B405E">
        <w:rPr>
          <w:rFonts w:ascii="Arial" w:hAnsi="Arial" w:cs="Arial"/>
          <w:sz w:val="22"/>
          <w:lang w:val="hr-BA"/>
        </w:rPr>
        <w:t>pojedinačni kreditni posao</w:t>
      </w:r>
      <w:r w:rsidR="002B364D" w:rsidRPr="005B405E">
        <w:rPr>
          <w:rFonts w:ascii="Arial" w:hAnsi="Arial" w:cs="Arial"/>
          <w:sz w:val="22"/>
          <w:lang w:val="hr-BA"/>
        </w:rPr>
        <w:t xml:space="preserve"> na način opisan u </w:t>
      </w:r>
      <w:r w:rsidR="002B364D" w:rsidRPr="002D471C">
        <w:rPr>
          <w:rFonts w:ascii="Arial" w:hAnsi="Arial" w:cs="Arial"/>
          <w:sz w:val="22"/>
          <w:lang w:val="hr-BA"/>
        </w:rPr>
        <w:t>član</w:t>
      </w:r>
      <w:r w:rsidRPr="002D471C">
        <w:rPr>
          <w:rFonts w:ascii="Arial" w:hAnsi="Arial" w:cs="Arial"/>
          <w:sz w:val="22"/>
          <w:lang w:val="hr-BA"/>
        </w:rPr>
        <w:t>k</w:t>
      </w:r>
      <w:r w:rsidR="002B364D" w:rsidRPr="002D471C">
        <w:rPr>
          <w:rFonts w:ascii="Arial" w:hAnsi="Arial" w:cs="Arial"/>
          <w:sz w:val="22"/>
          <w:lang w:val="hr-BA"/>
        </w:rPr>
        <w:t>u 1</w:t>
      </w:r>
      <w:r w:rsidRPr="002D471C">
        <w:rPr>
          <w:rFonts w:ascii="Arial" w:hAnsi="Arial" w:cs="Arial"/>
          <w:sz w:val="22"/>
          <w:lang w:val="hr-BA"/>
        </w:rPr>
        <w:t>1</w:t>
      </w:r>
      <w:r w:rsidR="002B364D" w:rsidRPr="002D471C">
        <w:rPr>
          <w:rFonts w:ascii="Arial" w:hAnsi="Arial" w:cs="Arial"/>
          <w:sz w:val="22"/>
          <w:lang w:val="hr-BA"/>
        </w:rPr>
        <w:t>. ovog</w:t>
      </w:r>
      <w:r w:rsidR="00F10A8B">
        <w:rPr>
          <w:rFonts w:ascii="Arial" w:hAnsi="Arial" w:cs="Arial"/>
          <w:sz w:val="22"/>
          <w:lang w:val="hr-BA"/>
        </w:rPr>
        <w:t>a</w:t>
      </w:r>
      <w:r w:rsidR="002B364D" w:rsidRPr="005B405E">
        <w:rPr>
          <w:rFonts w:ascii="Arial" w:hAnsi="Arial" w:cs="Arial"/>
          <w:sz w:val="22"/>
          <w:lang w:val="hr-BA"/>
        </w:rPr>
        <w:t xml:space="preserve"> Pravilnika.</w:t>
      </w:r>
    </w:p>
    <w:p w14:paraId="77627382" w14:textId="52D88F8E" w:rsidR="008B1365" w:rsidRDefault="008B1365" w:rsidP="005B405E">
      <w:pPr>
        <w:ind w:left="0"/>
        <w:rPr>
          <w:rFonts w:ascii="Arial" w:hAnsi="Arial" w:cs="Arial"/>
          <w:sz w:val="22"/>
          <w:lang w:val="hr-BA"/>
        </w:rPr>
      </w:pPr>
      <w:r w:rsidRPr="004B54A1">
        <w:rPr>
          <w:rFonts w:ascii="Arial" w:hAnsi="Arial" w:cs="Arial"/>
          <w:sz w:val="22"/>
          <w:lang w:val="hr-BA"/>
        </w:rPr>
        <w:t>(</w:t>
      </w:r>
      <w:r w:rsidR="004B54A1">
        <w:rPr>
          <w:rFonts w:ascii="Arial" w:hAnsi="Arial" w:cs="Arial"/>
          <w:sz w:val="22"/>
          <w:lang w:val="hr-BA"/>
        </w:rPr>
        <w:t>8</w:t>
      </w:r>
      <w:r w:rsidRPr="004B54A1">
        <w:rPr>
          <w:rFonts w:ascii="Arial" w:hAnsi="Arial" w:cs="Arial"/>
          <w:sz w:val="22"/>
          <w:lang w:val="hr-BA"/>
        </w:rPr>
        <w:t xml:space="preserve">) </w:t>
      </w:r>
      <w:r w:rsidR="00F10A8B" w:rsidRPr="004B54A1">
        <w:rPr>
          <w:rFonts w:ascii="Arial" w:hAnsi="Arial" w:cs="Arial"/>
          <w:sz w:val="22"/>
          <w:lang w:val="hr-BA"/>
        </w:rPr>
        <w:t>Ministarstvo će, najkasnije do kraja ožujka tekuće godine evidentirati izvještaje iz članka 6. stavka (1) toč. a)</w:t>
      </w:r>
      <w:r w:rsidR="00BE42F1" w:rsidRPr="004B54A1">
        <w:rPr>
          <w:rFonts w:ascii="Arial" w:hAnsi="Arial" w:cs="Arial"/>
          <w:sz w:val="22"/>
          <w:lang w:val="hr-BA"/>
        </w:rPr>
        <w:t xml:space="preserve">, </w:t>
      </w:r>
      <w:r w:rsidR="00F10A8B" w:rsidRPr="004B54A1">
        <w:rPr>
          <w:rFonts w:ascii="Arial" w:hAnsi="Arial" w:cs="Arial"/>
          <w:sz w:val="22"/>
          <w:lang w:val="hr-BA"/>
        </w:rPr>
        <w:t>b)</w:t>
      </w:r>
      <w:r w:rsidR="00BE42F1" w:rsidRPr="004B54A1">
        <w:rPr>
          <w:rFonts w:ascii="Arial" w:hAnsi="Arial" w:cs="Arial"/>
          <w:sz w:val="22"/>
          <w:lang w:val="hr-BA"/>
        </w:rPr>
        <w:t xml:space="preserve">, d) </w:t>
      </w:r>
      <w:r w:rsidR="004B54A1">
        <w:rPr>
          <w:rFonts w:ascii="Arial" w:hAnsi="Arial" w:cs="Arial"/>
          <w:sz w:val="22"/>
          <w:lang w:val="hr-BA"/>
        </w:rPr>
        <w:t>i</w:t>
      </w:r>
      <w:r w:rsidR="00BE42F1" w:rsidRPr="004B54A1">
        <w:rPr>
          <w:rFonts w:ascii="Arial" w:hAnsi="Arial" w:cs="Arial"/>
          <w:sz w:val="22"/>
          <w:lang w:val="hr-BA"/>
        </w:rPr>
        <w:t xml:space="preserve"> f)</w:t>
      </w:r>
      <w:r w:rsidR="00F10A8B" w:rsidRPr="004B54A1">
        <w:rPr>
          <w:rFonts w:ascii="Arial" w:hAnsi="Arial" w:cs="Arial"/>
          <w:sz w:val="22"/>
          <w:lang w:val="hr-BA"/>
        </w:rPr>
        <w:t xml:space="preserve"> ovoga Pravilnika</w:t>
      </w:r>
      <w:r w:rsidR="00BE42F1" w:rsidRPr="004B54A1">
        <w:rPr>
          <w:rFonts w:ascii="Arial" w:hAnsi="Arial" w:cs="Arial"/>
          <w:sz w:val="22"/>
          <w:lang w:val="hr-BA"/>
        </w:rPr>
        <w:t xml:space="preserve"> dostavljene za prethodnu godinu</w:t>
      </w:r>
      <w:r w:rsidR="00F10A8B" w:rsidRPr="004B54A1">
        <w:rPr>
          <w:rFonts w:ascii="Arial" w:hAnsi="Arial" w:cs="Arial"/>
          <w:sz w:val="22"/>
          <w:lang w:val="hr-BA"/>
        </w:rPr>
        <w:t>.</w:t>
      </w:r>
      <w:r w:rsidR="00F10A8B">
        <w:rPr>
          <w:rFonts w:ascii="Arial" w:hAnsi="Arial" w:cs="Arial"/>
          <w:sz w:val="22"/>
          <w:lang w:val="hr-BA"/>
        </w:rPr>
        <w:t xml:space="preserve"> </w:t>
      </w:r>
    </w:p>
    <w:p w14:paraId="0C68B036" w14:textId="77777777" w:rsidR="006F083B" w:rsidRDefault="006F083B" w:rsidP="00173D56">
      <w:pPr>
        <w:pStyle w:val="ListParagraph"/>
        <w:ind w:left="0"/>
        <w:jc w:val="center"/>
        <w:rPr>
          <w:rFonts w:ascii="Arial" w:hAnsi="Arial" w:cs="Arial"/>
          <w:b/>
          <w:sz w:val="22"/>
          <w:lang w:val="hr-BA"/>
        </w:rPr>
      </w:pPr>
    </w:p>
    <w:p w14:paraId="39590F71" w14:textId="49A319E6" w:rsidR="00AF1B2F" w:rsidRPr="002D471C" w:rsidRDefault="00AF1B2F" w:rsidP="006971D8">
      <w:pPr>
        <w:spacing w:before="0" w:after="0"/>
        <w:ind w:left="0"/>
        <w:jc w:val="center"/>
        <w:rPr>
          <w:rFonts w:ascii="Arial" w:hAnsi="Arial" w:cs="Arial"/>
          <w:b/>
          <w:sz w:val="22"/>
          <w:lang w:val="hr-BA"/>
        </w:rPr>
      </w:pPr>
      <w:r w:rsidRPr="002D471C">
        <w:rPr>
          <w:rFonts w:ascii="Arial" w:hAnsi="Arial" w:cs="Arial"/>
          <w:b/>
          <w:sz w:val="22"/>
          <w:lang w:val="hr-BA"/>
        </w:rPr>
        <w:t>Član</w:t>
      </w:r>
      <w:r w:rsidR="006971D8" w:rsidRPr="002D471C">
        <w:rPr>
          <w:rFonts w:ascii="Arial" w:hAnsi="Arial" w:cs="Arial"/>
          <w:b/>
          <w:sz w:val="22"/>
          <w:lang w:val="hr-BA"/>
        </w:rPr>
        <w:t>ak</w:t>
      </w:r>
      <w:r w:rsidRPr="002D471C">
        <w:rPr>
          <w:rFonts w:ascii="Arial" w:hAnsi="Arial" w:cs="Arial"/>
          <w:b/>
          <w:sz w:val="22"/>
          <w:lang w:val="hr-BA"/>
        </w:rPr>
        <w:t xml:space="preserve"> </w:t>
      </w:r>
      <w:r w:rsidR="009216F8" w:rsidRPr="002D471C">
        <w:rPr>
          <w:rFonts w:ascii="Arial" w:hAnsi="Arial" w:cs="Arial"/>
          <w:b/>
          <w:sz w:val="22"/>
          <w:lang w:val="hr-BA"/>
        </w:rPr>
        <w:t>8</w:t>
      </w:r>
      <w:r w:rsidRPr="002D471C">
        <w:rPr>
          <w:rFonts w:ascii="Arial" w:hAnsi="Arial" w:cs="Arial"/>
          <w:b/>
          <w:sz w:val="22"/>
          <w:lang w:val="hr-BA"/>
        </w:rPr>
        <w:t>.</w:t>
      </w:r>
    </w:p>
    <w:p w14:paraId="11256533" w14:textId="6FB0820D" w:rsidR="006971D8" w:rsidRPr="002D471C" w:rsidRDefault="006971D8" w:rsidP="006971D8">
      <w:pPr>
        <w:spacing w:before="0" w:after="0"/>
        <w:ind w:left="0"/>
        <w:jc w:val="center"/>
        <w:rPr>
          <w:rFonts w:ascii="Arial" w:hAnsi="Arial" w:cs="Arial"/>
          <w:b/>
          <w:sz w:val="22"/>
          <w:lang w:val="hr-BA"/>
        </w:rPr>
      </w:pPr>
      <w:r w:rsidRPr="002D471C">
        <w:rPr>
          <w:rFonts w:ascii="Arial" w:hAnsi="Arial" w:cs="Arial"/>
          <w:b/>
          <w:sz w:val="22"/>
          <w:lang w:val="hr-BA"/>
        </w:rPr>
        <w:t xml:space="preserve">(Evidencijski broj) </w:t>
      </w:r>
    </w:p>
    <w:p w14:paraId="617A176C" w14:textId="77777777" w:rsidR="006971D8" w:rsidRPr="002D471C" w:rsidRDefault="006971D8" w:rsidP="006971D8">
      <w:pPr>
        <w:spacing w:before="0" w:after="0"/>
        <w:ind w:left="0"/>
        <w:jc w:val="center"/>
        <w:rPr>
          <w:rFonts w:ascii="Arial" w:hAnsi="Arial" w:cs="Arial"/>
          <w:b/>
          <w:sz w:val="22"/>
          <w:lang w:val="hr-BA"/>
        </w:rPr>
      </w:pPr>
    </w:p>
    <w:p w14:paraId="5A5CB83B" w14:textId="7F4498D7" w:rsidR="00AF1B2F" w:rsidRPr="002D471C" w:rsidRDefault="006971D8" w:rsidP="006971D8">
      <w:pPr>
        <w:ind w:left="0"/>
        <w:rPr>
          <w:rFonts w:ascii="Arial" w:hAnsi="Arial" w:cs="Arial"/>
          <w:sz w:val="22"/>
          <w:lang w:val="hr-BA"/>
        </w:rPr>
      </w:pPr>
      <w:r w:rsidRPr="002D471C">
        <w:rPr>
          <w:rFonts w:ascii="Arial" w:hAnsi="Arial" w:cs="Arial"/>
          <w:sz w:val="22"/>
          <w:lang w:val="hr-BA"/>
        </w:rPr>
        <w:t xml:space="preserve">(1) </w:t>
      </w:r>
      <w:r w:rsidR="00AF1B2F" w:rsidRPr="002D471C">
        <w:rPr>
          <w:rFonts w:ascii="Arial" w:hAnsi="Arial" w:cs="Arial"/>
          <w:sz w:val="22"/>
          <w:lang w:val="hr-BA"/>
        </w:rPr>
        <w:t>Za svaki kreditni posao za koji je dostavljen obrazac izvještavanja formira se poseban evidencijski broj u Registru koji se koristi u svim naknadnim izvještajima i promjenama podataka za isti kreditni posao.</w:t>
      </w:r>
    </w:p>
    <w:p w14:paraId="32148899" w14:textId="0DB8AC34" w:rsidR="00AF1B2F" w:rsidRPr="002D471C" w:rsidRDefault="006971D8" w:rsidP="006971D8">
      <w:pPr>
        <w:ind w:left="0"/>
        <w:rPr>
          <w:rFonts w:ascii="Arial" w:hAnsi="Arial" w:cs="Arial"/>
          <w:strike/>
          <w:sz w:val="22"/>
          <w:lang w:val="hr-BA"/>
        </w:rPr>
      </w:pPr>
      <w:r w:rsidRPr="002D471C">
        <w:rPr>
          <w:rFonts w:ascii="Arial" w:hAnsi="Arial" w:cs="Arial"/>
          <w:sz w:val="22"/>
          <w:lang w:val="hr-BA"/>
        </w:rPr>
        <w:t xml:space="preserve">(2) </w:t>
      </w:r>
      <w:r w:rsidR="00AF1B2F" w:rsidRPr="002D471C">
        <w:rPr>
          <w:rFonts w:ascii="Arial" w:hAnsi="Arial" w:cs="Arial"/>
          <w:sz w:val="22"/>
          <w:lang w:val="hr-BA"/>
        </w:rPr>
        <w:t>Evidencijski broj služi isključivo za povezivanje podataka u Registru</w:t>
      </w:r>
      <w:r w:rsidR="002D471C" w:rsidRPr="002D471C">
        <w:rPr>
          <w:rFonts w:ascii="Arial" w:hAnsi="Arial" w:cs="Arial"/>
          <w:sz w:val="22"/>
          <w:lang w:val="hr-BA"/>
        </w:rPr>
        <w:t>.</w:t>
      </w:r>
    </w:p>
    <w:p w14:paraId="2712C837" w14:textId="41CA1528" w:rsidR="006971D8" w:rsidRPr="006971D8" w:rsidRDefault="006971D8" w:rsidP="006971D8">
      <w:pPr>
        <w:ind w:left="0"/>
        <w:rPr>
          <w:rFonts w:ascii="Arial" w:hAnsi="Arial" w:cs="Arial"/>
          <w:sz w:val="22"/>
          <w:lang w:val="hr-BA"/>
        </w:rPr>
      </w:pPr>
      <w:r w:rsidRPr="002D471C">
        <w:rPr>
          <w:rFonts w:ascii="Arial" w:hAnsi="Arial" w:cs="Arial"/>
          <w:sz w:val="22"/>
          <w:lang w:val="hr-BA"/>
        </w:rPr>
        <w:t xml:space="preserve">(3) Ministarstvo ne izdaje </w:t>
      </w:r>
      <w:r w:rsidR="00AF1B2F" w:rsidRPr="002D471C">
        <w:rPr>
          <w:rFonts w:ascii="Arial" w:hAnsi="Arial" w:cs="Arial"/>
          <w:sz w:val="22"/>
          <w:lang w:val="hr-BA"/>
        </w:rPr>
        <w:t>potvrd</w:t>
      </w:r>
      <w:r w:rsidRPr="002D471C">
        <w:rPr>
          <w:rFonts w:ascii="Arial" w:hAnsi="Arial" w:cs="Arial"/>
          <w:sz w:val="22"/>
          <w:lang w:val="hr-BA"/>
        </w:rPr>
        <w:t>e</w:t>
      </w:r>
      <w:r w:rsidR="00AF1B2F" w:rsidRPr="002D471C">
        <w:rPr>
          <w:rFonts w:ascii="Arial" w:hAnsi="Arial" w:cs="Arial"/>
          <w:sz w:val="22"/>
          <w:lang w:val="hr-BA"/>
        </w:rPr>
        <w:t xml:space="preserve"> o registraciji, odobrenj</w:t>
      </w:r>
      <w:r w:rsidRPr="002D471C">
        <w:rPr>
          <w:rFonts w:ascii="Arial" w:hAnsi="Arial" w:cs="Arial"/>
          <w:sz w:val="22"/>
          <w:lang w:val="hr-BA"/>
        </w:rPr>
        <w:t>a</w:t>
      </w:r>
      <w:r w:rsidR="00AF1B2F" w:rsidRPr="002D471C">
        <w:rPr>
          <w:rFonts w:ascii="Arial" w:hAnsi="Arial" w:cs="Arial"/>
          <w:sz w:val="22"/>
          <w:lang w:val="hr-BA"/>
        </w:rPr>
        <w:t xml:space="preserve"> niti suglasnost </w:t>
      </w:r>
      <w:r w:rsidRPr="002D471C">
        <w:rPr>
          <w:rFonts w:ascii="Arial" w:hAnsi="Arial" w:cs="Arial"/>
          <w:sz w:val="22"/>
          <w:lang w:val="hr-BA"/>
        </w:rPr>
        <w:t>o kreditnim poslovima</w:t>
      </w:r>
      <w:r w:rsidR="00AF1B2F" w:rsidRPr="002D471C">
        <w:rPr>
          <w:rFonts w:ascii="Arial" w:hAnsi="Arial" w:cs="Arial"/>
          <w:sz w:val="22"/>
          <w:lang w:val="hr-BA"/>
        </w:rPr>
        <w:t>.</w:t>
      </w:r>
    </w:p>
    <w:p w14:paraId="251D5853" w14:textId="77777777" w:rsidR="0040373F" w:rsidRDefault="0040373F" w:rsidP="00173D56">
      <w:pPr>
        <w:ind w:left="0"/>
        <w:jc w:val="center"/>
        <w:rPr>
          <w:rFonts w:ascii="Arial" w:hAnsi="Arial" w:cs="Arial"/>
          <w:b/>
          <w:sz w:val="22"/>
          <w:lang w:val="hr-BA"/>
        </w:rPr>
      </w:pPr>
    </w:p>
    <w:p w14:paraId="5977FCC5" w14:textId="4C532E00" w:rsidR="00E960F7" w:rsidRDefault="00E960F7" w:rsidP="005B405E">
      <w:pPr>
        <w:spacing w:before="0" w:after="0"/>
        <w:ind w:left="0"/>
        <w:jc w:val="center"/>
        <w:rPr>
          <w:rFonts w:ascii="Arial" w:hAnsi="Arial" w:cs="Arial"/>
          <w:b/>
          <w:sz w:val="22"/>
          <w:lang w:val="hr-BA"/>
        </w:rPr>
      </w:pPr>
      <w:r w:rsidRPr="00F60C3B">
        <w:rPr>
          <w:rFonts w:ascii="Arial" w:hAnsi="Arial" w:cs="Arial"/>
          <w:b/>
          <w:sz w:val="22"/>
          <w:lang w:val="hr-BA"/>
        </w:rPr>
        <w:t>Član</w:t>
      </w:r>
      <w:r w:rsidR="005B405E">
        <w:rPr>
          <w:rFonts w:ascii="Arial" w:hAnsi="Arial" w:cs="Arial"/>
          <w:b/>
          <w:sz w:val="22"/>
          <w:lang w:val="hr-BA"/>
        </w:rPr>
        <w:t>ak</w:t>
      </w:r>
      <w:r w:rsidRPr="00F60C3B">
        <w:rPr>
          <w:rFonts w:ascii="Arial" w:hAnsi="Arial" w:cs="Arial"/>
          <w:b/>
          <w:sz w:val="22"/>
          <w:lang w:val="hr-BA"/>
        </w:rPr>
        <w:t xml:space="preserve"> </w:t>
      </w:r>
      <w:r w:rsidR="009216F8">
        <w:rPr>
          <w:rFonts w:ascii="Arial" w:hAnsi="Arial" w:cs="Arial"/>
          <w:b/>
          <w:sz w:val="22"/>
          <w:lang w:val="hr-BA"/>
        </w:rPr>
        <w:t>9</w:t>
      </w:r>
      <w:r w:rsidRPr="00F60C3B">
        <w:rPr>
          <w:rFonts w:ascii="Arial" w:hAnsi="Arial" w:cs="Arial"/>
          <w:b/>
          <w:sz w:val="22"/>
          <w:lang w:val="hr-BA"/>
        </w:rPr>
        <w:t>.</w:t>
      </w:r>
    </w:p>
    <w:p w14:paraId="2E189DED" w14:textId="08354B19" w:rsidR="005B405E" w:rsidRDefault="005B405E" w:rsidP="005B405E">
      <w:pPr>
        <w:spacing w:before="0" w:after="0"/>
        <w:ind w:left="0"/>
        <w:jc w:val="center"/>
        <w:rPr>
          <w:rFonts w:ascii="Arial" w:hAnsi="Arial" w:cs="Arial"/>
          <w:b/>
          <w:sz w:val="22"/>
          <w:lang w:val="hr-BA"/>
        </w:rPr>
      </w:pPr>
      <w:r w:rsidRPr="005B405E">
        <w:rPr>
          <w:rFonts w:ascii="Arial" w:hAnsi="Arial" w:cs="Arial"/>
          <w:b/>
          <w:sz w:val="22"/>
          <w:lang w:val="hr-BA"/>
        </w:rPr>
        <w:t>(Registar)</w:t>
      </w:r>
    </w:p>
    <w:p w14:paraId="7F8EA2A5" w14:textId="77777777" w:rsidR="005B405E" w:rsidRPr="005B405E" w:rsidRDefault="005B405E" w:rsidP="005B405E">
      <w:pPr>
        <w:spacing w:before="0" w:after="0"/>
        <w:ind w:left="0"/>
        <w:jc w:val="center"/>
        <w:rPr>
          <w:rFonts w:ascii="Arial" w:hAnsi="Arial" w:cs="Arial"/>
          <w:b/>
          <w:sz w:val="22"/>
          <w:lang w:val="hr-BA"/>
        </w:rPr>
      </w:pPr>
    </w:p>
    <w:p w14:paraId="31400381" w14:textId="54A731A1" w:rsidR="000E71EC" w:rsidRPr="002D471C" w:rsidRDefault="005B405E" w:rsidP="005B405E">
      <w:pPr>
        <w:ind w:left="0"/>
        <w:rPr>
          <w:rFonts w:ascii="Arial" w:hAnsi="Arial" w:cs="Arial"/>
          <w:sz w:val="22"/>
          <w:lang w:val="hr-BA"/>
        </w:rPr>
      </w:pPr>
      <w:r>
        <w:rPr>
          <w:rFonts w:ascii="Arial" w:hAnsi="Arial" w:cs="Arial"/>
          <w:sz w:val="22"/>
          <w:lang w:val="hr-BA"/>
        </w:rPr>
        <w:t>(1</w:t>
      </w:r>
      <w:r w:rsidRPr="002D471C">
        <w:rPr>
          <w:rFonts w:ascii="Arial" w:hAnsi="Arial" w:cs="Arial"/>
          <w:sz w:val="22"/>
          <w:lang w:val="hr-BA"/>
        </w:rPr>
        <w:t xml:space="preserve">) </w:t>
      </w:r>
      <w:r w:rsidR="00570D3E" w:rsidRPr="002D471C">
        <w:rPr>
          <w:rFonts w:ascii="Arial" w:hAnsi="Arial" w:cs="Arial"/>
          <w:sz w:val="22"/>
          <w:lang w:val="hr-BA"/>
        </w:rPr>
        <w:t>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starstvo vod</w:t>
      </w:r>
      <w:r w:rsidR="00B80945" w:rsidRPr="002D471C">
        <w:rPr>
          <w:rFonts w:ascii="Arial" w:hAnsi="Arial" w:cs="Arial"/>
          <w:sz w:val="22"/>
          <w:lang w:val="hr-BA"/>
        </w:rPr>
        <w:t>i</w:t>
      </w:r>
      <w:r w:rsidR="00570D3E" w:rsidRPr="002D471C">
        <w:rPr>
          <w:rFonts w:ascii="Arial" w:hAnsi="Arial" w:cs="Arial"/>
          <w:sz w:val="22"/>
          <w:lang w:val="hr-BA"/>
        </w:rPr>
        <w:t xml:space="preserve"> Reg</w:t>
      </w:r>
      <w:r w:rsidR="00B80945" w:rsidRPr="002D471C">
        <w:rPr>
          <w:rFonts w:ascii="Arial" w:hAnsi="Arial" w:cs="Arial"/>
          <w:sz w:val="22"/>
          <w:lang w:val="hr-BA"/>
        </w:rPr>
        <w:t>i</w:t>
      </w:r>
      <w:r w:rsidR="00570D3E" w:rsidRPr="002D471C">
        <w:rPr>
          <w:rFonts w:ascii="Arial" w:hAnsi="Arial" w:cs="Arial"/>
          <w:sz w:val="22"/>
          <w:lang w:val="hr-BA"/>
        </w:rPr>
        <w:t>star kao jed</w:t>
      </w:r>
      <w:r w:rsidR="00B80945" w:rsidRPr="002D471C">
        <w:rPr>
          <w:rFonts w:ascii="Arial" w:hAnsi="Arial" w:cs="Arial"/>
          <w:sz w:val="22"/>
          <w:lang w:val="hr-BA"/>
        </w:rPr>
        <w:t>i</w:t>
      </w:r>
      <w:r w:rsidR="00570D3E" w:rsidRPr="002D471C">
        <w:rPr>
          <w:rFonts w:ascii="Arial" w:hAnsi="Arial" w:cs="Arial"/>
          <w:sz w:val="22"/>
          <w:lang w:val="hr-BA"/>
        </w:rPr>
        <w:t xml:space="preserve">nstvenu </w:t>
      </w:r>
      <w:r w:rsidR="00AD2497" w:rsidRPr="002D471C">
        <w:rPr>
          <w:rFonts w:ascii="Arial" w:hAnsi="Arial" w:cs="Arial"/>
          <w:sz w:val="22"/>
          <w:lang w:val="hr-BA"/>
        </w:rPr>
        <w:t>bazu podataka</w:t>
      </w:r>
      <w:r w:rsidR="00570D3E" w:rsidRPr="002D471C">
        <w:rPr>
          <w:rFonts w:ascii="Arial" w:hAnsi="Arial" w:cs="Arial"/>
          <w:sz w:val="22"/>
          <w:lang w:val="hr-BA"/>
        </w:rPr>
        <w:t xml:space="preserve"> </w:t>
      </w:r>
      <w:r w:rsidR="000A1C8F" w:rsidRPr="002D471C">
        <w:rPr>
          <w:rFonts w:ascii="Arial" w:hAnsi="Arial" w:cs="Arial"/>
          <w:sz w:val="22"/>
          <w:lang w:val="hr-BA"/>
        </w:rPr>
        <w:t>o kreditnim poslovima</w:t>
      </w:r>
      <w:r w:rsidRPr="002D471C">
        <w:rPr>
          <w:rFonts w:ascii="Arial" w:hAnsi="Arial" w:cs="Arial"/>
          <w:sz w:val="22"/>
          <w:lang w:val="hr-BA"/>
        </w:rPr>
        <w:t>, a</w:t>
      </w:r>
      <w:r w:rsidR="000A1C8F" w:rsidRPr="002D471C">
        <w:rPr>
          <w:rFonts w:ascii="Arial" w:hAnsi="Arial" w:cs="Arial"/>
          <w:sz w:val="22"/>
          <w:lang w:val="hr-BA"/>
        </w:rPr>
        <w:t xml:space="preserve"> na </w:t>
      </w:r>
      <w:r w:rsidRPr="002D471C">
        <w:rPr>
          <w:rFonts w:ascii="Arial" w:hAnsi="Arial" w:cs="Arial"/>
          <w:sz w:val="22"/>
          <w:lang w:val="hr-BA"/>
        </w:rPr>
        <w:t>temelju</w:t>
      </w:r>
      <w:r w:rsidR="000A1C8F" w:rsidRPr="002D471C">
        <w:rPr>
          <w:rFonts w:ascii="Arial" w:hAnsi="Arial" w:cs="Arial"/>
          <w:sz w:val="22"/>
          <w:lang w:val="hr-BA"/>
        </w:rPr>
        <w:t xml:space="preserve"> podataka prikupljenih evidentiranjem kreditnih poslova.</w:t>
      </w:r>
    </w:p>
    <w:p w14:paraId="7FD342ED" w14:textId="52DC9560" w:rsidR="000E71EC" w:rsidRPr="002D471C" w:rsidRDefault="005B405E" w:rsidP="005B405E">
      <w:pPr>
        <w:ind w:left="0"/>
        <w:rPr>
          <w:rFonts w:ascii="Arial" w:hAnsi="Arial" w:cs="Arial"/>
          <w:sz w:val="22"/>
          <w:lang w:val="hr-BA"/>
        </w:rPr>
      </w:pPr>
      <w:r w:rsidRPr="002D471C">
        <w:rPr>
          <w:rFonts w:ascii="Arial" w:hAnsi="Arial" w:cs="Arial"/>
          <w:sz w:val="22"/>
          <w:lang w:val="hr-BA"/>
        </w:rPr>
        <w:t xml:space="preserve">(2) </w:t>
      </w:r>
      <w:r w:rsidR="00570D3E" w:rsidRPr="002D471C">
        <w:rPr>
          <w:rFonts w:ascii="Arial" w:hAnsi="Arial" w:cs="Arial"/>
          <w:sz w:val="22"/>
          <w:lang w:val="hr-BA"/>
        </w:rPr>
        <w:t>Reg</w:t>
      </w:r>
      <w:r w:rsidR="00B80945" w:rsidRPr="002D471C">
        <w:rPr>
          <w:rFonts w:ascii="Arial" w:hAnsi="Arial" w:cs="Arial"/>
          <w:sz w:val="22"/>
          <w:lang w:val="hr-BA"/>
        </w:rPr>
        <w:t>i</w:t>
      </w:r>
      <w:r w:rsidR="00570D3E" w:rsidRPr="002D471C">
        <w:rPr>
          <w:rFonts w:ascii="Arial" w:hAnsi="Arial" w:cs="Arial"/>
          <w:sz w:val="22"/>
          <w:lang w:val="hr-BA"/>
        </w:rPr>
        <w:t>star se vod</w:t>
      </w:r>
      <w:r w:rsidR="00B80945" w:rsidRPr="002D471C">
        <w:rPr>
          <w:rFonts w:ascii="Arial" w:hAnsi="Arial" w:cs="Arial"/>
          <w:sz w:val="22"/>
          <w:lang w:val="hr-BA"/>
        </w:rPr>
        <w:t>i</w:t>
      </w:r>
      <w:r w:rsidR="00570D3E" w:rsidRPr="002D471C">
        <w:rPr>
          <w:rFonts w:ascii="Arial" w:hAnsi="Arial" w:cs="Arial"/>
          <w:sz w:val="22"/>
          <w:lang w:val="hr-BA"/>
        </w:rPr>
        <w:t xml:space="preserve"> u elektron</w:t>
      </w:r>
      <w:r w:rsidRPr="002D471C">
        <w:rPr>
          <w:rFonts w:ascii="Arial" w:hAnsi="Arial" w:cs="Arial"/>
          <w:sz w:val="22"/>
          <w:lang w:val="hr-BA"/>
        </w:rPr>
        <w:t>ičkom</w:t>
      </w:r>
      <w:r w:rsidR="00570D3E" w:rsidRPr="002D471C">
        <w:rPr>
          <w:rFonts w:ascii="Arial" w:hAnsi="Arial" w:cs="Arial"/>
          <w:sz w:val="22"/>
          <w:lang w:val="hr-BA"/>
        </w:rPr>
        <w:t xml:space="preserve"> obl</w:t>
      </w:r>
      <w:r w:rsidR="00B80945" w:rsidRPr="002D471C">
        <w:rPr>
          <w:rFonts w:ascii="Arial" w:hAnsi="Arial" w:cs="Arial"/>
          <w:sz w:val="22"/>
          <w:lang w:val="hr-BA"/>
        </w:rPr>
        <w:t>i</w:t>
      </w:r>
      <w:r w:rsidR="00570D3E" w:rsidRPr="002D471C">
        <w:rPr>
          <w:rFonts w:ascii="Arial" w:hAnsi="Arial" w:cs="Arial"/>
          <w:sz w:val="22"/>
          <w:lang w:val="hr-BA"/>
        </w:rPr>
        <w:t xml:space="preserve">ku, u </w:t>
      </w:r>
      <w:r w:rsidR="00B80945" w:rsidRPr="002D471C">
        <w:rPr>
          <w:rFonts w:ascii="Arial" w:hAnsi="Arial" w:cs="Arial"/>
          <w:sz w:val="22"/>
          <w:lang w:val="hr-BA"/>
        </w:rPr>
        <w:t>i</w:t>
      </w:r>
      <w:r w:rsidR="00570D3E" w:rsidRPr="002D471C">
        <w:rPr>
          <w:rFonts w:ascii="Arial" w:hAnsi="Arial" w:cs="Arial"/>
          <w:sz w:val="22"/>
          <w:lang w:val="hr-BA"/>
        </w:rPr>
        <w:t>nformac</w:t>
      </w:r>
      <w:r w:rsidR="00B80945" w:rsidRPr="002D471C">
        <w:rPr>
          <w:rFonts w:ascii="Arial" w:hAnsi="Arial" w:cs="Arial"/>
          <w:sz w:val="22"/>
          <w:lang w:val="hr-BA"/>
        </w:rPr>
        <w:t>i</w:t>
      </w:r>
      <w:r w:rsidRPr="002D471C">
        <w:rPr>
          <w:rFonts w:ascii="Arial" w:hAnsi="Arial" w:cs="Arial"/>
          <w:sz w:val="22"/>
          <w:lang w:val="hr-BA"/>
        </w:rPr>
        <w:t>jskom</w:t>
      </w:r>
      <w:r w:rsidR="00570D3E" w:rsidRPr="002D471C">
        <w:rPr>
          <w:rFonts w:ascii="Arial" w:hAnsi="Arial" w:cs="Arial"/>
          <w:sz w:val="22"/>
          <w:lang w:val="hr-BA"/>
        </w:rPr>
        <w:t xml:space="preserve"> </w:t>
      </w:r>
      <w:r w:rsidRPr="002D471C">
        <w:rPr>
          <w:rFonts w:ascii="Arial" w:hAnsi="Arial" w:cs="Arial"/>
          <w:sz w:val="22"/>
          <w:lang w:val="hr-BA"/>
        </w:rPr>
        <w:t>sustavu</w:t>
      </w:r>
      <w:r w:rsidR="00570D3E" w:rsidRPr="002D471C">
        <w:rPr>
          <w:rFonts w:ascii="Arial" w:hAnsi="Arial" w:cs="Arial"/>
          <w:sz w:val="22"/>
          <w:lang w:val="hr-BA"/>
        </w:rPr>
        <w:t xml:space="preserve"> 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 xml:space="preserve">starstva </w:t>
      </w:r>
      <w:r w:rsidR="00B80945" w:rsidRPr="002D471C">
        <w:rPr>
          <w:rFonts w:ascii="Arial" w:hAnsi="Arial" w:cs="Arial"/>
          <w:sz w:val="22"/>
          <w:lang w:val="hr-BA"/>
        </w:rPr>
        <w:t>i</w:t>
      </w:r>
      <w:r w:rsidR="00570D3E" w:rsidRPr="002D471C">
        <w:rPr>
          <w:rFonts w:ascii="Arial" w:hAnsi="Arial" w:cs="Arial"/>
          <w:sz w:val="22"/>
          <w:lang w:val="hr-BA"/>
        </w:rPr>
        <w:t>l</w:t>
      </w:r>
      <w:r w:rsidR="00B80945" w:rsidRPr="002D471C">
        <w:rPr>
          <w:rFonts w:ascii="Arial" w:hAnsi="Arial" w:cs="Arial"/>
          <w:sz w:val="22"/>
          <w:lang w:val="hr-BA"/>
        </w:rPr>
        <w:t>i</w:t>
      </w:r>
      <w:r w:rsidR="00570D3E" w:rsidRPr="002D471C">
        <w:rPr>
          <w:rFonts w:ascii="Arial" w:hAnsi="Arial" w:cs="Arial"/>
          <w:sz w:val="22"/>
          <w:lang w:val="hr-BA"/>
        </w:rPr>
        <w:t xml:space="preserve"> na drug</w:t>
      </w:r>
      <w:r w:rsidR="00B80945" w:rsidRPr="002D471C">
        <w:rPr>
          <w:rFonts w:ascii="Arial" w:hAnsi="Arial" w:cs="Arial"/>
          <w:sz w:val="22"/>
          <w:lang w:val="hr-BA"/>
        </w:rPr>
        <w:t>i</w:t>
      </w:r>
      <w:r w:rsidR="00570D3E" w:rsidRPr="002D471C">
        <w:rPr>
          <w:rFonts w:ascii="Arial" w:hAnsi="Arial" w:cs="Arial"/>
          <w:sz w:val="22"/>
          <w:lang w:val="hr-BA"/>
        </w:rPr>
        <w:t xml:space="preserve"> elektron</w:t>
      </w:r>
      <w:r w:rsidRPr="002D471C">
        <w:rPr>
          <w:rFonts w:ascii="Arial" w:hAnsi="Arial" w:cs="Arial"/>
          <w:sz w:val="22"/>
          <w:lang w:val="hr-BA"/>
        </w:rPr>
        <w:t>ički</w:t>
      </w:r>
      <w:r w:rsidR="00570D3E" w:rsidRPr="002D471C">
        <w:rPr>
          <w:rFonts w:ascii="Arial" w:hAnsi="Arial" w:cs="Arial"/>
          <w:sz w:val="22"/>
          <w:lang w:val="hr-BA"/>
        </w:rPr>
        <w:t xml:space="preserve"> nač</w:t>
      </w:r>
      <w:r w:rsidR="00B80945" w:rsidRPr="002D471C">
        <w:rPr>
          <w:rFonts w:ascii="Arial" w:hAnsi="Arial" w:cs="Arial"/>
          <w:sz w:val="22"/>
          <w:lang w:val="hr-BA"/>
        </w:rPr>
        <w:t>i</w:t>
      </w:r>
      <w:r w:rsidR="00570D3E" w:rsidRPr="002D471C">
        <w:rPr>
          <w:rFonts w:ascii="Arial" w:hAnsi="Arial" w:cs="Arial"/>
          <w:sz w:val="22"/>
          <w:lang w:val="hr-BA"/>
        </w:rPr>
        <w:t>n koj</w:t>
      </w:r>
      <w:r w:rsidR="00B80945" w:rsidRPr="002D471C">
        <w:rPr>
          <w:rFonts w:ascii="Arial" w:hAnsi="Arial" w:cs="Arial"/>
          <w:sz w:val="22"/>
          <w:lang w:val="hr-BA"/>
        </w:rPr>
        <w:t>i</w:t>
      </w:r>
      <w:r w:rsidR="00570D3E" w:rsidRPr="002D471C">
        <w:rPr>
          <w:rFonts w:ascii="Arial" w:hAnsi="Arial" w:cs="Arial"/>
          <w:sz w:val="22"/>
          <w:lang w:val="hr-BA"/>
        </w:rPr>
        <w:t xml:space="preserve"> odred</w:t>
      </w:r>
      <w:r w:rsidR="00B80945" w:rsidRPr="002D471C">
        <w:rPr>
          <w:rFonts w:ascii="Arial" w:hAnsi="Arial" w:cs="Arial"/>
          <w:sz w:val="22"/>
          <w:lang w:val="hr-BA"/>
        </w:rPr>
        <w:t>i</w:t>
      </w:r>
      <w:r w:rsidR="00570D3E" w:rsidRPr="002D471C">
        <w:rPr>
          <w:rFonts w:ascii="Arial" w:hAnsi="Arial" w:cs="Arial"/>
          <w:sz w:val="22"/>
          <w:lang w:val="hr-BA"/>
        </w:rPr>
        <w:t xml:space="preserve"> 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starstvo.</w:t>
      </w:r>
    </w:p>
    <w:p w14:paraId="66BB80D8" w14:textId="00B2FC78" w:rsidR="000E71EC" w:rsidRPr="002D471C" w:rsidRDefault="005B405E" w:rsidP="005B405E">
      <w:pPr>
        <w:ind w:left="0"/>
        <w:rPr>
          <w:rFonts w:ascii="Arial" w:hAnsi="Arial" w:cs="Arial"/>
          <w:sz w:val="22"/>
          <w:lang w:val="hr-BA"/>
        </w:rPr>
      </w:pPr>
      <w:r w:rsidRPr="002D471C">
        <w:rPr>
          <w:rFonts w:ascii="Arial" w:hAnsi="Arial" w:cs="Arial"/>
          <w:sz w:val="22"/>
          <w:lang w:val="hr-BA"/>
        </w:rPr>
        <w:t xml:space="preserve">(3) </w:t>
      </w:r>
      <w:r w:rsidR="00570D3E" w:rsidRPr="002D471C">
        <w:rPr>
          <w:rFonts w:ascii="Arial" w:hAnsi="Arial" w:cs="Arial"/>
          <w:sz w:val="22"/>
          <w:lang w:val="hr-BA"/>
        </w:rPr>
        <w:t>Reg</w:t>
      </w:r>
      <w:r w:rsidR="00B80945" w:rsidRPr="002D471C">
        <w:rPr>
          <w:rFonts w:ascii="Arial" w:hAnsi="Arial" w:cs="Arial"/>
          <w:sz w:val="22"/>
          <w:lang w:val="hr-BA"/>
        </w:rPr>
        <w:t>i</w:t>
      </w:r>
      <w:r w:rsidR="00570D3E" w:rsidRPr="002D471C">
        <w:rPr>
          <w:rFonts w:ascii="Arial" w:hAnsi="Arial" w:cs="Arial"/>
          <w:sz w:val="22"/>
          <w:lang w:val="hr-BA"/>
        </w:rPr>
        <w:t>star se sastoj</w:t>
      </w:r>
      <w:r w:rsidR="00B80945" w:rsidRPr="002D471C">
        <w:rPr>
          <w:rFonts w:ascii="Arial" w:hAnsi="Arial" w:cs="Arial"/>
          <w:sz w:val="22"/>
          <w:lang w:val="hr-BA"/>
        </w:rPr>
        <w:t>i</w:t>
      </w:r>
      <w:r w:rsidR="00570D3E" w:rsidRPr="002D471C">
        <w:rPr>
          <w:rFonts w:ascii="Arial" w:hAnsi="Arial" w:cs="Arial"/>
          <w:sz w:val="22"/>
          <w:lang w:val="hr-BA"/>
        </w:rPr>
        <w:t xml:space="preserve"> od </w:t>
      </w:r>
      <w:r w:rsidR="00AD2497" w:rsidRPr="002D471C">
        <w:rPr>
          <w:rFonts w:ascii="Arial" w:hAnsi="Arial" w:cs="Arial"/>
          <w:sz w:val="22"/>
          <w:lang w:val="hr-BA"/>
        </w:rPr>
        <w:t xml:space="preserve">zaprimljenih izvještaja </w:t>
      </w:r>
      <w:r w:rsidR="00570D3E" w:rsidRPr="002D471C">
        <w:rPr>
          <w:rFonts w:ascii="Arial" w:hAnsi="Arial" w:cs="Arial"/>
          <w:sz w:val="22"/>
          <w:lang w:val="hr-BA"/>
        </w:rPr>
        <w:t>o kred</w:t>
      </w:r>
      <w:r w:rsidR="00B80945" w:rsidRPr="002D471C">
        <w:rPr>
          <w:rFonts w:ascii="Arial" w:hAnsi="Arial" w:cs="Arial"/>
          <w:sz w:val="22"/>
          <w:lang w:val="hr-BA"/>
        </w:rPr>
        <w:t>i</w:t>
      </w:r>
      <w:r w:rsidR="00570D3E" w:rsidRPr="002D471C">
        <w:rPr>
          <w:rFonts w:ascii="Arial" w:hAnsi="Arial" w:cs="Arial"/>
          <w:sz w:val="22"/>
          <w:lang w:val="hr-BA"/>
        </w:rPr>
        <w:t>tn</w:t>
      </w:r>
      <w:r w:rsidR="00B80945" w:rsidRPr="002D471C">
        <w:rPr>
          <w:rFonts w:ascii="Arial" w:hAnsi="Arial" w:cs="Arial"/>
          <w:sz w:val="22"/>
          <w:lang w:val="hr-BA"/>
        </w:rPr>
        <w:t>i</w:t>
      </w:r>
      <w:r w:rsidR="00570D3E" w:rsidRPr="002D471C">
        <w:rPr>
          <w:rFonts w:ascii="Arial" w:hAnsi="Arial" w:cs="Arial"/>
          <w:sz w:val="22"/>
          <w:lang w:val="hr-BA"/>
        </w:rPr>
        <w:t>m poslov</w:t>
      </w:r>
      <w:r w:rsidR="00B80945" w:rsidRPr="002D471C">
        <w:rPr>
          <w:rFonts w:ascii="Arial" w:hAnsi="Arial" w:cs="Arial"/>
          <w:sz w:val="22"/>
          <w:lang w:val="hr-BA"/>
        </w:rPr>
        <w:t>i</w:t>
      </w:r>
      <w:r w:rsidR="00570D3E" w:rsidRPr="002D471C">
        <w:rPr>
          <w:rFonts w:ascii="Arial" w:hAnsi="Arial" w:cs="Arial"/>
          <w:sz w:val="22"/>
          <w:lang w:val="hr-BA"/>
        </w:rPr>
        <w:t xml:space="preserve">ma sa </w:t>
      </w:r>
      <w:r w:rsidR="00B80945" w:rsidRPr="002D471C">
        <w:rPr>
          <w:rFonts w:ascii="Arial" w:hAnsi="Arial" w:cs="Arial"/>
          <w:sz w:val="22"/>
          <w:lang w:val="hr-BA"/>
        </w:rPr>
        <w:t>i</w:t>
      </w:r>
      <w:r w:rsidR="00B71E58" w:rsidRPr="002D471C">
        <w:rPr>
          <w:rFonts w:ascii="Arial" w:hAnsi="Arial" w:cs="Arial"/>
          <w:sz w:val="22"/>
          <w:lang w:val="hr-BA"/>
        </w:rPr>
        <w:t>nozemstvom</w:t>
      </w:r>
      <w:r w:rsidR="00AD2497" w:rsidRPr="002D471C">
        <w:rPr>
          <w:rFonts w:ascii="Arial" w:hAnsi="Arial" w:cs="Arial"/>
          <w:sz w:val="22"/>
          <w:lang w:val="hr-BA"/>
        </w:rPr>
        <w:t xml:space="preserve"> i druge dokumentacije u vezi sa pojedinim kreditnim poslom.</w:t>
      </w:r>
      <w:r w:rsidR="00570D3E" w:rsidRPr="002D471C">
        <w:rPr>
          <w:rFonts w:ascii="Arial" w:hAnsi="Arial" w:cs="Arial"/>
          <w:sz w:val="22"/>
          <w:lang w:val="hr-BA"/>
        </w:rPr>
        <w:t xml:space="preserve"> </w:t>
      </w:r>
    </w:p>
    <w:p w14:paraId="34BA2CE5" w14:textId="1A06FACF" w:rsidR="00F60C3B" w:rsidRPr="002D471C" w:rsidRDefault="005B405E" w:rsidP="005B405E">
      <w:pPr>
        <w:ind w:left="0"/>
        <w:rPr>
          <w:rFonts w:ascii="Arial" w:hAnsi="Arial" w:cs="Arial"/>
          <w:sz w:val="22"/>
          <w:lang w:val="hr-BA"/>
        </w:rPr>
      </w:pPr>
      <w:r w:rsidRPr="002D471C">
        <w:rPr>
          <w:rFonts w:ascii="Arial" w:hAnsi="Arial" w:cs="Arial"/>
          <w:sz w:val="22"/>
          <w:lang w:val="hr-BA"/>
        </w:rPr>
        <w:t xml:space="preserve">(4) </w:t>
      </w:r>
      <w:r w:rsidR="00570D3E" w:rsidRPr="002D471C">
        <w:rPr>
          <w:rFonts w:ascii="Arial" w:hAnsi="Arial" w:cs="Arial"/>
          <w:sz w:val="22"/>
          <w:lang w:val="hr-BA"/>
        </w:rPr>
        <w:t>Reg</w:t>
      </w:r>
      <w:r w:rsidR="00B80945" w:rsidRPr="002D471C">
        <w:rPr>
          <w:rFonts w:ascii="Arial" w:hAnsi="Arial" w:cs="Arial"/>
          <w:sz w:val="22"/>
          <w:lang w:val="hr-BA"/>
        </w:rPr>
        <w:t>i</w:t>
      </w:r>
      <w:r w:rsidR="00570D3E" w:rsidRPr="002D471C">
        <w:rPr>
          <w:rFonts w:ascii="Arial" w:hAnsi="Arial" w:cs="Arial"/>
          <w:sz w:val="22"/>
          <w:lang w:val="hr-BA"/>
        </w:rPr>
        <w:t>star sadrž</w:t>
      </w:r>
      <w:r w:rsidR="00B80945" w:rsidRPr="002D471C">
        <w:rPr>
          <w:rFonts w:ascii="Arial" w:hAnsi="Arial" w:cs="Arial"/>
          <w:sz w:val="22"/>
          <w:lang w:val="hr-BA"/>
        </w:rPr>
        <w:t>i</w:t>
      </w:r>
      <w:r w:rsidR="00570D3E" w:rsidRPr="002D471C">
        <w:rPr>
          <w:rFonts w:ascii="Arial" w:hAnsi="Arial" w:cs="Arial"/>
          <w:sz w:val="22"/>
          <w:lang w:val="hr-BA"/>
        </w:rPr>
        <w:t xml:space="preserve"> podatke o obvezn</w:t>
      </w:r>
      <w:r w:rsidR="00B80945" w:rsidRPr="002D471C">
        <w:rPr>
          <w:rFonts w:ascii="Arial" w:hAnsi="Arial" w:cs="Arial"/>
          <w:sz w:val="22"/>
          <w:lang w:val="hr-BA"/>
        </w:rPr>
        <w:t>i</w:t>
      </w:r>
      <w:r w:rsidR="00570D3E" w:rsidRPr="002D471C">
        <w:rPr>
          <w:rFonts w:ascii="Arial" w:hAnsi="Arial" w:cs="Arial"/>
          <w:sz w:val="22"/>
          <w:lang w:val="hr-BA"/>
        </w:rPr>
        <w:t xml:space="preserve">ku </w:t>
      </w:r>
      <w:r w:rsidR="00B80945" w:rsidRPr="002D471C">
        <w:rPr>
          <w:rFonts w:ascii="Arial" w:hAnsi="Arial" w:cs="Arial"/>
          <w:sz w:val="22"/>
          <w:lang w:val="hr-BA"/>
        </w:rPr>
        <w:t>i</w:t>
      </w:r>
      <w:r w:rsidR="00570D3E" w:rsidRPr="002D471C">
        <w:rPr>
          <w:rFonts w:ascii="Arial" w:hAnsi="Arial" w:cs="Arial"/>
          <w:sz w:val="22"/>
          <w:lang w:val="hr-BA"/>
        </w:rPr>
        <w:t>zvještavanja, nerez</w:t>
      </w:r>
      <w:r w:rsidR="00B80945" w:rsidRPr="002D471C">
        <w:rPr>
          <w:rFonts w:ascii="Arial" w:hAnsi="Arial" w:cs="Arial"/>
          <w:sz w:val="22"/>
          <w:lang w:val="hr-BA"/>
        </w:rPr>
        <w:t>i</w:t>
      </w:r>
      <w:r w:rsidR="00570D3E" w:rsidRPr="002D471C">
        <w:rPr>
          <w:rFonts w:ascii="Arial" w:hAnsi="Arial" w:cs="Arial"/>
          <w:sz w:val="22"/>
          <w:lang w:val="hr-BA"/>
        </w:rPr>
        <w:t>dentu ugovornoj stran</w:t>
      </w:r>
      <w:r w:rsidR="00B80945" w:rsidRPr="002D471C">
        <w:rPr>
          <w:rFonts w:ascii="Arial" w:hAnsi="Arial" w:cs="Arial"/>
          <w:sz w:val="22"/>
          <w:lang w:val="hr-BA"/>
        </w:rPr>
        <w:t>i</w:t>
      </w:r>
      <w:r w:rsidR="00570D3E" w:rsidRPr="002D471C">
        <w:rPr>
          <w:rFonts w:ascii="Arial" w:hAnsi="Arial" w:cs="Arial"/>
          <w:sz w:val="22"/>
          <w:lang w:val="hr-BA"/>
        </w:rPr>
        <w:t>, vrst</w:t>
      </w:r>
      <w:r w:rsidR="00B80945" w:rsidRPr="002D471C">
        <w:rPr>
          <w:rFonts w:ascii="Arial" w:hAnsi="Arial" w:cs="Arial"/>
          <w:sz w:val="22"/>
          <w:lang w:val="hr-BA"/>
        </w:rPr>
        <w:t>i</w:t>
      </w:r>
      <w:r w:rsidR="00570D3E" w:rsidRPr="002D471C">
        <w:rPr>
          <w:rFonts w:ascii="Arial" w:hAnsi="Arial" w:cs="Arial"/>
          <w:sz w:val="22"/>
          <w:lang w:val="hr-BA"/>
        </w:rPr>
        <w:t xml:space="preserve"> kred</w:t>
      </w:r>
      <w:r w:rsidR="00B80945" w:rsidRPr="002D471C">
        <w:rPr>
          <w:rFonts w:ascii="Arial" w:hAnsi="Arial" w:cs="Arial"/>
          <w:sz w:val="22"/>
          <w:lang w:val="hr-BA"/>
        </w:rPr>
        <w:t>i</w:t>
      </w:r>
      <w:r w:rsidR="00570D3E" w:rsidRPr="002D471C">
        <w:rPr>
          <w:rFonts w:ascii="Arial" w:hAnsi="Arial" w:cs="Arial"/>
          <w:sz w:val="22"/>
          <w:lang w:val="hr-BA"/>
        </w:rPr>
        <w:t xml:space="preserve">tnog posla, </w:t>
      </w:r>
      <w:r w:rsidR="00B80945" w:rsidRPr="002D471C">
        <w:rPr>
          <w:rFonts w:ascii="Arial" w:hAnsi="Arial" w:cs="Arial"/>
          <w:sz w:val="22"/>
          <w:lang w:val="hr-BA"/>
        </w:rPr>
        <w:t>i</w:t>
      </w:r>
      <w:r w:rsidR="00570D3E" w:rsidRPr="002D471C">
        <w:rPr>
          <w:rFonts w:ascii="Arial" w:hAnsi="Arial" w:cs="Arial"/>
          <w:sz w:val="22"/>
          <w:lang w:val="hr-BA"/>
        </w:rPr>
        <w:t>znosu, valut</w:t>
      </w:r>
      <w:r w:rsidR="00B80945" w:rsidRPr="002D471C">
        <w:rPr>
          <w:rFonts w:ascii="Arial" w:hAnsi="Arial" w:cs="Arial"/>
          <w:sz w:val="22"/>
          <w:lang w:val="hr-BA"/>
        </w:rPr>
        <w:t>i</w:t>
      </w:r>
      <w:r w:rsidR="00570D3E" w:rsidRPr="002D471C">
        <w:rPr>
          <w:rFonts w:ascii="Arial" w:hAnsi="Arial" w:cs="Arial"/>
          <w:sz w:val="22"/>
          <w:lang w:val="hr-BA"/>
        </w:rPr>
        <w:t>, datumu zaključenja kred</w:t>
      </w:r>
      <w:r w:rsidR="00B80945" w:rsidRPr="002D471C">
        <w:rPr>
          <w:rFonts w:ascii="Arial" w:hAnsi="Arial" w:cs="Arial"/>
          <w:sz w:val="22"/>
          <w:lang w:val="hr-BA"/>
        </w:rPr>
        <w:t>i</w:t>
      </w:r>
      <w:r w:rsidR="00570D3E" w:rsidRPr="002D471C">
        <w:rPr>
          <w:rFonts w:ascii="Arial" w:hAnsi="Arial" w:cs="Arial"/>
          <w:sz w:val="22"/>
          <w:lang w:val="hr-BA"/>
        </w:rPr>
        <w:t>tnog posla, roku kor</w:t>
      </w:r>
      <w:r w:rsidR="00B80945" w:rsidRPr="002D471C">
        <w:rPr>
          <w:rFonts w:ascii="Arial" w:hAnsi="Arial" w:cs="Arial"/>
          <w:sz w:val="22"/>
          <w:lang w:val="hr-BA"/>
        </w:rPr>
        <w:t>i</w:t>
      </w:r>
      <w:r w:rsidR="00570D3E" w:rsidRPr="002D471C">
        <w:rPr>
          <w:rFonts w:ascii="Arial" w:hAnsi="Arial" w:cs="Arial"/>
          <w:sz w:val="22"/>
          <w:lang w:val="hr-BA"/>
        </w:rPr>
        <w:t xml:space="preserve">štenja, roku otplate </w:t>
      </w:r>
      <w:r w:rsidR="00B80945" w:rsidRPr="002D471C">
        <w:rPr>
          <w:rFonts w:ascii="Arial" w:hAnsi="Arial" w:cs="Arial"/>
          <w:sz w:val="22"/>
          <w:lang w:val="hr-BA"/>
        </w:rPr>
        <w:t>i</w:t>
      </w:r>
      <w:r w:rsidR="00570D3E" w:rsidRPr="002D471C">
        <w:rPr>
          <w:rFonts w:ascii="Arial" w:hAnsi="Arial" w:cs="Arial"/>
          <w:sz w:val="22"/>
          <w:lang w:val="hr-BA"/>
        </w:rPr>
        <w:t>l</w:t>
      </w:r>
      <w:r w:rsidR="00B80945" w:rsidRPr="002D471C">
        <w:rPr>
          <w:rFonts w:ascii="Arial" w:hAnsi="Arial" w:cs="Arial"/>
          <w:sz w:val="22"/>
          <w:lang w:val="hr-BA"/>
        </w:rPr>
        <w:t>i</w:t>
      </w:r>
      <w:r w:rsidR="00570D3E" w:rsidRPr="002D471C">
        <w:rPr>
          <w:rFonts w:ascii="Arial" w:hAnsi="Arial" w:cs="Arial"/>
          <w:sz w:val="22"/>
          <w:lang w:val="hr-BA"/>
        </w:rPr>
        <w:t xml:space="preserve"> naplate, kamatnoj stop</w:t>
      </w:r>
      <w:r w:rsidR="00B80945" w:rsidRPr="002D471C">
        <w:rPr>
          <w:rFonts w:ascii="Arial" w:hAnsi="Arial" w:cs="Arial"/>
          <w:sz w:val="22"/>
          <w:lang w:val="hr-BA"/>
        </w:rPr>
        <w:t>i</w:t>
      </w:r>
      <w:r w:rsidR="00570D3E" w:rsidRPr="002D471C">
        <w:rPr>
          <w:rFonts w:ascii="Arial" w:hAnsi="Arial" w:cs="Arial"/>
          <w:sz w:val="22"/>
          <w:lang w:val="hr-BA"/>
        </w:rPr>
        <w:t xml:space="preserve"> ako je ugovorena, </w:t>
      </w:r>
      <w:r w:rsidR="00B80945" w:rsidRPr="002D471C">
        <w:rPr>
          <w:rFonts w:ascii="Arial" w:hAnsi="Arial" w:cs="Arial"/>
          <w:sz w:val="22"/>
          <w:lang w:val="hr-BA"/>
        </w:rPr>
        <w:t>i</w:t>
      </w:r>
      <w:r w:rsidR="00570D3E" w:rsidRPr="002D471C">
        <w:rPr>
          <w:rFonts w:ascii="Arial" w:hAnsi="Arial" w:cs="Arial"/>
          <w:sz w:val="22"/>
          <w:lang w:val="hr-BA"/>
        </w:rPr>
        <w:t>nstrument</w:t>
      </w:r>
      <w:r w:rsidR="00B80945" w:rsidRPr="002D471C">
        <w:rPr>
          <w:rFonts w:ascii="Arial" w:hAnsi="Arial" w:cs="Arial"/>
          <w:sz w:val="22"/>
          <w:lang w:val="hr-BA"/>
        </w:rPr>
        <w:t>i</w:t>
      </w:r>
      <w:r w:rsidR="00570D3E" w:rsidRPr="002D471C">
        <w:rPr>
          <w:rFonts w:ascii="Arial" w:hAnsi="Arial" w:cs="Arial"/>
          <w:sz w:val="22"/>
          <w:lang w:val="hr-BA"/>
        </w:rPr>
        <w:t>ma os</w:t>
      </w:r>
      <w:r w:rsidR="00B80945" w:rsidRPr="002D471C">
        <w:rPr>
          <w:rFonts w:ascii="Arial" w:hAnsi="Arial" w:cs="Arial"/>
          <w:sz w:val="22"/>
          <w:lang w:val="hr-BA"/>
        </w:rPr>
        <w:t>i</w:t>
      </w:r>
      <w:r w:rsidR="00570D3E" w:rsidRPr="002D471C">
        <w:rPr>
          <w:rFonts w:ascii="Arial" w:hAnsi="Arial" w:cs="Arial"/>
          <w:sz w:val="22"/>
          <w:lang w:val="hr-BA"/>
        </w:rPr>
        <w:t>guranja ako postoje, stanju glavn</w:t>
      </w:r>
      <w:r w:rsidR="00B80945" w:rsidRPr="002D471C">
        <w:rPr>
          <w:rFonts w:ascii="Arial" w:hAnsi="Arial" w:cs="Arial"/>
          <w:sz w:val="22"/>
          <w:lang w:val="hr-BA"/>
        </w:rPr>
        <w:t>i</w:t>
      </w:r>
      <w:r w:rsidR="00570D3E" w:rsidRPr="002D471C">
        <w:rPr>
          <w:rFonts w:ascii="Arial" w:hAnsi="Arial" w:cs="Arial"/>
          <w:sz w:val="22"/>
          <w:lang w:val="hr-BA"/>
        </w:rPr>
        <w:t>ce</w:t>
      </w:r>
      <w:r w:rsidR="00AD2497" w:rsidRPr="002D471C">
        <w:rPr>
          <w:rFonts w:ascii="Arial" w:hAnsi="Arial" w:cs="Arial"/>
          <w:sz w:val="22"/>
          <w:lang w:val="hr-BA"/>
        </w:rPr>
        <w:t xml:space="preserve"> na k</w:t>
      </w:r>
      <w:r w:rsidRPr="002D471C">
        <w:rPr>
          <w:rFonts w:ascii="Arial" w:hAnsi="Arial" w:cs="Arial"/>
          <w:sz w:val="22"/>
          <w:lang w:val="hr-BA"/>
        </w:rPr>
        <w:t>raj</w:t>
      </w:r>
      <w:r w:rsidR="00AD2497" w:rsidRPr="002D471C">
        <w:rPr>
          <w:rFonts w:ascii="Arial" w:hAnsi="Arial" w:cs="Arial"/>
          <w:sz w:val="22"/>
          <w:lang w:val="hr-BA"/>
        </w:rPr>
        <w:t>u izveštajnog perioda na koji se izvještaj odnosi</w:t>
      </w:r>
      <w:r w:rsidR="00570D3E" w:rsidRPr="002D471C">
        <w:rPr>
          <w:rFonts w:ascii="Arial" w:hAnsi="Arial" w:cs="Arial"/>
          <w:sz w:val="22"/>
          <w:lang w:val="hr-BA"/>
        </w:rPr>
        <w:t xml:space="preserve">, </w:t>
      </w:r>
      <w:r w:rsidR="00B80945" w:rsidRPr="002D471C">
        <w:rPr>
          <w:rFonts w:ascii="Arial" w:hAnsi="Arial" w:cs="Arial"/>
          <w:sz w:val="22"/>
          <w:lang w:val="hr-BA"/>
        </w:rPr>
        <w:t>i</w:t>
      </w:r>
      <w:r w:rsidR="00570D3E" w:rsidRPr="002D471C">
        <w:rPr>
          <w:rFonts w:ascii="Arial" w:hAnsi="Arial" w:cs="Arial"/>
          <w:sz w:val="22"/>
          <w:lang w:val="hr-BA"/>
        </w:rPr>
        <w:t>znosu kor</w:t>
      </w:r>
      <w:r w:rsidR="00B80945" w:rsidRPr="002D471C">
        <w:rPr>
          <w:rFonts w:ascii="Arial" w:hAnsi="Arial" w:cs="Arial"/>
          <w:sz w:val="22"/>
          <w:lang w:val="hr-BA"/>
        </w:rPr>
        <w:t>i</w:t>
      </w:r>
      <w:r w:rsidR="00570D3E" w:rsidRPr="002D471C">
        <w:rPr>
          <w:rFonts w:ascii="Arial" w:hAnsi="Arial" w:cs="Arial"/>
          <w:sz w:val="22"/>
          <w:lang w:val="hr-BA"/>
        </w:rPr>
        <w:t xml:space="preserve">štenja, </w:t>
      </w:r>
      <w:r w:rsidR="00B80945" w:rsidRPr="002D471C">
        <w:rPr>
          <w:rFonts w:ascii="Arial" w:hAnsi="Arial" w:cs="Arial"/>
          <w:sz w:val="22"/>
          <w:lang w:val="hr-BA"/>
        </w:rPr>
        <w:t>i</w:t>
      </w:r>
      <w:r w:rsidR="00570D3E" w:rsidRPr="002D471C">
        <w:rPr>
          <w:rFonts w:ascii="Arial" w:hAnsi="Arial" w:cs="Arial"/>
          <w:sz w:val="22"/>
          <w:lang w:val="hr-BA"/>
        </w:rPr>
        <w:t xml:space="preserve">znosu otplate, </w:t>
      </w:r>
      <w:r w:rsidR="00B80945" w:rsidRPr="002D471C">
        <w:rPr>
          <w:rFonts w:ascii="Arial" w:hAnsi="Arial" w:cs="Arial"/>
          <w:sz w:val="22"/>
          <w:lang w:val="hr-BA"/>
        </w:rPr>
        <w:t>i</w:t>
      </w:r>
      <w:r w:rsidR="00570D3E" w:rsidRPr="002D471C">
        <w:rPr>
          <w:rFonts w:ascii="Arial" w:hAnsi="Arial" w:cs="Arial"/>
          <w:sz w:val="22"/>
          <w:lang w:val="hr-BA"/>
        </w:rPr>
        <w:t>znosu kamate, statusu kred</w:t>
      </w:r>
      <w:r w:rsidR="00B80945" w:rsidRPr="002D471C">
        <w:rPr>
          <w:rFonts w:ascii="Arial" w:hAnsi="Arial" w:cs="Arial"/>
          <w:sz w:val="22"/>
          <w:lang w:val="hr-BA"/>
        </w:rPr>
        <w:t>i</w:t>
      </w:r>
      <w:r w:rsidR="00570D3E" w:rsidRPr="002D471C">
        <w:rPr>
          <w:rFonts w:ascii="Arial" w:hAnsi="Arial" w:cs="Arial"/>
          <w:sz w:val="22"/>
          <w:lang w:val="hr-BA"/>
        </w:rPr>
        <w:t xml:space="preserve">tnog posla </w:t>
      </w:r>
      <w:r w:rsidR="00B80945" w:rsidRPr="002D471C">
        <w:rPr>
          <w:rFonts w:ascii="Arial" w:hAnsi="Arial" w:cs="Arial"/>
          <w:sz w:val="22"/>
          <w:lang w:val="hr-BA"/>
        </w:rPr>
        <w:t>i</w:t>
      </w:r>
      <w:r w:rsidR="00570D3E" w:rsidRPr="002D471C">
        <w:rPr>
          <w:rFonts w:ascii="Arial" w:hAnsi="Arial" w:cs="Arial"/>
          <w:sz w:val="22"/>
          <w:lang w:val="hr-BA"/>
        </w:rPr>
        <w:t xml:space="preserve"> drug</w:t>
      </w:r>
      <w:r w:rsidR="00B80945" w:rsidRPr="002D471C">
        <w:rPr>
          <w:rFonts w:ascii="Arial" w:hAnsi="Arial" w:cs="Arial"/>
          <w:sz w:val="22"/>
          <w:lang w:val="hr-BA"/>
        </w:rPr>
        <w:t>i</w:t>
      </w:r>
      <w:r w:rsidR="00570D3E" w:rsidRPr="002D471C">
        <w:rPr>
          <w:rFonts w:ascii="Arial" w:hAnsi="Arial" w:cs="Arial"/>
          <w:sz w:val="22"/>
          <w:lang w:val="hr-BA"/>
        </w:rPr>
        <w:t>m podac</w:t>
      </w:r>
      <w:r w:rsidR="00B80945" w:rsidRPr="002D471C">
        <w:rPr>
          <w:rFonts w:ascii="Arial" w:hAnsi="Arial" w:cs="Arial"/>
          <w:sz w:val="22"/>
          <w:lang w:val="hr-BA"/>
        </w:rPr>
        <w:t>i</w:t>
      </w:r>
      <w:r w:rsidR="00570D3E" w:rsidRPr="002D471C">
        <w:rPr>
          <w:rFonts w:ascii="Arial" w:hAnsi="Arial" w:cs="Arial"/>
          <w:sz w:val="22"/>
          <w:lang w:val="hr-BA"/>
        </w:rPr>
        <w:t>ma prop</w:t>
      </w:r>
      <w:r w:rsidR="00B80945" w:rsidRPr="002D471C">
        <w:rPr>
          <w:rFonts w:ascii="Arial" w:hAnsi="Arial" w:cs="Arial"/>
          <w:sz w:val="22"/>
          <w:lang w:val="hr-BA"/>
        </w:rPr>
        <w:t>i</w:t>
      </w:r>
      <w:r w:rsidR="00570D3E" w:rsidRPr="002D471C">
        <w:rPr>
          <w:rFonts w:ascii="Arial" w:hAnsi="Arial" w:cs="Arial"/>
          <w:sz w:val="22"/>
          <w:lang w:val="hr-BA"/>
        </w:rPr>
        <w:t>san</w:t>
      </w:r>
      <w:r w:rsidR="00B80945" w:rsidRPr="002D471C">
        <w:rPr>
          <w:rFonts w:ascii="Arial" w:hAnsi="Arial" w:cs="Arial"/>
          <w:sz w:val="22"/>
          <w:lang w:val="hr-BA"/>
        </w:rPr>
        <w:t>i</w:t>
      </w:r>
      <w:r w:rsidR="00570D3E" w:rsidRPr="002D471C">
        <w:rPr>
          <w:rFonts w:ascii="Arial" w:hAnsi="Arial" w:cs="Arial"/>
          <w:sz w:val="22"/>
          <w:lang w:val="hr-BA"/>
        </w:rPr>
        <w:t>m obrasc</w:t>
      </w:r>
      <w:r w:rsidR="00B80945" w:rsidRPr="002D471C">
        <w:rPr>
          <w:rFonts w:ascii="Arial" w:hAnsi="Arial" w:cs="Arial"/>
          <w:sz w:val="22"/>
          <w:lang w:val="hr-BA"/>
        </w:rPr>
        <w:t>i</w:t>
      </w:r>
      <w:r w:rsidR="00570D3E" w:rsidRPr="002D471C">
        <w:rPr>
          <w:rFonts w:ascii="Arial" w:hAnsi="Arial" w:cs="Arial"/>
          <w:sz w:val="22"/>
          <w:lang w:val="hr-BA"/>
        </w:rPr>
        <w:t>ma koj</w:t>
      </w:r>
      <w:r w:rsidR="00B80945" w:rsidRPr="002D471C">
        <w:rPr>
          <w:rFonts w:ascii="Arial" w:hAnsi="Arial" w:cs="Arial"/>
          <w:sz w:val="22"/>
          <w:lang w:val="hr-BA"/>
        </w:rPr>
        <w:t>i</w:t>
      </w:r>
      <w:r w:rsidR="00570D3E" w:rsidRPr="002D471C">
        <w:rPr>
          <w:rFonts w:ascii="Arial" w:hAnsi="Arial" w:cs="Arial"/>
          <w:sz w:val="22"/>
          <w:lang w:val="hr-BA"/>
        </w:rPr>
        <w:t xml:space="preserve"> su sastavn</w:t>
      </w:r>
      <w:r w:rsidR="00B80945" w:rsidRPr="002D471C">
        <w:rPr>
          <w:rFonts w:ascii="Arial" w:hAnsi="Arial" w:cs="Arial"/>
          <w:sz w:val="22"/>
          <w:lang w:val="hr-BA"/>
        </w:rPr>
        <w:t>i</w:t>
      </w:r>
      <w:r w:rsidR="00570D3E" w:rsidRPr="002D471C">
        <w:rPr>
          <w:rFonts w:ascii="Arial" w:hAnsi="Arial" w:cs="Arial"/>
          <w:sz w:val="22"/>
          <w:lang w:val="hr-BA"/>
        </w:rPr>
        <w:t xml:space="preserve"> d</w:t>
      </w:r>
      <w:r w:rsidR="00B80945" w:rsidRPr="002D471C">
        <w:rPr>
          <w:rFonts w:ascii="Arial" w:hAnsi="Arial" w:cs="Arial"/>
          <w:sz w:val="22"/>
          <w:lang w:val="hr-BA"/>
        </w:rPr>
        <w:t>i</w:t>
      </w:r>
      <w:r w:rsidR="00570D3E" w:rsidRPr="002D471C">
        <w:rPr>
          <w:rFonts w:ascii="Arial" w:hAnsi="Arial" w:cs="Arial"/>
          <w:sz w:val="22"/>
          <w:lang w:val="hr-BA"/>
        </w:rPr>
        <w:t xml:space="preserve">o ovog </w:t>
      </w:r>
      <w:r w:rsidR="00837CAE" w:rsidRPr="002D471C">
        <w:rPr>
          <w:rFonts w:ascii="Arial" w:hAnsi="Arial" w:cs="Arial"/>
          <w:sz w:val="22"/>
          <w:lang w:val="hr-BA"/>
        </w:rPr>
        <w:t>P</w:t>
      </w:r>
      <w:r w:rsidR="00570D3E" w:rsidRPr="002D471C">
        <w:rPr>
          <w:rFonts w:ascii="Arial" w:hAnsi="Arial" w:cs="Arial"/>
          <w:sz w:val="22"/>
          <w:lang w:val="hr-BA"/>
        </w:rPr>
        <w:t>rav</w:t>
      </w:r>
      <w:r w:rsidR="00B80945" w:rsidRPr="002D471C">
        <w:rPr>
          <w:rFonts w:ascii="Arial" w:hAnsi="Arial" w:cs="Arial"/>
          <w:sz w:val="22"/>
          <w:lang w:val="hr-BA"/>
        </w:rPr>
        <w:t>i</w:t>
      </w:r>
      <w:r w:rsidR="00570D3E" w:rsidRPr="002D471C">
        <w:rPr>
          <w:rFonts w:ascii="Arial" w:hAnsi="Arial" w:cs="Arial"/>
          <w:sz w:val="22"/>
          <w:lang w:val="hr-BA"/>
        </w:rPr>
        <w:t>ln</w:t>
      </w:r>
      <w:r w:rsidR="00B80945" w:rsidRPr="002D471C">
        <w:rPr>
          <w:rFonts w:ascii="Arial" w:hAnsi="Arial" w:cs="Arial"/>
          <w:sz w:val="22"/>
          <w:lang w:val="hr-BA"/>
        </w:rPr>
        <w:t>i</w:t>
      </w:r>
      <w:r w:rsidR="00570D3E" w:rsidRPr="002D471C">
        <w:rPr>
          <w:rFonts w:ascii="Arial" w:hAnsi="Arial" w:cs="Arial"/>
          <w:sz w:val="22"/>
          <w:lang w:val="hr-BA"/>
        </w:rPr>
        <w:t>ka.</w:t>
      </w:r>
    </w:p>
    <w:p w14:paraId="49909ECA" w14:textId="6D8C3632" w:rsidR="002B364D" w:rsidRPr="002D471C" w:rsidRDefault="00837CAE" w:rsidP="005B405E">
      <w:pPr>
        <w:ind w:left="0"/>
        <w:rPr>
          <w:rFonts w:ascii="Arial" w:hAnsi="Arial" w:cs="Arial"/>
          <w:sz w:val="22"/>
          <w:lang w:val="hr-BA"/>
        </w:rPr>
      </w:pPr>
      <w:r w:rsidRPr="002D471C">
        <w:rPr>
          <w:rFonts w:ascii="Arial" w:hAnsi="Arial" w:cs="Arial"/>
          <w:sz w:val="22"/>
          <w:lang w:val="hr-BA"/>
        </w:rPr>
        <w:t xml:space="preserve">(5) </w:t>
      </w:r>
      <w:r w:rsidR="002B364D" w:rsidRPr="002D471C">
        <w:rPr>
          <w:rFonts w:ascii="Arial" w:hAnsi="Arial" w:cs="Arial"/>
          <w:sz w:val="22"/>
          <w:lang w:val="hr-BA"/>
        </w:rPr>
        <w:t>Podaci iz Registra koriste se radi izvršavanja nadležnosti Ministarstva propisanih Zakonom, praćenja stanja ukupnog vanjskog duga Federacije, pripreme zbirnih statističkih i analitičkih pregleda, izvještavanja nadležnih institucija i donošenja mjera ekonomske politike.</w:t>
      </w:r>
    </w:p>
    <w:p w14:paraId="7DE38A5F" w14:textId="3B43A1BA" w:rsidR="00944686" w:rsidRPr="002D471C" w:rsidRDefault="00837CAE" w:rsidP="005B405E">
      <w:pPr>
        <w:ind w:left="0"/>
        <w:rPr>
          <w:rFonts w:ascii="Arial" w:hAnsi="Arial" w:cs="Arial"/>
          <w:sz w:val="22"/>
          <w:lang w:val="hr-BA"/>
        </w:rPr>
      </w:pPr>
      <w:r w:rsidRPr="002D471C">
        <w:rPr>
          <w:rFonts w:ascii="Arial" w:hAnsi="Arial" w:cs="Arial"/>
          <w:sz w:val="22"/>
          <w:lang w:val="hr-BA"/>
        </w:rPr>
        <w:t xml:space="preserve">(6) </w:t>
      </w:r>
      <w:r w:rsidR="00944686" w:rsidRPr="002D471C">
        <w:rPr>
          <w:rFonts w:ascii="Arial" w:hAnsi="Arial" w:cs="Arial"/>
          <w:sz w:val="22"/>
          <w:lang w:val="hr-BA"/>
        </w:rPr>
        <w:t xml:space="preserve">Ministarstvo može dostavljati zbirne podatke iz Registra nadležnim institucijama u </w:t>
      </w:r>
      <w:r w:rsidRPr="002D471C">
        <w:rPr>
          <w:rFonts w:ascii="Arial" w:hAnsi="Arial" w:cs="Arial"/>
          <w:sz w:val="22"/>
          <w:lang w:val="hr-BA"/>
        </w:rPr>
        <w:t>BiH</w:t>
      </w:r>
      <w:r w:rsidR="002D471C" w:rsidRPr="002D471C">
        <w:rPr>
          <w:rFonts w:ascii="Arial" w:hAnsi="Arial" w:cs="Arial"/>
          <w:sz w:val="22"/>
          <w:lang w:val="hr-BA"/>
        </w:rPr>
        <w:t>,</w:t>
      </w:r>
      <w:r w:rsidR="00944686" w:rsidRPr="002D471C">
        <w:rPr>
          <w:rFonts w:ascii="Arial" w:hAnsi="Arial" w:cs="Arial"/>
          <w:sz w:val="22"/>
          <w:lang w:val="hr-BA"/>
        </w:rPr>
        <w:t xml:space="preserve"> u skladu sa Zakonom i drugim propisima.</w:t>
      </w:r>
    </w:p>
    <w:p w14:paraId="1E37E9A3" w14:textId="01754197" w:rsidR="00944686" w:rsidRPr="005B405E" w:rsidRDefault="00837CAE" w:rsidP="005B405E">
      <w:pPr>
        <w:ind w:left="0"/>
        <w:rPr>
          <w:rFonts w:ascii="Arial" w:hAnsi="Arial" w:cs="Arial"/>
          <w:sz w:val="22"/>
          <w:lang w:val="hr-BA"/>
        </w:rPr>
      </w:pPr>
      <w:r w:rsidRPr="002D471C">
        <w:rPr>
          <w:rFonts w:ascii="Arial" w:hAnsi="Arial" w:cs="Arial"/>
          <w:sz w:val="22"/>
          <w:lang w:val="hr-BA"/>
        </w:rPr>
        <w:t xml:space="preserve">(7) </w:t>
      </w:r>
      <w:r w:rsidR="00944686" w:rsidRPr="002D471C">
        <w:rPr>
          <w:rFonts w:ascii="Arial" w:hAnsi="Arial" w:cs="Arial"/>
          <w:sz w:val="22"/>
          <w:lang w:val="hr-BA"/>
        </w:rPr>
        <w:t xml:space="preserve">Pojedinačni podaci iz Registra ne mogu se dostavljati trećim licima, osim ako je to propisano Zakonom, drugim propisom ili ako je dostavljanje potrebno nadležnom organu radi izvršavanja </w:t>
      </w:r>
      <w:r w:rsidRPr="002D471C">
        <w:rPr>
          <w:rFonts w:ascii="Arial" w:hAnsi="Arial" w:cs="Arial"/>
          <w:sz w:val="22"/>
          <w:lang w:val="hr-BA"/>
        </w:rPr>
        <w:t xml:space="preserve">svojih </w:t>
      </w:r>
      <w:r w:rsidR="00944686" w:rsidRPr="002D471C">
        <w:rPr>
          <w:rFonts w:ascii="Arial" w:hAnsi="Arial" w:cs="Arial"/>
          <w:sz w:val="22"/>
          <w:lang w:val="hr-BA"/>
        </w:rPr>
        <w:t>zakonom propisanih nadležnosti.</w:t>
      </w:r>
    </w:p>
    <w:p w14:paraId="46D38949" w14:textId="77777777" w:rsidR="00AF1B2F" w:rsidRPr="00F60C3B" w:rsidRDefault="00AF1B2F" w:rsidP="00173D56">
      <w:pPr>
        <w:ind w:left="0"/>
        <w:jc w:val="center"/>
        <w:rPr>
          <w:rFonts w:ascii="Arial" w:hAnsi="Arial" w:cs="Arial"/>
          <w:b/>
          <w:sz w:val="22"/>
          <w:lang w:val="hr-BA"/>
        </w:rPr>
      </w:pPr>
    </w:p>
    <w:p w14:paraId="52DE0224" w14:textId="7EB9A432" w:rsidR="000E71EC" w:rsidRPr="002D471C" w:rsidRDefault="00570D3E" w:rsidP="006971D8">
      <w:pPr>
        <w:spacing w:before="0" w:after="0"/>
        <w:ind w:left="0"/>
        <w:jc w:val="center"/>
        <w:rPr>
          <w:rFonts w:ascii="Arial" w:hAnsi="Arial" w:cs="Arial"/>
          <w:b/>
          <w:sz w:val="22"/>
          <w:lang w:val="hr-BA"/>
        </w:rPr>
      </w:pPr>
      <w:r w:rsidRPr="002D471C">
        <w:rPr>
          <w:rFonts w:ascii="Arial" w:hAnsi="Arial" w:cs="Arial"/>
          <w:b/>
          <w:sz w:val="22"/>
          <w:lang w:val="hr-BA"/>
        </w:rPr>
        <w:lastRenderedPageBreak/>
        <w:t>Član</w:t>
      </w:r>
      <w:r w:rsidR="006971D8" w:rsidRPr="002D471C">
        <w:rPr>
          <w:rFonts w:ascii="Arial" w:hAnsi="Arial" w:cs="Arial"/>
          <w:b/>
          <w:sz w:val="22"/>
          <w:lang w:val="hr-BA"/>
        </w:rPr>
        <w:t>ak</w:t>
      </w:r>
      <w:r w:rsidRPr="002D471C">
        <w:rPr>
          <w:rFonts w:ascii="Arial" w:hAnsi="Arial" w:cs="Arial"/>
          <w:b/>
          <w:sz w:val="22"/>
          <w:lang w:val="hr-BA"/>
        </w:rPr>
        <w:t xml:space="preserve"> 1</w:t>
      </w:r>
      <w:r w:rsidR="009216F8" w:rsidRPr="002D471C">
        <w:rPr>
          <w:rFonts w:ascii="Arial" w:hAnsi="Arial" w:cs="Arial"/>
          <w:b/>
          <w:sz w:val="22"/>
          <w:lang w:val="hr-BA"/>
        </w:rPr>
        <w:t>0</w:t>
      </w:r>
      <w:r w:rsidRPr="002D471C">
        <w:rPr>
          <w:rFonts w:ascii="Arial" w:hAnsi="Arial" w:cs="Arial"/>
          <w:b/>
          <w:sz w:val="22"/>
          <w:lang w:val="hr-BA"/>
        </w:rPr>
        <w:t>.</w:t>
      </w:r>
    </w:p>
    <w:p w14:paraId="32DD08DA" w14:textId="71DE6B36" w:rsidR="006971D8" w:rsidRPr="002D471C" w:rsidRDefault="006971D8" w:rsidP="006971D8">
      <w:pPr>
        <w:spacing w:before="0" w:after="0"/>
        <w:ind w:left="0"/>
        <w:jc w:val="center"/>
        <w:rPr>
          <w:rFonts w:ascii="Arial" w:hAnsi="Arial" w:cs="Arial"/>
          <w:b/>
          <w:sz w:val="22"/>
          <w:lang w:val="hr-BA"/>
        </w:rPr>
      </w:pPr>
      <w:r w:rsidRPr="002D471C">
        <w:rPr>
          <w:rFonts w:ascii="Arial" w:hAnsi="Arial" w:cs="Arial"/>
          <w:b/>
          <w:sz w:val="22"/>
          <w:lang w:val="hr-BA"/>
        </w:rPr>
        <w:t>(Dokumentacija o kreditnom poslu)</w:t>
      </w:r>
    </w:p>
    <w:p w14:paraId="7CC3E2BC" w14:textId="77777777" w:rsidR="006971D8" w:rsidRPr="002D471C" w:rsidRDefault="006971D8" w:rsidP="006971D8">
      <w:pPr>
        <w:spacing w:before="0" w:after="0"/>
        <w:ind w:left="0"/>
        <w:jc w:val="center"/>
        <w:rPr>
          <w:rFonts w:ascii="Arial" w:hAnsi="Arial" w:cs="Arial"/>
          <w:b/>
          <w:sz w:val="22"/>
          <w:lang w:val="hr-BA"/>
        </w:rPr>
      </w:pPr>
    </w:p>
    <w:p w14:paraId="1A4732A2" w14:textId="0191255E" w:rsidR="000E71EC" w:rsidRPr="002D471C" w:rsidRDefault="006971D8" w:rsidP="006971D8">
      <w:pPr>
        <w:ind w:left="0"/>
        <w:rPr>
          <w:rFonts w:ascii="Arial" w:hAnsi="Arial" w:cs="Arial"/>
          <w:sz w:val="22"/>
          <w:lang w:val="hr-BA"/>
        </w:rPr>
      </w:pPr>
      <w:r w:rsidRPr="002D471C">
        <w:rPr>
          <w:rFonts w:ascii="Arial" w:hAnsi="Arial" w:cs="Arial"/>
          <w:sz w:val="22"/>
          <w:lang w:val="hr-BA"/>
        </w:rPr>
        <w:t xml:space="preserve">(1) </w:t>
      </w:r>
      <w:r w:rsidR="00570D3E" w:rsidRPr="002D471C">
        <w:rPr>
          <w:rFonts w:ascii="Arial" w:hAnsi="Arial" w:cs="Arial"/>
          <w:sz w:val="22"/>
          <w:lang w:val="hr-BA"/>
        </w:rPr>
        <w:t>Obvezn</w:t>
      </w:r>
      <w:r w:rsidR="00B80945" w:rsidRPr="002D471C">
        <w:rPr>
          <w:rFonts w:ascii="Arial" w:hAnsi="Arial" w:cs="Arial"/>
          <w:sz w:val="22"/>
          <w:lang w:val="hr-BA"/>
        </w:rPr>
        <w:t>i</w:t>
      </w:r>
      <w:r w:rsidR="00570D3E" w:rsidRPr="002D471C">
        <w:rPr>
          <w:rFonts w:ascii="Arial" w:hAnsi="Arial" w:cs="Arial"/>
          <w:sz w:val="22"/>
          <w:lang w:val="hr-BA"/>
        </w:rPr>
        <w:t xml:space="preserve">k </w:t>
      </w:r>
      <w:r w:rsidR="00B80945" w:rsidRPr="002D471C">
        <w:rPr>
          <w:rFonts w:ascii="Arial" w:hAnsi="Arial" w:cs="Arial"/>
          <w:sz w:val="22"/>
          <w:lang w:val="hr-BA"/>
        </w:rPr>
        <w:t>i</w:t>
      </w:r>
      <w:r w:rsidR="00570D3E" w:rsidRPr="002D471C">
        <w:rPr>
          <w:rFonts w:ascii="Arial" w:hAnsi="Arial" w:cs="Arial"/>
          <w:sz w:val="22"/>
          <w:lang w:val="hr-BA"/>
        </w:rPr>
        <w:t>zvještavanja dužan je posjedovat</w:t>
      </w:r>
      <w:r w:rsidR="00B80945" w:rsidRPr="002D471C">
        <w:rPr>
          <w:rFonts w:ascii="Arial" w:hAnsi="Arial" w:cs="Arial"/>
          <w:sz w:val="22"/>
          <w:lang w:val="hr-BA"/>
        </w:rPr>
        <w:t>i</w:t>
      </w:r>
      <w:r w:rsidR="00570D3E" w:rsidRPr="002D471C">
        <w:rPr>
          <w:rFonts w:ascii="Arial" w:hAnsi="Arial" w:cs="Arial"/>
          <w:sz w:val="22"/>
          <w:lang w:val="hr-BA"/>
        </w:rPr>
        <w:t>, čuvat</w:t>
      </w:r>
      <w:r w:rsidR="00B80945" w:rsidRPr="002D471C">
        <w:rPr>
          <w:rFonts w:ascii="Arial" w:hAnsi="Arial" w:cs="Arial"/>
          <w:sz w:val="22"/>
          <w:lang w:val="hr-BA"/>
        </w:rPr>
        <w:t>i</w:t>
      </w:r>
      <w:r w:rsidR="00570D3E" w:rsidRPr="002D471C">
        <w:rPr>
          <w:rFonts w:ascii="Arial" w:hAnsi="Arial" w:cs="Arial"/>
          <w:sz w:val="22"/>
          <w:lang w:val="hr-BA"/>
        </w:rPr>
        <w:t xml:space="preserve"> </w:t>
      </w:r>
      <w:r w:rsidR="00B80945" w:rsidRPr="002D471C">
        <w:rPr>
          <w:rFonts w:ascii="Arial" w:hAnsi="Arial" w:cs="Arial"/>
          <w:sz w:val="22"/>
          <w:lang w:val="hr-BA"/>
        </w:rPr>
        <w:t>i</w:t>
      </w:r>
      <w:r w:rsidR="00570D3E" w:rsidRPr="002D471C">
        <w:rPr>
          <w:rFonts w:ascii="Arial" w:hAnsi="Arial" w:cs="Arial"/>
          <w:sz w:val="22"/>
          <w:lang w:val="hr-BA"/>
        </w:rPr>
        <w:t xml:space="preserve"> ažurno vod</w:t>
      </w:r>
      <w:r w:rsidR="00B80945" w:rsidRPr="002D471C">
        <w:rPr>
          <w:rFonts w:ascii="Arial" w:hAnsi="Arial" w:cs="Arial"/>
          <w:sz w:val="22"/>
          <w:lang w:val="hr-BA"/>
        </w:rPr>
        <w:t>i</w:t>
      </w:r>
      <w:r w:rsidR="00570D3E" w:rsidRPr="002D471C">
        <w:rPr>
          <w:rFonts w:ascii="Arial" w:hAnsi="Arial" w:cs="Arial"/>
          <w:sz w:val="22"/>
          <w:lang w:val="hr-BA"/>
        </w:rPr>
        <w:t>t</w:t>
      </w:r>
      <w:r w:rsidR="00B80945" w:rsidRPr="002D471C">
        <w:rPr>
          <w:rFonts w:ascii="Arial" w:hAnsi="Arial" w:cs="Arial"/>
          <w:sz w:val="22"/>
          <w:lang w:val="hr-BA"/>
        </w:rPr>
        <w:t>i</w:t>
      </w:r>
      <w:r w:rsidR="00570D3E" w:rsidRPr="002D471C">
        <w:rPr>
          <w:rFonts w:ascii="Arial" w:hAnsi="Arial" w:cs="Arial"/>
          <w:sz w:val="22"/>
          <w:lang w:val="hr-BA"/>
        </w:rPr>
        <w:t xml:space="preserve"> dokumentac</w:t>
      </w:r>
      <w:r w:rsidR="00B80945" w:rsidRPr="002D471C">
        <w:rPr>
          <w:rFonts w:ascii="Arial" w:hAnsi="Arial" w:cs="Arial"/>
          <w:sz w:val="22"/>
          <w:lang w:val="hr-BA"/>
        </w:rPr>
        <w:t>i</w:t>
      </w:r>
      <w:r w:rsidR="00570D3E" w:rsidRPr="002D471C">
        <w:rPr>
          <w:rFonts w:ascii="Arial" w:hAnsi="Arial" w:cs="Arial"/>
          <w:sz w:val="22"/>
          <w:lang w:val="hr-BA"/>
        </w:rPr>
        <w:t>ju na osnovu koje su podac</w:t>
      </w:r>
      <w:r w:rsidR="00B80945" w:rsidRPr="002D471C">
        <w:rPr>
          <w:rFonts w:ascii="Arial" w:hAnsi="Arial" w:cs="Arial"/>
          <w:sz w:val="22"/>
          <w:lang w:val="hr-BA"/>
        </w:rPr>
        <w:t>i</w:t>
      </w:r>
      <w:r w:rsidR="00570D3E" w:rsidRPr="002D471C">
        <w:rPr>
          <w:rFonts w:ascii="Arial" w:hAnsi="Arial" w:cs="Arial"/>
          <w:sz w:val="22"/>
          <w:lang w:val="hr-BA"/>
        </w:rPr>
        <w:t xml:space="preserve"> dostavljen</w:t>
      </w:r>
      <w:r w:rsidR="00B80945" w:rsidRPr="002D471C">
        <w:rPr>
          <w:rFonts w:ascii="Arial" w:hAnsi="Arial" w:cs="Arial"/>
          <w:sz w:val="22"/>
          <w:lang w:val="hr-BA"/>
        </w:rPr>
        <w:t>i</w:t>
      </w:r>
      <w:r w:rsidR="00570D3E" w:rsidRPr="002D471C">
        <w:rPr>
          <w:rFonts w:ascii="Arial" w:hAnsi="Arial" w:cs="Arial"/>
          <w:sz w:val="22"/>
          <w:lang w:val="hr-BA"/>
        </w:rPr>
        <w:t xml:space="preserve"> 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starstvu.</w:t>
      </w:r>
    </w:p>
    <w:p w14:paraId="386E3B42" w14:textId="1F7F64F3" w:rsidR="000E71EC" w:rsidRPr="006971D8" w:rsidRDefault="006971D8" w:rsidP="006971D8">
      <w:pPr>
        <w:ind w:left="0"/>
        <w:rPr>
          <w:rFonts w:ascii="Arial" w:hAnsi="Arial" w:cs="Arial"/>
          <w:sz w:val="22"/>
          <w:lang w:val="hr-BA"/>
        </w:rPr>
      </w:pPr>
      <w:r w:rsidRPr="002D471C">
        <w:rPr>
          <w:rFonts w:ascii="Arial" w:hAnsi="Arial" w:cs="Arial"/>
          <w:sz w:val="22"/>
          <w:lang w:val="hr-BA"/>
        </w:rPr>
        <w:t xml:space="preserve">(2) </w:t>
      </w:r>
      <w:r w:rsidR="00570D3E" w:rsidRPr="002D471C">
        <w:rPr>
          <w:rFonts w:ascii="Arial" w:hAnsi="Arial" w:cs="Arial"/>
          <w:sz w:val="22"/>
          <w:lang w:val="hr-BA"/>
        </w:rPr>
        <w:t>Dokumentac</w:t>
      </w:r>
      <w:r w:rsidR="00B80945" w:rsidRPr="002D471C">
        <w:rPr>
          <w:rFonts w:ascii="Arial" w:hAnsi="Arial" w:cs="Arial"/>
          <w:sz w:val="22"/>
          <w:lang w:val="hr-BA"/>
        </w:rPr>
        <w:t>i</w:t>
      </w:r>
      <w:r w:rsidR="00570D3E" w:rsidRPr="002D471C">
        <w:rPr>
          <w:rFonts w:ascii="Arial" w:hAnsi="Arial" w:cs="Arial"/>
          <w:sz w:val="22"/>
          <w:lang w:val="hr-BA"/>
        </w:rPr>
        <w:t xml:space="preserve">ja </w:t>
      </w:r>
      <w:r w:rsidR="00B80945" w:rsidRPr="002D471C">
        <w:rPr>
          <w:rFonts w:ascii="Arial" w:hAnsi="Arial" w:cs="Arial"/>
          <w:sz w:val="22"/>
          <w:lang w:val="hr-BA"/>
        </w:rPr>
        <w:t>i</w:t>
      </w:r>
      <w:r w:rsidR="00570D3E" w:rsidRPr="002D471C">
        <w:rPr>
          <w:rFonts w:ascii="Arial" w:hAnsi="Arial" w:cs="Arial"/>
          <w:sz w:val="22"/>
          <w:lang w:val="hr-BA"/>
        </w:rPr>
        <w:t>z stav</w:t>
      </w:r>
      <w:r w:rsidRPr="002D471C">
        <w:rPr>
          <w:rFonts w:ascii="Arial" w:hAnsi="Arial" w:cs="Arial"/>
          <w:sz w:val="22"/>
          <w:lang w:val="hr-BA"/>
        </w:rPr>
        <w:t>k</w:t>
      </w:r>
      <w:r w:rsidR="00570D3E" w:rsidRPr="002D471C">
        <w:rPr>
          <w:rFonts w:ascii="Arial" w:hAnsi="Arial" w:cs="Arial"/>
          <w:sz w:val="22"/>
          <w:lang w:val="hr-BA"/>
        </w:rPr>
        <w:t>a (1) ovog član</w:t>
      </w:r>
      <w:r w:rsidRPr="002D471C">
        <w:rPr>
          <w:rFonts w:ascii="Arial" w:hAnsi="Arial" w:cs="Arial"/>
          <w:sz w:val="22"/>
          <w:lang w:val="hr-BA"/>
        </w:rPr>
        <w:t>k</w:t>
      </w:r>
      <w:r w:rsidR="00570D3E" w:rsidRPr="002D471C">
        <w:rPr>
          <w:rFonts w:ascii="Arial" w:hAnsi="Arial" w:cs="Arial"/>
          <w:sz w:val="22"/>
          <w:lang w:val="hr-BA"/>
        </w:rPr>
        <w:t>a naroč</w:t>
      </w:r>
      <w:r w:rsidR="00B80945" w:rsidRPr="002D471C">
        <w:rPr>
          <w:rFonts w:ascii="Arial" w:hAnsi="Arial" w:cs="Arial"/>
          <w:sz w:val="22"/>
          <w:lang w:val="hr-BA"/>
        </w:rPr>
        <w:t>i</w:t>
      </w:r>
      <w:r w:rsidR="00570D3E" w:rsidRPr="002D471C">
        <w:rPr>
          <w:rFonts w:ascii="Arial" w:hAnsi="Arial" w:cs="Arial"/>
          <w:sz w:val="22"/>
          <w:lang w:val="hr-BA"/>
        </w:rPr>
        <w:t>to obuhvata ugovor</w:t>
      </w:r>
      <w:r w:rsidR="00570D3E" w:rsidRPr="006971D8">
        <w:rPr>
          <w:rFonts w:ascii="Arial" w:hAnsi="Arial" w:cs="Arial"/>
          <w:sz w:val="22"/>
          <w:lang w:val="hr-BA"/>
        </w:rPr>
        <w:t xml:space="preserve"> o kred</w:t>
      </w:r>
      <w:r w:rsidR="00B80945" w:rsidRPr="006971D8">
        <w:rPr>
          <w:rFonts w:ascii="Arial" w:hAnsi="Arial" w:cs="Arial"/>
          <w:sz w:val="22"/>
          <w:lang w:val="hr-BA"/>
        </w:rPr>
        <w:t>i</w:t>
      </w:r>
      <w:r w:rsidR="00570D3E" w:rsidRPr="006971D8">
        <w:rPr>
          <w:rFonts w:ascii="Arial" w:hAnsi="Arial" w:cs="Arial"/>
          <w:sz w:val="22"/>
          <w:lang w:val="hr-BA"/>
        </w:rPr>
        <w:t>tnom poslu, anekse ugovora, dokumentac</w:t>
      </w:r>
      <w:r w:rsidR="00B80945" w:rsidRPr="006971D8">
        <w:rPr>
          <w:rFonts w:ascii="Arial" w:hAnsi="Arial" w:cs="Arial"/>
          <w:sz w:val="22"/>
          <w:lang w:val="hr-BA"/>
        </w:rPr>
        <w:t>i</w:t>
      </w:r>
      <w:r w:rsidR="00570D3E" w:rsidRPr="006971D8">
        <w:rPr>
          <w:rFonts w:ascii="Arial" w:hAnsi="Arial" w:cs="Arial"/>
          <w:sz w:val="22"/>
          <w:lang w:val="hr-BA"/>
        </w:rPr>
        <w:t>ju o kor</w:t>
      </w:r>
      <w:r w:rsidR="00B80945" w:rsidRPr="006971D8">
        <w:rPr>
          <w:rFonts w:ascii="Arial" w:hAnsi="Arial" w:cs="Arial"/>
          <w:sz w:val="22"/>
          <w:lang w:val="hr-BA"/>
        </w:rPr>
        <w:t>i</w:t>
      </w:r>
      <w:r w:rsidR="00570D3E" w:rsidRPr="006971D8">
        <w:rPr>
          <w:rFonts w:ascii="Arial" w:hAnsi="Arial" w:cs="Arial"/>
          <w:sz w:val="22"/>
          <w:lang w:val="hr-BA"/>
        </w:rPr>
        <w:t xml:space="preserve">štenju </w:t>
      </w:r>
      <w:r w:rsidR="00B80945" w:rsidRPr="006971D8">
        <w:rPr>
          <w:rFonts w:ascii="Arial" w:hAnsi="Arial" w:cs="Arial"/>
          <w:sz w:val="22"/>
          <w:lang w:val="hr-BA"/>
        </w:rPr>
        <w:t>i</w:t>
      </w:r>
      <w:r w:rsidR="00570D3E" w:rsidRPr="006971D8">
        <w:rPr>
          <w:rFonts w:ascii="Arial" w:hAnsi="Arial" w:cs="Arial"/>
          <w:sz w:val="22"/>
          <w:lang w:val="hr-BA"/>
        </w:rPr>
        <w:t xml:space="preserve"> otplat</w:t>
      </w:r>
      <w:r w:rsidR="00B80945" w:rsidRPr="006971D8">
        <w:rPr>
          <w:rFonts w:ascii="Arial" w:hAnsi="Arial" w:cs="Arial"/>
          <w:sz w:val="22"/>
          <w:lang w:val="hr-BA"/>
        </w:rPr>
        <w:t>i</w:t>
      </w:r>
      <w:r w:rsidR="00570D3E" w:rsidRPr="006971D8">
        <w:rPr>
          <w:rFonts w:ascii="Arial" w:hAnsi="Arial" w:cs="Arial"/>
          <w:sz w:val="22"/>
          <w:lang w:val="hr-BA"/>
        </w:rPr>
        <w:t xml:space="preserve"> kred</w:t>
      </w:r>
      <w:r w:rsidR="00B80945" w:rsidRPr="006971D8">
        <w:rPr>
          <w:rFonts w:ascii="Arial" w:hAnsi="Arial" w:cs="Arial"/>
          <w:sz w:val="22"/>
          <w:lang w:val="hr-BA"/>
        </w:rPr>
        <w:t>i</w:t>
      </w:r>
      <w:r w:rsidR="00570D3E" w:rsidRPr="006971D8">
        <w:rPr>
          <w:rFonts w:ascii="Arial" w:hAnsi="Arial" w:cs="Arial"/>
          <w:sz w:val="22"/>
          <w:lang w:val="hr-BA"/>
        </w:rPr>
        <w:t xml:space="preserve">ta </w:t>
      </w:r>
      <w:r w:rsidR="00B80945" w:rsidRPr="006971D8">
        <w:rPr>
          <w:rFonts w:ascii="Arial" w:hAnsi="Arial" w:cs="Arial"/>
          <w:sz w:val="22"/>
          <w:lang w:val="hr-BA"/>
        </w:rPr>
        <w:t>i</w:t>
      </w:r>
      <w:r w:rsidR="00570D3E" w:rsidRPr="006971D8">
        <w:rPr>
          <w:rFonts w:ascii="Arial" w:hAnsi="Arial" w:cs="Arial"/>
          <w:sz w:val="22"/>
          <w:lang w:val="hr-BA"/>
        </w:rPr>
        <w:t>l</w:t>
      </w:r>
      <w:r w:rsidR="00B80945" w:rsidRPr="006971D8">
        <w:rPr>
          <w:rFonts w:ascii="Arial" w:hAnsi="Arial" w:cs="Arial"/>
          <w:sz w:val="22"/>
          <w:lang w:val="hr-BA"/>
        </w:rPr>
        <w:t>i</w:t>
      </w:r>
      <w:r w:rsidR="00570D3E" w:rsidRPr="006971D8">
        <w:rPr>
          <w:rFonts w:ascii="Arial" w:hAnsi="Arial" w:cs="Arial"/>
          <w:sz w:val="22"/>
          <w:lang w:val="hr-BA"/>
        </w:rPr>
        <w:t xml:space="preserve"> zajma, dokumentac</w:t>
      </w:r>
      <w:r w:rsidR="00B80945" w:rsidRPr="006971D8">
        <w:rPr>
          <w:rFonts w:ascii="Arial" w:hAnsi="Arial" w:cs="Arial"/>
          <w:sz w:val="22"/>
          <w:lang w:val="hr-BA"/>
        </w:rPr>
        <w:t>i</w:t>
      </w:r>
      <w:r w:rsidR="00570D3E" w:rsidRPr="006971D8">
        <w:rPr>
          <w:rFonts w:ascii="Arial" w:hAnsi="Arial" w:cs="Arial"/>
          <w:sz w:val="22"/>
          <w:lang w:val="hr-BA"/>
        </w:rPr>
        <w:t xml:space="preserve">ju o plaćanju </w:t>
      </w:r>
      <w:r w:rsidR="00B80945" w:rsidRPr="006971D8">
        <w:rPr>
          <w:rFonts w:ascii="Arial" w:hAnsi="Arial" w:cs="Arial"/>
          <w:sz w:val="22"/>
          <w:lang w:val="hr-BA"/>
        </w:rPr>
        <w:t>i</w:t>
      </w:r>
      <w:r w:rsidR="00570D3E" w:rsidRPr="006971D8">
        <w:rPr>
          <w:rFonts w:ascii="Arial" w:hAnsi="Arial" w:cs="Arial"/>
          <w:sz w:val="22"/>
          <w:lang w:val="hr-BA"/>
        </w:rPr>
        <w:t>l</w:t>
      </w:r>
      <w:r w:rsidR="00B80945" w:rsidRPr="006971D8">
        <w:rPr>
          <w:rFonts w:ascii="Arial" w:hAnsi="Arial" w:cs="Arial"/>
          <w:sz w:val="22"/>
          <w:lang w:val="hr-BA"/>
        </w:rPr>
        <w:t>i</w:t>
      </w:r>
      <w:r w:rsidR="00570D3E" w:rsidRPr="006971D8">
        <w:rPr>
          <w:rFonts w:ascii="Arial" w:hAnsi="Arial" w:cs="Arial"/>
          <w:sz w:val="22"/>
          <w:lang w:val="hr-BA"/>
        </w:rPr>
        <w:t xml:space="preserve"> naplat</w:t>
      </w:r>
      <w:r w:rsidR="00B80945" w:rsidRPr="006971D8">
        <w:rPr>
          <w:rFonts w:ascii="Arial" w:hAnsi="Arial" w:cs="Arial"/>
          <w:sz w:val="22"/>
          <w:lang w:val="hr-BA"/>
        </w:rPr>
        <w:t>i</w:t>
      </w:r>
      <w:r w:rsidR="00570D3E" w:rsidRPr="006971D8">
        <w:rPr>
          <w:rFonts w:ascii="Arial" w:hAnsi="Arial" w:cs="Arial"/>
          <w:sz w:val="22"/>
          <w:lang w:val="hr-BA"/>
        </w:rPr>
        <w:t xml:space="preserve"> robe </w:t>
      </w:r>
      <w:r w:rsidR="00B80945" w:rsidRPr="006971D8">
        <w:rPr>
          <w:rFonts w:ascii="Arial" w:hAnsi="Arial" w:cs="Arial"/>
          <w:sz w:val="22"/>
          <w:lang w:val="hr-BA"/>
        </w:rPr>
        <w:t>i</w:t>
      </w:r>
      <w:r w:rsidR="00570D3E" w:rsidRPr="006971D8">
        <w:rPr>
          <w:rFonts w:ascii="Arial" w:hAnsi="Arial" w:cs="Arial"/>
          <w:sz w:val="22"/>
          <w:lang w:val="hr-BA"/>
        </w:rPr>
        <w:t xml:space="preserve"> usluga, dokumentac</w:t>
      </w:r>
      <w:r w:rsidR="00B80945" w:rsidRPr="006971D8">
        <w:rPr>
          <w:rFonts w:ascii="Arial" w:hAnsi="Arial" w:cs="Arial"/>
          <w:sz w:val="22"/>
          <w:lang w:val="hr-BA"/>
        </w:rPr>
        <w:t>i</w:t>
      </w:r>
      <w:r w:rsidR="00570D3E" w:rsidRPr="006971D8">
        <w:rPr>
          <w:rFonts w:ascii="Arial" w:hAnsi="Arial" w:cs="Arial"/>
          <w:sz w:val="22"/>
          <w:lang w:val="hr-BA"/>
        </w:rPr>
        <w:t>ju o garanc</w:t>
      </w:r>
      <w:r w:rsidR="00B80945" w:rsidRPr="006971D8">
        <w:rPr>
          <w:rFonts w:ascii="Arial" w:hAnsi="Arial" w:cs="Arial"/>
          <w:sz w:val="22"/>
          <w:lang w:val="hr-BA"/>
        </w:rPr>
        <w:t>i</w:t>
      </w:r>
      <w:r w:rsidR="00570D3E" w:rsidRPr="006971D8">
        <w:rPr>
          <w:rFonts w:ascii="Arial" w:hAnsi="Arial" w:cs="Arial"/>
          <w:sz w:val="22"/>
          <w:lang w:val="hr-BA"/>
        </w:rPr>
        <w:t>j</w:t>
      </w:r>
      <w:r w:rsidR="00B80945" w:rsidRPr="006971D8">
        <w:rPr>
          <w:rFonts w:ascii="Arial" w:hAnsi="Arial" w:cs="Arial"/>
          <w:sz w:val="22"/>
          <w:lang w:val="hr-BA"/>
        </w:rPr>
        <w:t>i</w:t>
      </w:r>
      <w:r w:rsidR="00570D3E" w:rsidRPr="006971D8">
        <w:rPr>
          <w:rFonts w:ascii="Arial" w:hAnsi="Arial" w:cs="Arial"/>
          <w:sz w:val="22"/>
          <w:lang w:val="hr-BA"/>
        </w:rPr>
        <w:t xml:space="preserve"> </w:t>
      </w:r>
      <w:r w:rsidR="00B80945" w:rsidRPr="006971D8">
        <w:rPr>
          <w:rFonts w:ascii="Arial" w:hAnsi="Arial" w:cs="Arial"/>
          <w:sz w:val="22"/>
          <w:lang w:val="hr-BA"/>
        </w:rPr>
        <w:t>i</w:t>
      </w:r>
      <w:r w:rsidR="00570D3E" w:rsidRPr="006971D8">
        <w:rPr>
          <w:rFonts w:ascii="Arial" w:hAnsi="Arial" w:cs="Arial"/>
          <w:sz w:val="22"/>
          <w:lang w:val="hr-BA"/>
        </w:rPr>
        <w:t>l</w:t>
      </w:r>
      <w:r w:rsidR="00B80945" w:rsidRPr="006971D8">
        <w:rPr>
          <w:rFonts w:ascii="Arial" w:hAnsi="Arial" w:cs="Arial"/>
          <w:sz w:val="22"/>
          <w:lang w:val="hr-BA"/>
        </w:rPr>
        <w:t>i</w:t>
      </w:r>
      <w:r w:rsidR="00570D3E" w:rsidRPr="006971D8">
        <w:rPr>
          <w:rFonts w:ascii="Arial" w:hAnsi="Arial" w:cs="Arial"/>
          <w:sz w:val="22"/>
          <w:lang w:val="hr-BA"/>
        </w:rPr>
        <w:t xml:space="preserve"> j</w:t>
      </w:r>
      <w:r>
        <w:rPr>
          <w:rFonts w:ascii="Arial" w:hAnsi="Arial" w:cs="Arial"/>
          <w:sz w:val="22"/>
          <w:lang w:val="hr-BA"/>
        </w:rPr>
        <w:t>e</w:t>
      </w:r>
      <w:r w:rsidR="00570D3E" w:rsidRPr="006971D8">
        <w:rPr>
          <w:rFonts w:ascii="Arial" w:hAnsi="Arial" w:cs="Arial"/>
          <w:sz w:val="22"/>
          <w:lang w:val="hr-BA"/>
        </w:rPr>
        <w:t xml:space="preserve">mstvu, kao </w:t>
      </w:r>
      <w:r w:rsidR="00B80945" w:rsidRPr="006971D8">
        <w:rPr>
          <w:rFonts w:ascii="Arial" w:hAnsi="Arial" w:cs="Arial"/>
          <w:sz w:val="22"/>
          <w:lang w:val="hr-BA"/>
        </w:rPr>
        <w:t>i</w:t>
      </w:r>
      <w:r w:rsidR="00570D3E" w:rsidRPr="006971D8">
        <w:rPr>
          <w:rFonts w:ascii="Arial" w:hAnsi="Arial" w:cs="Arial"/>
          <w:sz w:val="22"/>
          <w:lang w:val="hr-BA"/>
        </w:rPr>
        <w:t xml:space="preserve"> drugu dokumentac</w:t>
      </w:r>
      <w:r w:rsidR="00B80945" w:rsidRPr="006971D8">
        <w:rPr>
          <w:rFonts w:ascii="Arial" w:hAnsi="Arial" w:cs="Arial"/>
          <w:sz w:val="22"/>
          <w:lang w:val="hr-BA"/>
        </w:rPr>
        <w:t>i</w:t>
      </w:r>
      <w:r w:rsidR="00570D3E" w:rsidRPr="006971D8">
        <w:rPr>
          <w:rFonts w:ascii="Arial" w:hAnsi="Arial" w:cs="Arial"/>
          <w:sz w:val="22"/>
          <w:lang w:val="hr-BA"/>
        </w:rPr>
        <w:t>ju kojom se dokazuje t</w:t>
      </w:r>
      <w:r w:rsidR="002B364D" w:rsidRPr="006971D8">
        <w:rPr>
          <w:rFonts w:ascii="Arial" w:hAnsi="Arial" w:cs="Arial"/>
          <w:sz w:val="22"/>
          <w:lang w:val="hr-BA"/>
        </w:rPr>
        <w:t>o</w:t>
      </w:r>
      <w:r w:rsidR="00570D3E" w:rsidRPr="006971D8">
        <w:rPr>
          <w:rFonts w:ascii="Arial" w:hAnsi="Arial" w:cs="Arial"/>
          <w:sz w:val="22"/>
          <w:lang w:val="hr-BA"/>
        </w:rPr>
        <w:t>čnost dostavljen</w:t>
      </w:r>
      <w:r w:rsidR="00B80945" w:rsidRPr="006971D8">
        <w:rPr>
          <w:rFonts w:ascii="Arial" w:hAnsi="Arial" w:cs="Arial"/>
          <w:sz w:val="22"/>
          <w:lang w:val="hr-BA"/>
        </w:rPr>
        <w:t>i</w:t>
      </w:r>
      <w:r w:rsidR="00570D3E" w:rsidRPr="006971D8">
        <w:rPr>
          <w:rFonts w:ascii="Arial" w:hAnsi="Arial" w:cs="Arial"/>
          <w:sz w:val="22"/>
          <w:lang w:val="hr-BA"/>
        </w:rPr>
        <w:t>h podataka.</w:t>
      </w:r>
    </w:p>
    <w:p w14:paraId="77E4149C" w14:textId="38AAA1BB" w:rsidR="000E71EC" w:rsidRPr="006971D8" w:rsidRDefault="006971D8" w:rsidP="006971D8">
      <w:pPr>
        <w:ind w:left="0"/>
        <w:rPr>
          <w:rFonts w:ascii="Arial" w:hAnsi="Arial" w:cs="Arial"/>
          <w:sz w:val="22"/>
          <w:lang w:val="hr-BA"/>
        </w:rPr>
      </w:pPr>
      <w:r>
        <w:rPr>
          <w:rFonts w:ascii="Arial" w:hAnsi="Arial" w:cs="Arial"/>
          <w:sz w:val="22"/>
          <w:lang w:val="hr-BA"/>
        </w:rPr>
        <w:t xml:space="preserve">(3) </w:t>
      </w:r>
      <w:r w:rsidR="00570D3E" w:rsidRPr="006971D8">
        <w:rPr>
          <w:rFonts w:ascii="Arial" w:hAnsi="Arial" w:cs="Arial"/>
          <w:sz w:val="22"/>
          <w:lang w:val="hr-BA"/>
        </w:rPr>
        <w:t>Dokumentac</w:t>
      </w:r>
      <w:r w:rsidR="00B80945" w:rsidRPr="006971D8">
        <w:rPr>
          <w:rFonts w:ascii="Arial" w:hAnsi="Arial" w:cs="Arial"/>
          <w:sz w:val="22"/>
          <w:lang w:val="hr-BA"/>
        </w:rPr>
        <w:t>i</w:t>
      </w:r>
      <w:r w:rsidR="00570D3E" w:rsidRPr="006971D8">
        <w:rPr>
          <w:rFonts w:ascii="Arial" w:hAnsi="Arial" w:cs="Arial"/>
          <w:sz w:val="22"/>
          <w:lang w:val="hr-BA"/>
        </w:rPr>
        <w:t xml:space="preserve">ja </w:t>
      </w:r>
      <w:r w:rsidR="00B80945" w:rsidRPr="006971D8">
        <w:rPr>
          <w:rFonts w:ascii="Arial" w:hAnsi="Arial" w:cs="Arial"/>
          <w:sz w:val="22"/>
          <w:lang w:val="hr-BA"/>
        </w:rPr>
        <w:t>i</w:t>
      </w:r>
      <w:r w:rsidR="00570D3E" w:rsidRPr="006971D8">
        <w:rPr>
          <w:rFonts w:ascii="Arial" w:hAnsi="Arial" w:cs="Arial"/>
          <w:sz w:val="22"/>
          <w:lang w:val="hr-BA"/>
        </w:rPr>
        <w:t>z stav</w:t>
      </w:r>
      <w:r>
        <w:rPr>
          <w:rFonts w:ascii="Arial" w:hAnsi="Arial" w:cs="Arial"/>
          <w:sz w:val="22"/>
          <w:lang w:val="hr-BA"/>
        </w:rPr>
        <w:t>k</w:t>
      </w:r>
      <w:r w:rsidR="00570D3E" w:rsidRPr="006971D8">
        <w:rPr>
          <w:rFonts w:ascii="Arial" w:hAnsi="Arial" w:cs="Arial"/>
          <w:sz w:val="22"/>
          <w:lang w:val="hr-BA"/>
        </w:rPr>
        <w:t>a (1) ovog član</w:t>
      </w:r>
      <w:r>
        <w:rPr>
          <w:rFonts w:ascii="Arial" w:hAnsi="Arial" w:cs="Arial"/>
          <w:sz w:val="22"/>
          <w:lang w:val="hr-BA"/>
        </w:rPr>
        <w:t>k</w:t>
      </w:r>
      <w:r w:rsidR="00570D3E" w:rsidRPr="006971D8">
        <w:rPr>
          <w:rFonts w:ascii="Arial" w:hAnsi="Arial" w:cs="Arial"/>
          <w:sz w:val="22"/>
          <w:lang w:val="hr-BA"/>
        </w:rPr>
        <w:t>a čuva se kod obvezn</w:t>
      </w:r>
      <w:r w:rsidR="00B80945" w:rsidRPr="006971D8">
        <w:rPr>
          <w:rFonts w:ascii="Arial" w:hAnsi="Arial" w:cs="Arial"/>
          <w:sz w:val="22"/>
          <w:lang w:val="hr-BA"/>
        </w:rPr>
        <w:t>i</w:t>
      </w:r>
      <w:r w:rsidR="00570D3E" w:rsidRPr="006971D8">
        <w:rPr>
          <w:rFonts w:ascii="Arial" w:hAnsi="Arial" w:cs="Arial"/>
          <w:sz w:val="22"/>
          <w:lang w:val="hr-BA"/>
        </w:rPr>
        <w:t xml:space="preserve">ka </w:t>
      </w:r>
      <w:r w:rsidR="00B80945" w:rsidRPr="006971D8">
        <w:rPr>
          <w:rFonts w:ascii="Arial" w:hAnsi="Arial" w:cs="Arial"/>
          <w:sz w:val="22"/>
          <w:lang w:val="hr-BA"/>
        </w:rPr>
        <w:t>i</w:t>
      </w:r>
      <w:r w:rsidR="00570D3E" w:rsidRPr="006971D8">
        <w:rPr>
          <w:rFonts w:ascii="Arial" w:hAnsi="Arial" w:cs="Arial"/>
          <w:sz w:val="22"/>
          <w:lang w:val="hr-BA"/>
        </w:rPr>
        <w:t>zvještavanja u rokov</w:t>
      </w:r>
      <w:r w:rsidR="00B80945" w:rsidRPr="006971D8">
        <w:rPr>
          <w:rFonts w:ascii="Arial" w:hAnsi="Arial" w:cs="Arial"/>
          <w:sz w:val="22"/>
          <w:lang w:val="hr-BA"/>
        </w:rPr>
        <w:t>i</w:t>
      </w:r>
      <w:r w:rsidR="00570D3E" w:rsidRPr="006971D8">
        <w:rPr>
          <w:rFonts w:ascii="Arial" w:hAnsi="Arial" w:cs="Arial"/>
          <w:sz w:val="22"/>
          <w:lang w:val="hr-BA"/>
        </w:rPr>
        <w:t>ma prop</w:t>
      </w:r>
      <w:r w:rsidR="00B80945" w:rsidRPr="006971D8">
        <w:rPr>
          <w:rFonts w:ascii="Arial" w:hAnsi="Arial" w:cs="Arial"/>
          <w:sz w:val="22"/>
          <w:lang w:val="hr-BA"/>
        </w:rPr>
        <w:t>i</w:t>
      </w:r>
      <w:r w:rsidR="00570D3E" w:rsidRPr="006971D8">
        <w:rPr>
          <w:rFonts w:ascii="Arial" w:hAnsi="Arial" w:cs="Arial"/>
          <w:sz w:val="22"/>
          <w:lang w:val="hr-BA"/>
        </w:rPr>
        <w:t>san</w:t>
      </w:r>
      <w:r w:rsidR="00B80945" w:rsidRPr="006971D8">
        <w:rPr>
          <w:rFonts w:ascii="Arial" w:hAnsi="Arial" w:cs="Arial"/>
          <w:sz w:val="22"/>
          <w:lang w:val="hr-BA"/>
        </w:rPr>
        <w:t>i</w:t>
      </w:r>
      <w:r w:rsidR="00570D3E" w:rsidRPr="006971D8">
        <w:rPr>
          <w:rFonts w:ascii="Arial" w:hAnsi="Arial" w:cs="Arial"/>
          <w:sz w:val="22"/>
          <w:lang w:val="hr-BA"/>
        </w:rPr>
        <w:t>m posebn</w:t>
      </w:r>
      <w:r w:rsidR="00B80945" w:rsidRPr="006971D8">
        <w:rPr>
          <w:rFonts w:ascii="Arial" w:hAnsi="Arial" w:cs="Arial"/>
          <w:sz w:val="22"/>
          <w:lang w:val="hr-BA"/>
        </w:rPr>
        <w:t>i</w:t>
      </w:r>
      <w:r w:rsidR="00570D3E" w:rsidRPr="006971D8">
        <w:rPr>
          <w:rFonts w:ascii="Arial" w:hAnsi="Arial" w:cs="Arial"/>
          <w:sz w:val="22"/>
          <w:lang w:val="hr-BA"/>
        </w:rPr>
        <w:t>m prop</w:t>
      </w:r>
      <w:r w:rsidR="00B80945" w:rsidRPr="006971D8">
        <w:rPr>
          <w:rFonts w:ascii="Arial" w:hAnsi="Arial" w:cs="Arial"/>
          <w:sz w:val="22"/>
          <w:lang w:val="hr-BA"/>
        </w:rPr>
        <w:t>i</w:t>
      </w:r>
      <w:r w:rsidR="00570D3E" w:rsidRPr="006971D8">
        <w:rPr>
          <w:rFonts w:ascii="Arial" w:hAnsi="Arial" w:cs="Arial"/>
          <w:sz w:val="22"/>
          <w:lang w:val="hr-BA"/>
        </w:rPr>
        <w:t>s</w:t>
      </w:r>
      <w:r w:rsidR="00B80945" w:rsidRPr="006971D8">
        <w:rPr>
          <w:rFonts w:ascii="Arial" w:hAnsi="Arial" w:cs="Arial"/>
          <w:sz w:val="22"/>
          <w:lang w:val="hr-BA"/>
        </w:rPr>
        <w:t>i</w:t>
      </w:r>
      <w:r w:rsidR="00570D3E" w:rsidRPr="006971D8">
        <w:rPr>
          <w:rFonts w:ascii="Arial" w:hAnsi="Arial" w:cs="Arial"/>
          <w:sz w:val="22"/>
          <w:lang w:val="hr-BA"/>
        </w:rPr>
        <w:t>ma koj</w:t>
      </w:r>
      <w:r w:rsidR="00B80945" w:rsidRPr="006971D8">
        <w:rPr>
          <w:rFonts w:ascii="Arial" w:hAnsi="Arial" w:cs="Arial"/>
          <w:sz w:val="22"/>
          <w:lang w:val="hr-BA"/>
        </w:rPr>
        <w:t>i</w:t>
      </w:r>
      <w:r w:rsidR="00570D3E" w:rsidRPr="006971D8">
        <w:rPr>
          <w:rFonts w:ascii="Arial" w:hAnsi="Arial" w:cs="Arial"/>
          <w:sz w:val="22"/>
          <w:lang w:val="hr-BA"/>
        </w:rPr>
        <w:t xml:space="preserve"> uređuju čuvanje poslovne, računovodstvene, knj</w:t>
      </w:r>
      <w:r w:rsidR="00B80945" w:rsidRPr="006971D8">
        <w:rPr>
          <w:rFonts w:ascii="Arial" w:hAnsi="Arial" w:cs="Arial"/>
          <w:sz w:val="22"/>
          <w:lang w:val="hr-BA"/>
        </w:rPr>
        <w:t>i</w:t>
      </w:r>
      <w:r w:rsidR="00570D3E" w:rsidRPr="006971D8">
        <w:rPr>
          <w:rFonts w:ascii="Arial" w:hAnsi="Arial" w:cs="Arial"/>
          <w:sz w:val="22"/>
          <w:lang w:val="hr-BA"/>
        </w:rPr>
        <w:t xml:space="preserve">govodstvene </w:t>
      </w:r>
      <w:r w:rsidR="00B80945" w:rsidRPr="006971D8">
        <w:rPr>
          <w:rFonts w:ascii="Arial" w:hAnsi="Arial" w:cs="Arial"/>
          <w:sz w:val="22"/>
          <w:lang w:val="hr-BA"/>
        </w:rPr>
        <w:t>i</w:t>
      </w:r>
      <w:r w:rsidR="00570D3E" w:rsidRPr="006971D8">
        <w:rPr>
          <w:rFonts w:ascii="Arial" w:hAnsi="Arial" w:cs="Arial"/>
          <w:sz w:val="22"/>
          <w:lang w:val="hr-BA"/>
        </w:rPr>
        <w:t xml:space="preserve"> druge dokumentac</w:t>
      </w:r>
      <w:r w:rsidR="00B80945" w:rsidRPr="006971D8">
        <w:rPr>
          <w:rFonts w:ascii="Arial" w:hAnsi="Arial" w:cs="Arial"/>
          <w:sz w:val="22"/>
          <w:lang w:val="hr-BA"/>
        </w:rPr>
        <w:t>i</w:t>
      </w:r>
      <w:r w:rsidR="00570D3E" w:rsidRPr="006971D8">
        <w:rPr>
          <w:rFonts w:ascii="Arial" w:hAnsi="Arial" w:cs="Arial"/>
          <w:sz w:val="22"/>
          <w:lang w:val="hr-BA"/>
        </w:rPr>
        <w:t>je.</w:t>
      </w:r>
    </w:p>
    <w:p w14:paraId="0261DD7D" w14:textId="77777777" w:rsidR="006F083B" w:rsidRDefault="006F083B" w:rsidP="00173D56">
      <w:pPr>
        <w:ind w:left="0"/>
        <w:jc w:val="center"/>
        <w:rPr>
          <w:rFonts w:ascii="Arial" w:hAnsi="Arial" w:cs="Arial"/>
          <w:b/>
          <w:sz w:val="22"/>
          <w:lang w:val="hr-BA"/>
        </w:rPr>
      </w:pPr>
    </w:p>
    <w:p w14:paraId="4F296F5D" w14:textId="5CF75816" w:rsidR="000E71EC" w:rsidRPr="002D471C" w:rsidRDefault="00570D3E" w:rsidP="00837CAE">
      <w:pPr>
        <w:spacing w:before="0" w:after="0"/>
        <w:ind w:left="0"/>
        <w:jc w:val="center"/>
        <w:rPr>
          <w:rFonts w:ascii="Arial" w:hAnsi="Arial" w:cs="Arial"/>
          <w:b/>
          <w:sz w:val="22"/>
          <w:lang w:val="hr-BA"/>
        </w:rPr>
      </w:pPr>
      <w:r w:rsidRPr="002D471C">
        <w:rPr>
          <w:rFonts w:ascii="Arial" w:hAnsi="Arial" w:cs="Arial"/>
          <w:b/>
          <w:sz w:val="22"/>
          <w:lang w:val="hr-BA"/>
        </w:rPr>
        <w:t>Član</w:t>
      </w:r>
      <w:r w:rsidR="006971D8" w:rsidRPr="002D471C">
        <w:rPr>
          <w:rFonts w:ascii="Arial" w:hAnsi="Arial" w:cs="Arial"/>
          <w:b/>
          <w:sz w:val="22"/>
          <w:lang w:val="hr-BA"/>
        </w:rPr>
        <w:t>ak</w:t>
      </w:r>
      <w:r w:rsidRPr="002D471C">
        <w:rPr>
          <w:rFonts w:ascii="Arial" w:hAnsi="Arial" w:cs="Arial"/>
          <w:b/>
          <w:sz w:val="22"/>
          <w:lang w:val="hr-BA"/>
        </w:rPr>
        <w:t xml:space="preserve"> 1</w:t>
      </w:r>
      <w:r w:rsidR="006971D8" w:rsidRPr="002D471C">
        <w:rPr>
          <w:rFonts w:ascii="Arial" w:hAnsi="Arial" w:cs="Arial"/>
          <w:b/>
          <w:sz w:val="22"/>
          <w:lang w:val="hr-BA"/>
        </w:rPr>
        <w:t>1</w:t>
      </w:r>
      <w:r w:rsidRPr="002D471C">
        <w:rPr>
          <w:rFonts w:ascii="Arial" w:hAnsi="Arial" w:cs="Arial"/>
          <w:b/>
          <w:sz w:val="22"/>
          <w:lang w:val="hr-BA"/>
        </w:rPr>
        <w:t>.</w:t>
      </w:r>
    </w:p>
    <w:p w14:paraId="17FB20FB" w14:textId="32E22562" w:rsidR="00837CAE" w:rsidRPr="002D471C" w:rsidRDefault="00837CAE" w:rsidP="00837CAE">
      <w:pPr>
        <w:spacing w:before="0" w:after="0"/>
        <w:ind w:left="0"/>
        <w:jc w:val="center"/>
        <w:rPr>
          <w:rFonts w:ascii="Arial" w:hAnsi="Arial" w:cs="Arial"/>
          <w:b/>
          <w:sz w:val="22"/>
          <w:lang w:val="hr-BA"/>
        </w:rPr>
      </w:pPr>
      <w:r w:rsidRPr="002D471C">
        <w:rPr>
          <w:rFonts w:ascii="Arial" w:hAnsi="Arial" w:cs="Arial"/>
          <w:b/>
          <w:sz w:val="22"/>
          <w:lang w:val="hr-BA"/>
        </w:rPr>
        <w:t>(Dodatna dokumentacija)</w:t>
      </w:r>
    </w:p>
    <w:p w14:paraId="28C0ED41" w14:textId="77777777" w:rsidR="00837CAE" w:rsidRPr="002D471C" w:rsidRDefault="00837CAE" w:rsidP="00837CAE">
      <w:pPr>
        <w:spacing w:before="0" w:after="0"/>
        <w:ind w:left="0"/>
        <w:jc w:val="center"/>
        <w:rPr>
          <w:rFonts w:ascii="Arial" w:hAnsi="Arial" w:cs="Arial"/>
          <w:b/>
          <w:sz w:val="22"/>
          <w:lang w:val="hr-BA"/>
        </w:rPr>
      </w:pPr>
    </w:p>
    <w:p w14:paraId="7B9BAA07" w14:textId="650FEF4B" w:rsidR="000E71EC" w:rsidRPr="002D471C" w:rsidRDefault="00837CAE" w:rsidP="00837CAE">
      <w:pPr>
        <w:ind w:left="0"/>
        <w:rPr>
          <w:rFonts w:ascii="Arial" w:hAnsi="Arial" w:cs="Arial"/>
          <w:sz w:val="22"/>
          <w:lang w:val="hr-BA"/>
        </w:rPr>
      </w:pPr>
      <w:r w:rsidRPr="002D471C">
        <w:rPr>
          <w:rFonts w:ascii="Arial" w:hAnsi="Arial" w:cs="Arial"/>
          <w:sz w:val="22"/>
          <w:lang w:val="hr-BA"/>
        </w:rPr>
        <w:t xml:space="preserve">(1) </w:t>
      </w:r>
      <w:r w:rsidR="00570D3E" w:rsidRPr="002D471C">
        <w:rPr>
          <w:rFonts w:ascii="Arial" w:hAnsi="Arial" w:cs="Arial"/>
          <w:sz w:val="22"/>
          <w:lang w:val="hr-BA"/>
        </w:rPr>
        <w:t>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starstvo može od obvezn</w:t>
      </w:r>
      <w:r w:rsidR="00B80945" w:rsidRPr="002D471C">
        <w:rPr>
          <w:rFonts w:ascii="Arial" w:hAnsi="Arial" w:cs="Arial"/>
          <w:sz w:val="22"/>
          <w:lang w:val="hr-BA"/>
        </w:rPr>
        <w:t>i</w:t>
      </w:r>
      <w:r w:rsidR="00570D3E" w:rsidRPr="002D471C">
        <w:rPr>
          <w:rFonts w:ascii="Arial" w:hAnsi="Arial" w:cs="Arial"/>
          <w:sz w:val="22"/>
          <w:lang w:val="hr-BA"/>
        </w:rPr>
        <w:t xml:space="preserve">ka </w:t>
      </w:r>
      <w:r w:rsidR="00B80945" w:rsidRPr="002D471C">
        <w:rPr>
          <w:rFonts w:ascii="Arial" w:hAnsi="Arial" w:cs="Arial"/>
          <w:sz w:val="22"/>
          <w:lang w:val="hr-BA"/>
        </w:rPr>
        <w:t>i</w:t>
      </w:r>
      <w:r w:rsidR="00570D3E" w:rsidRPr="002D471C">
        <w:rPr>
          <w:rFonts w:ascii="Arial" w:hAnsi="Arial" w:cs="Arial"/>
          <w:sz w:val="22"/>
          <w:lang w:val="hr-BA"/>
        </w:rPr>
        <w:t xml:space="preserve">zvještavanja </w:t>
      </w:r>
      <w:r w:rsidRPr="002D471C">
        <w:rPr>
          <w:rFonts w:ascii="Arial" w:hAnsi="Arial" w:cs="Arial"/>
          <w:sz w:val="22"/>
          <w:lang w:val="hr-BA"/>
        </w:rPr>
        <w:t xml:space="preserve">zahtijevati </w:t>
      </w:r>
      <w:r w:rsidR="00570D3E" w:rsidRPr="002D471C">
        <w:rPr>
          <w:rFonts w:ascii="Arial" w:hAnsi="Arial" w:cs="Arial"/>
          <w:sz w:val="22"/>
          <w:lang w:val="hr-BA"/>
        </w:rPr>
        <w:t>dostavljanje dokumentac</w:t>
      </w:r>
      <w:r w:rsidR="00B80945" w:rsidRPr="002D471C">
        <w:rPr>
          <w:rFonts w:ascii="Arial" w:hAnsi="Arial" w:cs="Arial"/>
          <w:sz w:val="22"/>
          <w:lang w:val="hr-BA"/>
        </w:rPr>
        <w:t>i</w:t>
      </w:r>
      <w:r w:rsidR="00570D3E" w:rsidRPr="002D471C">
        <w:rPr>
          <w:rFonts w:ascii="Arial" w:hAnsi="Arial" w:cs="Arial"/>
          <w:sz w:val="22"/>
          <w:lang w:val="hr-BA"/>
        </w:rPr>
        <w:t xml:space="preserve">je </w:t>
      </w:r>
      <w:r w:rsidR="00B80945" w:rsidRPr="002D471C">
        <w:rPr>
          <w:rFonts w:ascii="Arial" w:hAnsi="Arial" w:cs="Arial"/>
          <w:sz w:val="22"/>
          <w:lang w:val="hr-BA"/>
        </w:rPr>
        <w:t>i</w:t>
      </w:r>
      <w:r w:rsidR="00570D3E" w:rsidRPr="002D471C">
        <w:rPr>
          <w:rFonts w:ascii="Arial" w:hAnsi="Arial" w:cs="Arial"/>
          <w:sz w:val="22"/>
          <w:lang w:val="hr-BA"/>
        </w:rPr>
        <w:t>l</w:t>
      </w:r>
      <w:r w:rsidR="00B80945" w:rsidRPr="002D471C">
        <w:rPr>
          <w:rFonts w:ascii="Arial" w:hAnsi="Arial" w:cs="Arial"/>
          <w:sz w:val="22"/>
          <w:lang w:val="hr-BA"/>
        </w:rPr>
        <w:t>i</w:t>
      </w:r>
      <w:r w:rsidR="00570D3E" w:rsidRPr="002D471C">
        <w:rPr>
          <w:rFonts w:ascii="Arial" w:hAnsi="Arial" w:cs="Arial"/>
          <w:sz w:val="22"/>
          <w:lang w:val="hr-BA"/>
        </w:rPr>
        <w:t xml:space="preserve"> dodatnog objašnjenja kada je to potrebno rad</w:t>
      </w:r>
      <w:r w:rsidR="00B80945" w:rsidRPr="002D471C">
        <w:rPr>
          <w:rFonts w:ascii="Arial" w:hAnsi="Arial" w:cs="Arial"/>
          <w:sz w:val="22"/>
          <w:lang w:val="hr-BA"/>
        </w:rPr>
        <w:t>i</w:t>
      </w:r>
      <w:r w:rsidR="00570D3E" w:rsidRPr="002D471C">
        <w:rPr>
          <w:rFonts w:ascii="Arial" w:hAnsi="Arial" w:cs="Arial"/>
          <w:sz w:val="22"/>
          <w:lang w:val="hr-BA"/>
        </w:rPr>
        <w:t xml:space="preserve"> provjere t</w:t>
      </w:r>
      <w:r w:rsidR="00F60C3B" w:rsidRPr="002D471C">
        <w:rPr>
          <w:rFonts w:ascii="Arial" w:hAnsi="Arial" w:cs="Arial"/>
          <w:sz w:val="22"/>
          <w:lang w:val="hr-BA"/>
        </w:rPr>
        <w:t>o</w:t>
      </w:r>
      <w:r w:rsidR="00570D3E" w:rsidRPr="002D471C">
        <w:rPr>
          <w:rFonts w:ascii="Arial" w:hAnsi="Arial" w:cs="Arial"/>
          <w:sz w:val="22"/>
          <w:lang w:val="hr-BA"/>
        </w:rPr>
        <w:t>čnost</w:t>
      </w:r>
      <w:r w:rsidR="00B80945" w:rsidRPr="002D471C">
        <w:rPr>
          <w:rFonts w:ascii="Arial" w:hAnsi="Arial" w:cs="Arial"/>
          <w:sz w:val="22"/>
          <w:lang w:val="hr-BA"/>
        </w:rPr>
        <w:t>i</w:t>
      </w:r>
      <w:r w:rsidR="00F60C3B" w:rsidRPr="002D471C">
        <w:rPr>
          <w:rFonts w:ascii="Arial" w:hAnsi="Arial" w:cs="Arial"/>
          <w:sz w:val="22"/>
          <w:lang w:val="hr-BA"/>
        </w:rPr>
        <w:t xml:space="preserve"> i</w:t>
      </w:r>
      <w:r w:rsidR="00570D3E" w:rsidRPr="002D471C">
        <w:rPr>
          <w:rFonts w:ascii="Arial" w:hAnsi="Arial" w:cs="Arial"/>
          <w:sz w:val="22"/>
          <w:lang w:val="hr-BA"/>
        </w:rPr>
        <w:t xml:space="preserve"> usklađenost</w:t>
      </w:r>
      <w:r w:rsidR="00B80945" w:rsidRPr="002D471C">
        <w:rPr>
          <w:rFonts w:ascii="Arial" w:hAnsi="Arial" w:cs="Arial"/>
          <w:sz w:val="22"/>
          <w:lang w:val="hr-BA"/>
        </w:rPr>
        <w:t>i</w:t>
      </w:r>
      <w:r w:rsidR="00570D3E" w:rsidRPr="002D471C">
        <w:rPr>
          <w:rFonts w:ascii="Arial" w:hAnsi="Arial" w:cs="Arial"/>
          <w:sz w:val="22"/>
          <w:lang w:val="hr-BA"/>
        </w:rPr>
        <w:t xml:space="preserve"> podataka dostavljen</w:t>
      </w:r>
      <w:r w:rsidR="00B80945" w:rsidRPr="002D471C">
        <w:rPr>
          <w:rFonts w:ascii="Arial" w:hAnsi="Arial" w:cs="Arial"/>
          <w:sz w:val="22"/>
          <w:lang w:val="hr-BA"/>
        </w:rPr>
        <w:t>i</w:t>
      </w:r>
      <w:r w:rsidR="00570D3E" w:rsidRPr="002D471C">
        <w:rPr>
          <w:rFonts w:ascii="Arial" w:hAnsi="Arial" w:cs="Arial"/>
          <w:sz w:val="22"/>
          <w:lang w:val="hr-BA"/>
        </w:rPr>
        <w:t>h u skladu sa ov</w:t>
      </w:r>
      <w:r w:rsidR="00B80945" w:rsidRPr="002D471C">
        <w:rPr>
          <w:rFonts w:ascii="Arial" w:hAnsi="Arial" w:cs="Arial"/>
          <w:sz w:val="22"/>
          <w:lang w:val="hr-BA"/>
        </w:rPr>
        <w:t>i</w:t>
      </w:r>
      <w:r w:rsidR="00570D3E" w:rsidRPr="002D471C">
        <w:rPr>
          <w:rFonts w:ascii="Arial" w:hAnsi="Arial" w:cs="Arial"/>
          <w:sz w:val="22"/>
          <w:lang w:val="hr-BA"/>
        </w:rPr>
        <w:t xml:space="preserve">m </w:t>
      </w:r>
      <w:r w:rsidR="00061340">
        <w:rPr>
          <w:rFonts w:ascii="Arial" w:hAnsi="Arial" w:cs="Arial"/>
          <w:sz w:val="22"/>
          <w:lang w:val="hr-BA"/>
        </w:rPr>
        <w:t>P</w:t>
      </w:r>
      <w:r w:rsidR="00570D3E" w:rsidRPr="002D471C">
        <w:rPr>
          <w:rFonts w:ascii="Arial" w:hAnsi="Arial" w:cs="Arial"/>
          <w:sz w:val="22"/>
          <w:lang w:val="hr-BA"/>
        </w:rPr>
        <w:t>rav</w:t>
      </w:r>
      <w:r w:rsidR="00B80945" w:rsidRPr="002D471C">
        <w:rPr>
          <w:rFonts w:ascii="Arial" w:hAnsi="Arial" w:cs="Arial"/>
          <w:sz w:val="22"/>
          <w:lang w:val="hr-BA"/>
        </w:rPr>
        <w:t>i</w:t>
      </w:r>
      <w:r w:rsidR="00570D3E" w:rsidRPr="002D471C">
        <w:rPr>
          <w:rFonts w:ascii="Arial" w:hAnsi="Arial" w:cs="Arial"/>
          <w:sz w:val="22"/>
          <w:lang w:val="hr-BA"/>
        </w:rPr>
        <w:t>ln</w:t>
      </w:r>
      <w:r w:rsidR="00B80945" w:rsidRPr="002D471C">
        <w:rPr>
          <w:rFonts w:ascii="Arial" w:hAnsi="Arial" w:cs="Arial"/>
          <w:sz w:val="22"/>
          <w:lang w:val="hr-BA"/>
        </w:rPr>
        <w:t>i</w:t>
      </w:r>
      <w:r w:rsidR="00570D3E" w:rsidRPr="002D471C">
        <w:rPr>
          <w:rFonts w:ascii="Arial" w:hAnsi="Arial" w:cs="Arial"/>
          <w:sz w:val="22"/>
          <w:lang w:val="hr-BA"/>
        </w:rPr>
        <w:t>kom.</w:t>
      </w:r>
    </w:p>
    <w:p w14:paraId="1DD6D3EB" w14:textId="133AF80D" w:rsidR="000E71EC" w:rsidRPr="002D471C" w:rsidRDefault="00837CAE" w:rsidP="00837CAE">
      <w:pPr>
        <w:ind w:left="0"/>
        <w:rPr>
          <w:rFonts w:ascii="Arial" w:hAnsi="Arial" w:cs="Arial"/>
          <w:sz w:val="22"/>
          <w:lang w:val="hr-BA"/>
        </w:rPr>
      </w:pPr>
      <w:r w:rsidRPr="002D471C">
        <w:rPr>
          <w:rFonts w:ascii="Arial" w:hAnsi="Arial" w:cs="Arial"/>
          <w:sz w:val="22"/>
          <w:lang w:val="hr-BA"/>
        </w:rPr>
        <w:t xml:space="preserve">(2) </w:t>
      </w:r>
      <w:r w:rsidR="00570D3E" w:rsidRPr="002D471C">
        <w:rPr>
          <w:rFonts w:ascii="Arial" w:hAnsi="Arial" w:cs="Arial"/>
          <w:sz w:val="22"/>
          <w:lang w:val="hr-BA"/>
        </w:rPr>
        <w:t xml:space="preserve">Zahtjev </w:t>
      </w:r>
      <w:r w:rsidR="00B80945" w:rsidRPr="002D471C">
        <w:rPr>
          <w:rFonts w:ascii="Arial" w:hAnsi="Arial" w:cs="Arial"/>
          <w:sz w:val="22"/>
          <w:lang w:val="hr-BA"/>
        </w:rPr>
        <w:t>i</w:t>
      </w:r>
      <w:r w:rsidR="00570D3E" w:rsidRPr="002D471C">
        <w:rPr>
          <w:rFonts w:ascii="Arial" w:hAnsi="Arial" w:cs="Arial"/>
          <w:sz w:val="22"/>
          <w:lang w:val="hr-BA"/>
        </w:rPr>
        <w:t>z stav</w:t>
      </w:r>
      <w:r w:rsidRPr="002D471C">
        <w:rPr>
          <w:rFonts w:ascii="Arial" w:hAnsi="Arial" w:cs="Arial"/>
          <w:sz w:val="22"/>
          <w:lang w:val="hr-BA"/>
        </w:rPr>
        <w:t>k</w:t>
      </w:r>
      <w:r w:rsidR="00570D3E" w:rsidRPr="002D471C">
        <w:rPr>
          <w:rFonts w:ascii="Arial" w:hAnsi="Arial" w:cs="Arial"/>
          <w:sz w:val="22"/>
          <w:lang w:val="hr-BA"/>
        </w:rPr>
        <w:t>a (1) ovog član</w:t>
      </w:r>
      <w:r w:rsidRPr="002D471C">
        <w:rPr>
          <w:rFonts w:ascii="Arial" w:hAnsi="Arial" w:cs="Arial"/>
          <w:sz w:val="22"/>
          <w:lang w:val="hr-BA"/>
        </w:rPr>
        <w:t>k</w:t>
      </w:r>
      <w:r w:rsidR="00570D3E" w:rsidRPr="002D471C">
        <w:rPr>
          <w:rFonts w:ascii="Arial" w:hAnsi="Arial" w:cs="Arial"/>
          <w:sz w:val="22"/>
          <w:lang w:val="hr-BA"/>
        </w:rPr>
        <w:t xml:space="preserve">a dostavlja se </w:t>
      </w:r>
      <w:r w:rsidR="002B364D" w:rsidRPr="002D471C">
        <w:rPr>
          <w:rFonts w:ascii="Arial" w:hAnsi="Arial" w:cs="Arial"/>
          <w:sz w:val="22"/>
          <w:lang w:val="hr-BA"/>
        </w:rPr>
        <w:t xml:space="preserve">pisanim ili </w:t>
      </w:r>
      <w:r w:rsidR="00570D3E" w:rsidRPr="002D471C">
        <w:rPr>
          <w:rFonts w:ascii="Arial" w:hAnsi="Arial" w:cs="Arial"/>
          <w:sz w:val="22"/>
          <w:lang w:val="hr-BA"/>
        </w:rPr>
        <w:t>elektron</w:t>
      </w:r>
      <w:r w:rsidRPr="002D471C">
        <w:rPr>
          <w:rFonts w:ascii="Arial" w:hAnsi="Arial" w:cs="Arial"/>
          <w:sz w:val="22"/>
          <w:lang w:val="hr-BA"/>
        </w:rPr>
        <w:t>ičkim</w:t>
      </w:r>
      <w:r w:rsidR="00570D3E" w:rsidRPr="002D471C">
        <w:rPr>
          <w:rFonts w:ascii="Arial" w:hAnsi="Arial" w:cs="Arial"/>
          <w:sz w:val="22"/>
          <w:lang w:val="hr-BA"/>
        </w:rPr>
        <w:t xml:space="preserve"> putem</w:t>
      </w:r>
      <w:r w:rsidR="002B364D" w:rsidRPr="002D471C">
        <w:rPr>
          <w:rFonts w:ascii="Arial" w:hAnsi="Arial" w:cs="Arial"/>
          <w:sz w:val="22"/>
          <w:lang w:val="hr-BA"/>
        </w:rPr>
        <w:t>.</w:t>
      </w:r>
    </w:p>
    <w:p w14:paraId="558C9E22" w14:textId="45E36D6B" w:rsidR="000E71EC" w:rsidRPr="00837CAE" w:rsidRDefault="00837CAE" w:rsidP="00837CAE">
      <w:pPr>
        <w:ind w:left="0"/>
        <w:rPr>
          <w:rFonts w:ascii="Arial" w:hAnsi="Arial" w:cs="Arial"/>
          <w:sz w:val="22"/>
          <w:lang w:val="hr-BA"/>
        </w:rPr>
      </w:pPr>
      <w:r w:rsidRPr="002D471C">
        <w:rPr>
          <w:rFonts w:ascii="Arial" w:hAnsi="Arial" w:cs="Arial"/>
          <w:sz w:val="22"/>
          <w:lang w:val="hr-BA"/>
        </w:rPr>
        <w:t xml:space="preserve">(3) </w:t>
      </w:r>
      <w:r w:rsidR="00570D3E" w:rsidRPr="002D471C">
        <w:rPr>
          <w:rFonts w:ascii="Arial" w:hAnsi="Arial" w:cs="Arial"/>
          <w:sz w:val="22"/>
          <w:lang w:val="hr-BA"/>
        </w:rPr>
        <w:t>Obvezn</w:t>
      </w:r>
      <w:r w:rsidR="00B80945" w:rsidRPr="002D471C">
        <w:rPr>
          <w:rFonts w:ascii="Arial" w:hAnsi="Arial" w:cs="Arial"/>
          <w:sz w:val="22"/>
          <w:lang w:val="hr-BA"/>
        </w:rPr>
        <w:t>i</w:t>
      </w:r>
      <w:r w:rsidR="00570D3E" w:rsidRPr="002D471C">
        <w:rPr>
          <w:rFonts w:ascii="Arial" w:hAnsi="Arial" w:cs="Arial"/>
          <w:sz w:val="22"/>
          <w:lang w:val="hr-BA"/>
        </w:rPr>
        <w:t xml:space="preserve">k </w:t>
      </w:r>
      <w:r w:rsidR="00B80945" w:rsidRPr="002D471C">
        <w:rPr>
          <w:rFonts w:ascii="Arial" w:hAnsi="Arial" w:cs="Arial"/>
          <w:sz w:val="22"/>
          <w:lang w:val="hr-BA"/>
        </w:rPr>
        <w:t>i</w:t>
      </w:r>
      <w:r w:rsidR="00570D3E" w:rsidRPr="002D471C">
        <w:rPr>
          <w:rFonts w:ascii="Arial" w:hAnsi="Arial" w:cs="Arial"/>
          <w:sz w:val="22"/>
          <w:lang w:val="hr-BA"/>
        </w:rPr>
        <w:t>zvještavanja dužan je postup</w:t>
      </w:r>
      <w:r w:rsidR="00B80945" w:rsidRPr="002D471C">
        <w:rPr>
          <w:rFonts w:ascii="Arial" w:hAnsi="Arial" w:cs="Arial"/>
          <w:sz w:val="22"/>
          <w:lang w:val="hr-BA"/>
        </w:rPr>
        <w:t>i</w:t>
      </w:r>
      <w:r w:rsidR="00570D3E" w:rsidRPr="002D471C">
        <w:rPr>
          <w:rFonts w:ascii="Arial" w:hAnsi="Arial" w:cs="Arial"/>
          <w:sz w:val="22"/>
          <w:lang w:val="hr-BA"/>
        </w:rPr>
        <w:t>t</w:t>
      </w:r>
      <w:r w:rsidR="00B80945" w:rsidRPr="002D471C">
        <w:rPr>
          <w:rFonts w:ascii="Arial" w:hAnsi="Arial" w:cs="Arial"/>
          <w:sz w:val="22"/>
          <w:lang w:val="hr-BA"/>
        </w:rPr>
        <w:t>i</w:t>
      </w:r>
      <w:r w:rsidR="00570D3E" w:rsidRPr="002D471C">
        <w:rPr>
          <w:rFonts w:ascii="Arial" w:hAnsi="Arial" w:cs="Arial"/>
          <w:sz w:val="22"/>
          <w:lang w:val="hr-BA"/>
        </w:rPr>
        <w:t xml:space="preserve"> po zahtjevu 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starstva</w:t>
      </w:r>
      <w:r w:rsidR="00570D3E" w:rsidRPr="00837CAE">
        <w:rPr>
          <w:rFonts w:ascii="Arial" w:hAnsi="Arial" w:cs="Arial"/>
          <w:sz w:val="22"/>
          <w:lang w:val="hr-BA"/>
        </w:rPr>
        <w:t xml:space="preserve"> u roku koj</w:t>
      </w:r>
      <w:r w:rsidR="00B80945" w:rsidRPr="00837CAE">
        <w:rPr>
          <w:rFonts w:ascii="Arial" w:hAnsi="Arial" w:cs="Arial"/>
          <w:sz w:val="22"/>
          <w:lang w:val="hr-BA"/>
        </w:rPr>
        <w:t>i</w:t>
      </w:r>
      <w:r w:rsidR="00570D3E" w:rsidRPr="00837CAE">
        <w:rPr>
          <w:rFonts w:ascii="Arial" w:hAnsi="Arial" w:cs="Arial"/>
          <w:sz w:val="22"/>
          <w:lang w:val="hr-BA"/>
        </w:rPr>
        <w:t xml:space="preserve"> odred</w:t>
      </w:r>
      <w:r w:rsidR="00B80945" w:rsidRPr="00837CAE">
        <w:rPr>
          <w:rFonts w:ascii="Arial" w:hAnsi="Arial" w:cs="Arial"/>
          <w:sz w:val="22"/>
          <w:lang w:val="hr-BA"/>
        </w:rPr>
        <w:t>i</w:t>
      </w:r>
      <w:r w:rsidR="00570D3E" w:rsidRPr="00837CAE">
        <w:rPr>
          <w:rFonts w:ascii="Arial" w:hAnsi="Arial" w:cs="Arial"/>
          <w:sz w:val="22"/>
          <w:lang w:val="hr-BA"/>
        </w:rPr>
        <w:t xml:space="preserve"> M</w:t>
      </w:r>
      <w:r w:rsidR="00B80945" w:rsidRPr="00837CAE">
        <w:rPr>
          <w:rFonts w:ascii="Arial" w:hAnsi="Arial" w:cs="Arial"/>
          <w:sz w:val="22"/>
          <w:lang w:val="hr-BA"/>
        </w:rPr>
        <w:t>i</w:t>
      </w:r>
      <w:r w:rsidR="00570D3E" w:rsidRPr="00837CAE">
        <w:rPr>
          <w:rFonts w:ascii="Arial" w:hAnsi="Arial" w:cs="Arial"/>
          <w:sz w:val="22"/>
          <w:lang w:val="hr-BA"/>
        </w:rPr>
        <w:t>n</w:t>
      </w:r>
      <w:r w:rsidR="00B80945" w:rsidRPr="00837CAE">
        <w:rPr>
          <w:rFonts w:ascii="Arial" w:hAnsi="Arial" w:cs="Arial"/>
          <w:sz w:val="22"/>
          <w:lang w:val="hr-BA"/>
        </w:rPr>
        <w:t>i</w:t>
      </w:r>
      <w:r w:rsidR="00570D3E" w:rsidRPr="00837CAE">
        <w:rPr>
          <w:rFonts w:ascii="Arial" w:hAnsi="Arial" w:cs="Arial"/>
          <w:sz w:val="22"/>
          <w:lang w:val="hr-BA"/>
        </w:rPr>
        <w:t>starstvo, a koj</w:t>
      </w:r>
      <w:r w:rsidR="00B80945" w:rsidRPr="00837CAE">
        <w:rPr>
          <w:rFonts w:ascii="Arial" w:hAnsi="Arial" w:cs="Arial"/>
          <w:sz w:val="22"/>
          <w:lang w:val="hr-BA"/>
        </w:rPr>
        <w:t>i</w:t>
      </w:r>
      <w:r w:rsidR="00570D3E" w:rsidRPr="00837CAE">
        <w:rPr>
          <w:rFonts w:ascii="Arial" w:hAnsi="Arial" w:cs="Arial"/>
          <w:sz w:val="22"/>
          <w:lang w:val="hr-BA"/>
        </w:rPr>
        <w:t xml:space="preserve"> ne može b</w:t>
      </w:r>
      <w:r w:rsidR="00B80945" w:rsidRPr="00837CAE">
        <w:rPr>
          <w:rFonts w:ascii="Arial" w:hAnsi="Arial" w:cs="Arial"/>
          <w:sz w:val="22"/>
          <w:lang w:val="hr-BA"/>
        </w:rPr>
        <w:t>i</w:t>
      </w:r>
      <w:r w:rsidR="00570D3E" w:rsidRPr="00837CAE">
        <w:rPr>
          <w:rFonts w:ascii="Arial" w:hAnsi="Arial" w:cs="Arial"/>
          <w:sz w:val="22"/>
          <w:lang w:val="hr-BA"/>
        </w:rPr>
        <w:t>t</w:t>
      </w:r>
      <w:r w:rsidR="00B80945" w:rsidRPr="00837CAE">
        <w:rPr>
          <w:rFonts w:ascii="Arial" w:hAnsi="Arial" w:cs="Arial"/>
          <w:sz w:val="22"/>
          <w:lang w:val="hr-BA"/>
        </w:rPr>
        <w:t>i</w:t>
      </w:r>
      <w:r w:rsidR="00570D3E" w:rsidRPr="00837CAE">
        <w:rPr>
          <w:rFonts w:ascii="Arial" w:hAnsi="Arial" w:cs="Arial"/>
          <w:sz w:val="22"/>
          <w:lang w:val="hr-BA"/>
        </w:rPr>
        <w:t xml:space="preserve"> krać</w:t>
      </w:r>
      <w:r w:rsidR="00B80945" w:rsidRPr="00837CAE">
        <w:rPr>
          <w:rFonts w:ascii="Arial" w:hAnsi="Arial" w:cs="Arial"/>
          <w:sz w:val="22"/>
          <w:lang w:val="hr-BA"/>
        </w:rPr>
        <w:t>i</w:t>
      </w:r>
      <w:r w:rsidR="00570D3E" w:rsidRPr="00837CAE">
        <w:rPr>
          <w:rFonts w:ascii="Arial" w:hAnsi="Arial" w:cs="Arial"/>
          <w:sz w:val="22"/>
          <w:lang w:val="hr-BA"/>
        </w:rPr>
        <w:t xml:space="preserve"> od osam dana od dana pr</w:t>
      </w:r>
      <w:r w:rsidR="00B80945" w:rsidRPr="00837CAE">
        <w:rPr>
          <w:rFonts w:ascii="Arial" w:hAnsi="Arial" w:cs="Arial"/>
          <w:sz w:val="22"/>
          <w:lang w:val="hr-BA"/>
        </w:rPr>
        <w:t>i</w:t>
      </w:r>
      <w:r w:rsidR="00570D3E" w:rsidRPr="00837CAE">
        <w:rPr>
          <w:rFonts w:ascii="Arial" w:hAnsi="Arial" w:cs="Arial"/>
          <w:sz w:val="22"/>
          <w:lang w:val="hr-BA"/>
        </w:rPr>
        <w:t>jema zahtjeva, os</w:t>
      </w:r>
      <w:r w:rsidR="00B80945" w:rsidRPr="00837CAE">
        <w:rPr>
          <w:rFonts w:ascii="Arial" w:hAnsi="Arial" w:cs="Arial"/>
          <w:sz w:val="22"/>
          <w:lang w:val="hr-BA"/>
        </w:rPr>
        <w:t>i</w:t>
      </w:r>
      <w:r w:rsidR="00570D3E" w:rsidRPr="00837CAE">
        <w:rPr>
          <w:rFonts w:ascii="Arial" w:hAnsi="Arial" w:cs="Arial"/>
          <w:sz w:val="22"/>
          <w:lang w:val="hr-BA"/>
        </w:rPr>
        <w:t>m kada okolnost</w:t>
      </w:r>
      <w:r w:rsidR="00B80945" w:rsidRPr="00837CAE">
        <w:rPr>
          <w:rFonts w:ascii="Arial" w:hAnsi="Arial" w:cs="Arial"/>
          <w:sz w:val="22"/>
          <w:lang w:val="hr-BA"/>
        </w:rPr>
        <w:t>i</w:t>
      </w:r>
      <w:r w:rsidR="00570D3E" w:rsidRPr="00837CAE">
        <w:rPr>
          <w:rFonts w:ascii="Arial" w:hAnsi="Arial" w:cs="Arial"/>
          <w:sz w:val="22"/>
          <w:lang w:val="hr-BA"/>
        </w:rPr>
        <w:t xml:space="preserve"> konkretnog slučaja zaht</w:t>
      </w:r>
      <w:r w:rsidR="00B80945" w:rsidRPr="00837CAE">
        <w:rPr>
          <w:rFonts w:ascii="Arial" w:hAnsi="Arial" w:cs="Arial"/>
          <w:sz w:val="22"/>
          <w:lang w:val="hr-BA"/>
        </w:rPr>
        <w:t>i</w:t>
      </w:r>
      <w:r w:rsidR="00570D3E" w:rsidRPr="00837CAE">
        <w:rPr>
          <w:rFonts w:ascii="Arial" w:hAnsi="Arial" w:cs="Arial"/>
          <w:sz w:val="22"/>
          <w:lang w:val="hr-BA"/>
        </w:rPr>
        <w:t>jevaju krać</w:t>
      </w:r>
      <w:r w:rsidR="00B80945" w:rsidRPr="00837CAE">
        <w:rPr>
          <w:rFonts w:ascii="Arial" w:hAnsi="Arial" w:cs="Arial"/>
          <w:sz w:val="22"/>
          <w:lang w:val="hr-BA"/>
        </w:rPr>
        <w:t>i</w:t>
      </w:r>
      <w:r w:rsidR="00570D3E" w:rsidRPr="00837CAE">
        <w:rPr>
          <w:rFonts w:ascii="Arial" w:hAnsi="Arial" w:cs="Arial"/>
          <w:sz w:val="22"/>
          <w:lang w:val="hr-BA"/>
        </w:rPr>
        <w:t xml:space="preserve"> rok u skladu sa Zakonom.</w:t>
      </w:r>
    </w:p>
    <w:p w14:paraId="7BE31B51" w14:textId="22AC11A4" w:rsidR="000E71EC" w:rsidRPr="00837CAE" w:rsidRDefault="00837CAE" w:rsidP="00837CAE">
      <w:pPr>
        <w:ind w:left="0"/>
        <w:rPr>
          <w:rFonts w:ascii="Arial" w:hAnsi="Arial" w:cs="Arial"/>
          <w:sz w:val="22"/>
          <w:lang w:val="hr-BA"/>
        </w:rPr>
      </w:pPr>
      <w:r>
        <w:rPr>
          <w:rFonts w:ascii="Arial" w:hAnsi="Arial" w:cs="Arial"/>
          <w:sz w:val="22"/>
          <w:lang w:val="hr-BA"/>
        </w:rPr>
        <w:t xml:space="preserve">(4) </w:t>
      </w:r>
      <w:r w:rsidR="00570D3E" w:rsidRPr="00837CAE">
        <w:rPr>
          <w:rFonts w:ascii="Arial" w:hAnsi="Arial" w:cs="Arial"/>
          <w:sz w:val="22"/>
          <w:lang w:val="hr-BA"/>
        </w:rPr>
        <w:t xml:space="preserve">Provjera podataka </w:t>
      </w:r>
      <w:r w:rsidR="00B80945" w:rsidRPr="00837CAE">
        <w:rPr>
          <w:rFonts w:ascii="Arial" w:hAnsi="Arial" w:cs="Arial"/>
          <w:sz w:val="22"/>
          <w:lang w:val="hr-BA"/>
        </w:rPr>
        <w:t>i</w:t>
      </w:r>
      <w:r w:rsidR="00570D3E" w:rsidRPr="00837CAE">
        <w:rPr>
          <w:rFonts w:ascii="Arial" w:hAnsi="Arial" w:cs="Arial"/>
          <w:sz w:val="22"/>
          <w:lang w:val="hr-BA"/>
        </w:rPr>
        <w:t>z ovog član</w:t>
      </w:r>
      <w:r>
        <w:rPr>
          <w:rFonts w:ascii="Arial" w:hAnsi="Arial" w:cs="Arial"/>
          <w:sz w:val="22"/>
          <w:lang w:val="hr-BA"/>
        </w:rPr>
        <w:t>k</w:t>
      </w:r>
      <w:r w:rsidR="00570D3E" w:rsidRPr="00837CAE">
        <w:rPr>
          <w:rFonts w:ascii="Arial" w:hAnsi="Arial" w:cs="Arial"/>
          <w:sz w:val="22"/>
          <w:lang w:val="hr-BA"/>
        </w:rPr>
        <w:t>a ne predstavlja postupak odobravanja kred</w:t>
      </w:r>
      <w:r w:rsidR="00B80945" w:rsidRPr="00837CAE">
        <w:rPr>
          <w:rFonts w:ascii="Arial" w:hAnsi="Arial" w:cs="Arial"/>
          <w:sz w:val="22"/>
          <w:lang w:val="hr-BA"/>
        </w:rPr>
        <w:t>i</w:t>
      </w:r>
      <w:r w:rsidR="00570D3E" w:rsidRPr="00837CAE">
        <w:rPr>
          <w:rFonts w:ascii="Arial" w:hAnsi="Arial" w:cs="Arial"/>
          <w:sz w:val="22"/>
          <w:lang w:val="hr-BA"/>
        </w:rPr>
        <w:t>tnog posla n</w:t>
      </w:r>
      <w:r w:rsidR="00B80945" w:rsidRPr="00837CAE">
        <w:rPr>
          <w:rFonts w:ascii="Arial" w:hAnsi="Arial" w:cs="Arial"/>
          <w:sz w:val="22"/>
          <w:lang w:val="hr-BA"/>
        </w:rPr>
        <w:t>i</w:t>
      </w:r>
      <w:r w:rsidR="00570D3E" w:rsidRPr="00837CAE">
        <w:rPr>
          <w:rFonts w:ascii="Arial" w:hAnsi="Arial" w:cs="Arial"/>
          <w:sz w:val="22"/>
          <w:lang w:val="hr-BA"/>
        </w:rPr>
        <w:t>t</w:t>
      </w:r>
      <w:r w:rsidR="00B80945" w:rsidRPr="00837CAE">
        <w:rPr>
          <w:rFonts w:ascii="Arial" w:hAnsi="Arial" w:cs="Arial"/>
          <w:sz w:val="22"/>
          <w:lang w:val="hr-BA"/>
        </w:rPr>
        <w:t>i</w:t>
      </w:r>
      <w:r w:rsidR="00570D3E" w:rsidRPr="00837CAE">
        <w:rPr>
          <w:rFonts w:ascii="Arial" w:hAnsi="Arial" w:cs="Arial"/>
          <w:sz w:val="22"/>
          <w:lang w:val="hr-BA"/>
        </w:rPr>
        <w:t xml:space="preserve"> preuz</w:t>
      </w:r>
      <w:r w:rsidR="00B80945" w:rsidRPr="00837CAE">
        <w:rPr>
          <w:rFonts w:ascii="Arial" w:hAnsi="Arial" w:cs="Arial"/>
          <w:sz w:val="22"/>
          <w:lang w:val="hr-BA"/>
        </w:rPr>
        <w:t>i</w:t>
      </w:r>
      <w:r w:rsidR="00570D3E" w:rsidRPr="00837CAE">
        <w:rPr>
          <w:rFonts w:ascii="Arial" w:hAnsi="Arial" w:cs="Arial"/>
          <w:sz w:val="22"/>
          <w:lang w:val="hr-BA"/>
        </w:rPr>
        <w:t>manje odgovornost</w:t>
      </w:r>
      <w:r w:rsidR="00B80945" w:rsidRPr="00837CAE">
        <w:rPr>
          <w:rFonts w:ascii="Arial" w:hAnsi="Arial" w:cs="Arial"/>
          <w:sz w:val="22"/>
          <w:lang w:val="hr-BA"/>
        </w:rPr>
        <w:t>i</w:t>
      </w:r>
      <w:r w:rsidR="00570D3E" w:rsidRPr="00837CAE">
        <w:rPr>
          <w:rFonts w:ascii="Arial" w:hAnsi="Arial" w:cs="Arial"/>
          <w:sz w:val="22"/>
          <w:lang w:val="hr-BA"/>
        </w:rPr>
        <w:t xml:space="preserve"> M</w:t>
      </w:r>
      <w:r w:rsidR="00B80945" w:rsidRPr="00837CAE">
        <w:rPr>
          <w:rFonts w:ascii="Arial" w:hAnsi="Arial" w:cs="Arial"/>
          <w:sz w:val="22"/>
          <w:lang w:val="hr-BA"/>
        </w:rPr>
        <w:t>i</w:t>
      </w:r>
      <w:r w:rsidR="00570D3E" w:rsidRPr="00837CAE">
        <w:rPr>
          <w:rFonts w:ascii="Arial" w:hAnsi="Arial" w:cs="Arial"/>
          <w:sz w:val="22"/>
          <w:lang w:val="hr-BA"/>
        </w:rPr>
        <w:t>n</w:t>
      </w:r>
      <w:r w:rsidR="00B80945" w:rsidRPr="00837CAE">
        <w:rPr>
          <w:rFonts w:ascii="Arial" w:hAnsi="Arial" w:cs="Arial"/>
          <w:sz w:val="22"/>
          <w:lang w:val="hr-BA"/>
        </w:rPr>
        <w:t>i</w:t>
      </w:r>
      <w:r w:rsidR="00570D3E" w:rsidRPr="00837CAE">
        <w:rPr>
          <w:rFonts w:ascii="Arial" w:hAnsi="Arial" w:cs="Arial"/>
          <w:sz w:val="22"/>
          <w:lang w:val="hr-BA"/>
        </w:rPr>
        <w:t>starstva za zakon</w:t>
      </w:r>
      <w:r w:rsidR="00B80945" w:rsidRPr="00837CAE">
        <w:rPr>
          <w:rFonts w:ascii="Arial" w:hAnsi="Arial" w:cs="Arial"/>
          <w:sz w:val="22"/>
          <w:lang w:val="hr-BA"/>
        </w:rPr>
        <w:t>i</w:t>
      </w:r>
      <w:r w:rsidR="00570D3E" w:rsidRPr="00837CAE">
        <w:rPr>
          <w:rFonts w:ascii="Arial" w:hAnsi="Arial" w:cs="Arial"/>
          <w:sz w:val="22"/>
          <w:lang w:val="hr-BA"/>
        </w:rPr>
        <w:t xml:space="preserve">tost, ekonomsku opravdanost </w:t>
      </w:r>
      <w:r w:rsidR="00B80945" w:rsidRPr="00837CAE">
        <w:rPr>
          <w:rFonts w:ascii="Arial" w:hAnsi="Arial" w:cs="Arial"/>
          <w:sz w:val="22"/>
          <w:lang w:val="hr-BA"/>
        </w:rPr>
        <w:t>i</w:t>
      </w:r>
      <w:r w:rsidR="00570D3E" w:rsidRPr="00837CAE">
        <w:rPr>
          <w:rFonts w:ascii="Arial" w:hAnsi="Arial" w:cs="Arial"/>
          <w:sz w:val="22"/>
          <w:lang w:val="hr-BA"/>
        </w:rPr>
        <w:t>l</w:t>
      </w:r>
      <w:r w:rsidR="00B80945" w:rsidRPr="00837CAE">
        <w:rPr>
          <w:rFonts w:ascii="Arial" w:hAnsi="Arial" w:cs="Arial"/>
          <w:sz w:val="22"/>
          <w:lang w:val="hr-BA"/>
        </w:rPr>
        <w:t>i</w:t>
      </w:r>
      <w:r w:rsidR="00570D3E" w:rsidRPr="00837CAE">
        <w:rPr>
          <w:rFonts w:ascii="Arial" w:hAnsi="Arial" w:cs="Arial"/>
          <w:sz w:val="22"/>
          <w:lang w:val="hr-BA"/>
        </w:rPr>
        <w:t xml:space="preserve"> </w:t>
      </w:r>
      <w:r w:rsidR="00B80945" w:rsidRPr="00837CAE">
        <w:rPr>
          <w:rFonts w:ascii="Arial" w:hAnsi="Arial" w:cs="Arial"/>
          <w:sz w:val="22"/>
          <w:lang w:val="hr-BA"/>
        </w:rPr>
        <w:t>i</w:t>
      </w:r>
      <w:r w:rsidR="00570D3E" w:rsidRPr="00837CAE">
        <w:rPr>
          <w:rFonts w:ascii="Arial" w:hAnsi="Arial" w:cs="Arial"/>
          <w:sz w:val="22"/>
          <w:lang w:val="hr-BA"/>
        </w:rPr>
        <w:t>zvršenje kred</w:t>
      </w:r>
      <w:r w:rsidR="00B80945" w:rsidRPr="00837CAE">
        <w:rPr>
          <w:rFonts w:ascii="Arial" w:hAnsi="Arial" w:cs="Arial"/>
          <w:sz w:val="22"/>
          <w:lang w:val="hr-BA"/>
        </w:rPr>
        <w:t>i</w:t>
      </w:r>
      <w:r w:rsidR="00570D3E" w:rsidRPr="00837CAE">
        <w:rPr>
          <w:rFonts w:ascii="Arial" w:hAnsi="Arial" w:cs="Arial"/>
          <w:sz w:val="22"/>
          <w:lang w:val="hr-BA"/>
        </w:rPr>
        <w:t>tnog posla.</w:t>
      </w:r>
    </w:p>
    <w:p w14:paraId="284EF510" w14:textId="77777777" w:rsidR="0040373F" w:rsidRDefault="0040373F" w:rsidP="00837CAE">
      <w:pPr>
        <w:ind w:left="0"/>
        <w:rPr>
          <w:rFonts w:ascii="Arial" w:hAnsi="Arial" w:cs="Arial"/>
          <w:b/>
          <w:sz w:val="22"/>
          <w:lang w:val="hr-BA"/>
        </w:rPr>
      </w:pPr>
    </w:p>
    <w:p w14:paraId="456FA860" w14:textId="69E5EEF4" w:rsidR="000E71EC" w:rsidRPr="002D471C" w:rsidRDefault="00570D3E" w:rsidP="00837CAE">
      <w:pPr>
        <w:spacing w:before="0" w:after="0"/>
        <w:ind w:left="0"/>
        <w:jc w:val="center"/>
        <w:rPr>
          <w:rFonts w:ascii="Arial" w:hAnsi="Arial" w:cs="Arial"/>
          <w:b/>
          <w:sz w:val="22"/>
          <w:lang w:val="hr-BA"/>
        </w:rPr>
      </w:pPr>
      <w:r w:rsidRPr="002D471C">
        <w:rPr>
          <w:rFonts w:ascii="Arial" w:hAnsi="Arial" w:cs="Arial"/>
          <w:b/>
          <w:sz w:val="22"/>
          <w:lang w:val="hr-BA"/>
        </w:rPr>
        <w:t>Član</w:t>
      </w:r>
      <w:r w:rsidR="00837CAE" w:rsidRPr="002D471C">
        <w:rPr>
          <w:rFonts w:ascii="Arial" w:hAnsi="Arial" w:cs="Arial"/>
          <w:b/>
          <w:sz w:val="22"/>
          <w:lang w:val="hr-BA"/>
        </w:rPr>
        <w:t>ak</w:t>
      </w:r>
      <w:r w:rsidRPr="002D471C">
        <w:rPr>
          <w:rFonts w:ascii="Arial" w:hAnsi="Arial" w:cs="Arial"/>
          <w:b/>
          <w:sz w:val="22"/>
          <w:lang w:val="hr-BA"/>
        </w:rPr>
        <w:t xml:space="preserve"> 1</w:t>
      </w:r>
      <w:r w:rsidR="00837CAE" w:rsidRPr="002D471C">
        <w:rPr>
          <w:rFonts w:ascii="Arial" w:hAnsi="Arial" w:cs="Arial"/>
          <w:b/>
          <w:sz w:val="22"/>
          <w:lang w:val="hr-BA"/>
        </w:rPr>
        <w:t>2</w:t>
      </w:r>
      <w:r w:rsidRPr="002D471C">
        <w:rPr>
          <w:rFonts w:ascii="Arial" w:hAnsi="Arial" w:cs="Arial"/>
          <w:b/>
          <w:sz w:val="22"/>
          <w:lang w:val="hr-BA"/>
        </w:rPr>
        <w:t>.</w:t>
      </w:r>
    </w:p>
    <w:p w14:paraId="350CEE1E" w14:textId="668D9BD0" w:rsidR="00837CAE" w:rsidRPr="002D471C" w:rsidRDefault="00837CAE" w:rsidP="00837CAE">
      <w:pPr>
        <w:spacing w:before="0" w:after="0"/>
        <w:ind w:left="0"/>
        <w:jc w:val="center"/>
        <w:rPr>
          <w:rFonts w:ascii="Arial" w:hAnsi="Arial" w:cs="Arial"/>
          <w:b/>
          <w:sz w:val="22"/>
          <w:lang w:val="hr-BA"/>
        </w:rPr>
      </w:pPr>
      <w:r w:rsidRPr="002D471C">
        <w:rPr>
          <w:rFonts w:ascii="Arial" w:hAnsi="Arial" w:cs="Arial"/>
          <w:b/>
          <w:sz w:val="22"/>
          <w:lang w:val="hr-BA"/>
        </w:rPr>
        <w:t>(Čuvanje podataka)</w:t>
      </w:r>
    </w:p>
    <w:p w14:paraId="619F5646" w14:textId="77777777" w:rsidR="00837CAE" w:rsidRPr="002D471C" w:rsidRDefault="00837CAE" w:rsidP="00837CAE">
      <w:pPr>
        <w:spacing w:before="0" w:after="0"/>
        <w:ind w:left="0"/>
        <w:jc w:val="center"/>
        <w:rPr>
          <w:rFonts w:ascii="Arial" w:hAnsi="Arial" w:cs="Arial"/>
          <w:b/>
          <w:sz w:val="22"/>
          <w:lang w:val="hr-BA"/>
        </w:rPr>
      </w:pPr>
    </w:p>
    <w:p w14:paraId="62C4232C" w14:textId="5218BA56" w:rsidR="000E71EC" w:rsidRPr="002D471C" w:rsidRDefault="00837CAE" w:rsidP="00837CAE">
      <w:pPr>
        <w:ind w:left="0"/>
        <w:rPr>
          <w:rFonts w:ascii="Arial" w:hAnsi="Arial" w:cs="Arial"/>
          <w:sz w:val="22"/>
          <w:lang w:val="hr-BA"/>
        </w:rPr>
      </w:pPr>
      <w:r w:rsidRPr="002D471C">
        <w:rPr>
          <w:rFonts w:ascii="Arial" w:hAnsi="Arial" w:cs="Arial"/>
          <w:sz w:val="22"/>
          <w:lang w:val="hr-BA"/>
        </w:rPr>
        <w:t xml:space="preserve">(1) </w:t>
      </w:r>
      <w:r w:rsidR="00570D3E" w:rsidRPr="002D471C">
        <w:rPr>
          <w:rFonts w:ascii="Arial" w:hAnsi="Arial" w:cs="Arial"/>
          <w:sz w:val="22"/>
          <w:lang w:val="hr-BA"/>
        </w:rPr>
        <w:t>Podac</w:t>
      </w:r>
      <w:r w:rsidR="00B80945" w:rsidRPr="002D471C">
        <w:rPr>
          <w:rFonts w:ascii="Arial" w:hAnsi="Arial" w:cs="Arial"/>
          <w:sz w:val="22"/>
          <w:lang w:val="hr-BA"/>
        </w:rPr>
        <w:t>i</w:t>
      </w:r>
      <w:r w:rsidR="00570D3E" w:rsidRPr="002D471C">
        <w:rPr>
          <w:rFonts w:ascii="Arial" w:hAnsi="Arial" w:cs="Arial"/>
          <w:sz w:val="22"/>
          <w:lang w:val="hr-BA"/>
        </w:rPr>
        <w:t xml:space="preserve"> dostavljen</w:t>
      </w:r>
      <w:r w:rsidR="00B80945" w:rsidRPr="002D471C">
        <w:rPr>
          <w:rFonts w:ascii="Arial" w:hAnsi="Arial" w:cs="Arial"/>
          <w:sz w:val="22"/>
          <w:lang w:val="hr-BA"/>
        </w:rPr>
        <w:t>i</w:t>
      </w:r>
      <w:r w:rsidR="00570D3E" w:rsidRPr="002D471C">
        <w:rPr>
          <w:rFonts w:ascii="Arial" w:hAnsi="Arial" w:cs="Arial"/>
          <w:sz w:val="22"/>
          <w:lang w:val="hr-BA"/>
        </w:rPr>
        <w:t xml:space="preserve"> u skladu sa ov</w:t>
      </w:r>
      <w:r w:rsidR="00B80945" w:rsidRPr="002D471C">
        <w:rPr>
          <w:rFonts w:ascii="Arial" w:hAnsi="Arial" w:cs="Arial"/>
          <w:sz w:val="22"/>
          <w:lang w:val="hr-BA"/>
        </w:rPr>
        <w:t>i</w:t>
      </w:r>
      <w:r w:rsidR="00570D3E" w:rsidRPr="002D471C">
        <w:rPr>
          <w:rFonts w:ascii="Arial" w:hAnsi="Arial" w:cs="Arial"/>
          <w:sz w:val="22"/>
          <w:lang w:val="hr-BA"/>
        </w:rPr>
        <w:t xml:space="preserve">m </w:t>
      </w:r>
      <w:r w:rsidRPr="002D471C">
        <w:rPr>
          <w:rFonts w:ascii="Arial" w:hAnsi="Arial" w:cs="Arial"/>
          <w:sz w:val="22"/>
          <w:lang w:val="hr-BA"/>
        </w:rPr>
        <w:t>P</w:t>
      </w:r>
      <w:r w:rsidR="00570D3E" w:rsidRPr="002D471C">
        <w:rPr>
          <w:rFonts w:ascii="Arial" w:hAnsi="Arial" w:cs="Arial"/>
          <w:sz w:val="22"/>
          <w:lang w:val="hr-BA"/>
        </w:rPr>
        <w:t>rav</w:t>
      </w:r>
      <w:r w:rsidR="00B80945" w:rsidRPr="002D471C">
        <w:rPr>
          <w:rFonts w:ascii="Arial" w:hAnsi="Arial" w:cs="Arial"/>
          <w:sz w:val="22"/>
          <w:lang w:val="hr-BA"/>
        </w:rPr>
        <w:t>i</w:t>
      </w:r>
      <w:r w:rsidR="00570D3E" w:rsidRPr="002D471C">
        <w:rPr>
          <w:rFonts w:ascii="Arial" w:hAnsi="Arial" w:cs="Arial"/>
          <w:sz w:val="22"/>
          <w:lang w:val="hr-BA"/>
        </w:rPr>
        <w:t>ln</w:t>
      </w:r>
      <w:r w:rsidR="00B80945" w:rsidRPr="002D471C">
        <w:rPr>
          <w:rFonts w:ascii="Arial" w:hAnsi="Arial" w:cs="Arial"/>
          <w:sz w:val="22"/>
          <w:lang w:val="hr-BA"/>
        </w:rPr>
        <w:t>i</w:t>
      </w:r>
      <w:r w:rsidR="00570D3E" w:rsidRPr="002D471C">
        <w:rPr>
          <w:rFonts w:ascii="Arial" w:hAnsi="Arial" w:cs="Arial"/>
          <w:sz w:val="22"/>
          <w:lang w:val="hr-BA"/>
        </w:rPr>
        <w:t>kom smatraju se povjerlj</w:t>
      </w:r>
      <w:r w:rsidR="00B80945" w:rsidRPr="002D471C">
        <w:rPr>
          <w:rFonts w:ascii="Arial" w:hAnsi="Arial" w:cs="Arial"/>
          <w:sz w:val="22"/>
          <w:lang w:val="hr-BA"/>
        </w:rPr>
        <w:t>i</w:t>
      </w:r>
      <w:r w:rsidR="00570D3E" w:rsidRPr="002D471C">
        <w:rPr>
          <w:rFonts w:ascii="Arial" w:hAnsi="Arial" w:cs="Arial"/>
          <w:sz w:val="22"/>
          <w:lang w:val="hr-BA"/>
        </w:rPr>
        <w:t>v</w:t>
      </w:r>
      <w:r w:rsidR="00B80945" w:rsidRPr="002D471C">
        <w:rPr>
          <w:rFonts w:ascii="Arial" w:hAnsi="Arial" w:cs="Arial"/>
          <w:sz w:val="22"/>
          <w:lang w:val="hr-BA"/>
        </w:rPr>
        <w:t>i</w:t>
      </w:r>
      <w:r w:rsidR="00570D3E" w:rsidRPr="002D471C">
        <w:rPr>
          <w:rFonts w:ascii="Arial" w:hAnsi="Arial" w:cs="Arial"/>
          <w:sz w:val="22"/>
          <w:lang w:val="hr-BA"/>
        </w:rPr>
        <w:t>m podac</w:t>
      </w:r>
      <w:r w:rsidR="00B80945" w:rsidRPr="002D471C">
        <w:rPr>
          <w:rFonts w:ascii="Arial" w:hAnsi="Arial" w:cs="Arial"/>
          <w:sz w:val="22"/>
          <w:lang w:val="hr-BA"/>
        </w:rPr>
        <w:t>i</w:t>
      </w:r>
      <w:r w:rsidR="00570D3E" w:rsidRPr="002D471C">
        <w:rPr>
          <w:rFonts w:ascii="Arial" w:hAnsi="Arial" w:cs="Arial"/>
          <w:sz w:val="22"/>
          <w:lang w:val="hr-BA"/>
        </w:rPr>
        <w:t>ma, ako posebn</w:t>
      </w:r>
      <w:r w:rsidR="00B80945" w:rsidRPr="002D471C">
        <w:rPr>
          <w:rFonts w:ascii="Arial" w:hAnsi="Arial" w:cs="Arial"/>
          <w:sz w:val="22"/>
          <w:lang w:val="hr-BA"/>
        </w:rPr>
        <w:t>i</w:t>
      </w:r>
      <w:r w:rsidR="00570D3E" w:rsidRPr="002D471C">
        <w:rPr>
          <w:rFonts w:ascii="Arial" w:hAnsi="Arial" w:cs="Arial"/>
          <w:sz w:val="22"/>
          <w:lang w:val="hr-BA"/>
        </w:rPr>
        <w:t>m prop</w:t>
      </w:r>
      <w:r w:rsidR="00B80945" w:rsidRPr="002D471C">
        <w:rPr>
          <w:rFonts w:ascii="Arial" w:hAnsi="Arial" w:cs="Arial"/>
          <w:sz w:val="22"/>
          <w:lang w:val="hr-BA"/>
        </w:rPr>
        <w:t>i</w:t>
      </w:r>
      <w:r w:rsidR="00570D3E" w:rsidRPr="002D471C">
        <w:rPr>
          <w:rFonts w:ascii="Arial" w:hAnsi="Arial" w:cs="Arial"/>
          <w:sz w:val="22"/>
          <w:lang w:val="hr-BA"/>
        </w:rPr>
        <w:t>som n</w:t>
      </w:r>
      <w:r w:rsidR="00B80945" w:rsidRPr="002D471C">
        <w:rPr>
          <w:rFonts w:ascii="Arial" w:hAnsi="Arial" w:cs="Arial"/>
          <w:sz w:val="22"/>
          <w:lang w:val="hr-BA"/>
        </w:rPr>
        <w:t>i</w:t>
      </w:r>
      <w:r w:rsidR="00570D3E" w:rsidRPr="002D471C">
        <w:rPr>
          <w:rFonts w:ascii="Arial" w:hAnsi="Arial" w:cs="Arial"/>
          <w:sz w:val="22"/>
          <w:lang w:val="hr-BA"/>
        </w:rPr>
        <w:t>je drugač</w:t>
      </w:r>
      <w:r w:rsidR="00B80945" w:rsidRPr="002D471C">
        <w:rPr>
          <w:rFonts w:ascii="Arial" w:hAnsi="Arial" w:cs="Arial"/>
          <w:sz w:val="22"/>
          <w:lang w:val="hr-BA"/>
        </w:rPr>
        <w:t>i</w:t>
      </w:r>
      <w:r w:rsidR="00570D3E" w:rsidRPr="002D471C">
        <w:rPr>
          <w:rFonts w:ascii="Arial" w:hAnsi="Arial" w:cs="Arial"/>
          <w:sz w:val="22"/>
          <w:lang w:val="hr-BA"/>
        </w:rPr>
        <w:t>je određeno.</w:t>
      </w:r>
    </w:p>
    <w:p w14:paraId="19862C93" w14:textId="4C5C0265" w:rsidR="000E71EC" w:rsidRPr="002D471C" w:rsidRDefault="00837CAE" w:rsidP="00837CAE">
      <w:pPr>
        <w:ind w:left="0"/>
        <w:rPr>
          <w:rFonts w:ascii="Arial" w:hAnsi="Arial" w:cs="Arial"/>
          <w:sz w:val="22"/>
          <w:lang w:val="hr-BA"/>
        </w:rPr>
      </w:pPr>
      <w:r w:rsidRPr="002D471C">
        <w:rPr>
          <w:rFonts w:ascii="Arial" w:hAnsi="Arial" w:cs="Arial"/>
          <w:sz w:val="22"/>
          <w:lang w:val="hr-BA"/>
        </w:rPr>
        <w:t xml:space="preserve">(2) </w:t>
      </w:r>
      <w:r w:rsidR="00570D3E" w:rsidRPr="002D471C">
        <w:rPr>
          <w:rFonts w:ascii="Arial" w:hAnsi="Arial" w:cs="Arial"/>
          <w:sz w:val="22"/>
          <w:lang w:val="hr-BA"/>
        </w:rPr>
        <w:t>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starstvo je dužno organ</w:t>
      </w:r>
      <w:r w:rsidR="00B80945" w:rsidRPr="002D471C">
        <w:rPr>
          <w:rFonts w:ascii="Arial" w:hAnsi="Arial" w:cs="Arial"/>
          <w:sz w:val="22"/>
          <w:lang w:val="hr-BA"/>
        </w:rPr>
        <w:t>i</w:t>
      </w:r>
      <w:r w:rsidR="00570D3E" w:rsidRPr="002D471C">
        <w:rPr>
          <w:rFonts w:ascii="Arial" w:hAnsi="Arial" w:cs="Arial"/>
          <w:sz w:val="22"/>
          <w:lang w:val="hr-BA"/>
        </w:rPr>
        <w:t>zovat</w:t>
      </w:r>
      <w:r w:rsidR="00B80945" w:rsidRPr="002D471C">
        <w:rPr>
          <w:rFonts w:ascii="Arial" w:hAnsi="Arial" w:cs="Arial"/>
          <w:sz w:val="22"/>
          <w:lang w:val="hr-BA"/>
        </w:rPr>
        <w:t>i</w:t>
      </w:r>
      <w:r w:rsidR="00570D3E" w:rsidRPr="002D471C">
        <w:rPr>
          <w:rFonts w:ascii="Arial" w:hAnsi="Arial" w:cs="Arial"/>
          <w:sz w:val="22"/>
          <w:lang w:val="hr-BA"/>
        </w:rPr>
        <w:t xml:space="preserve"> obradu, čuvanje </w:t>
      </w:r>
      <w:r w:rsidR="00B80945" w:rsidRPr="002D471C">
        <w:rPr>
          <w:rFonts w:ascii="Arial" w:hAnsi="Arial" w:cs="Arial"/>
          <w:sz w:val="22"/>
          <w:lang w:val="hr-BA"/>
        </w:rPr>
        <w:t>i</w:t>
      </w:r>
      <w:r w:rsidR="00570D3E" w:rsidRPr="002D471C">
        <w:rPr>
          <w:rFonts w:ascii="Arial" w:hAnsi="Arial" w:cs="Arial"/>
          <w:sz w:val="22"/>
          <w:lang w:val="hr-BA"/>
        </w:rPr>
        <w:t xml:space="preserve"> kor</w:t>
      </w:r>
      <w:r w:rsidR="00B80945" w:rsidRPr="002D471C">
        <w:rPr>
          <w:rFonts w:ascii="Arial" w:hAnsi="Arial" w:cs="Arial"/>
          <w:sz w:val="22"/>
          <w:lang w:val="hr-BA"/>
        </w:rPr>
        <w:t>i</w:t>
      </w:r>
      <w:r w:rsidR="00570D3E" w:rsidRPr="002D471C">
        <w:rPr>
          <w:rFonts w:ascii="Arial" w:hAnsi="Arial" w:cs="Arial"/>
          <w:sz w:val="22"/>
          <w:lang w:val="hr-BA"/>
        </w:rPr>
        <w:t xml:space="preserve">štenje podataka </w:t>
      </w:r>
      <w:r w:rsidR="00B80945" w:rsidRPr="002D471C">
        <w:rPr>
          <w:rFonts w:ascii="Arial" w:hAnsi="Arial" w:cs="Arial"/>
          <w:sz w:val="22"/>
          <w:lang w:val="hr-BA"/>
        </w:rPr>
        <w:t>i</w:t>
      </w:r>
      <w:r w:rsidR="00570D3E" w:rsidRPr="002D471C">
        <w:rPr>
          <w:rFonts w:ascii="Arial" w:hAnsi="Arial" w:cs="Arial"/>
          <w:sz w:val="22"/>
          <w:lang w:val="hr-BA"/>
        </w:rPr>
        <w:t>z Reg</w:t>
      </w:r>
      <w:r w:rsidR="00B80945" w:rsidRPr="002D471C">
        <w:rPr>
          <w:rFonts w:ascii="Arial" w:hAnsi="Arial" w:cs="Arial"/>
          <w:sz w:val="22"/>
          <w:lang w:val="hr-BA"/>
        </w:rPr>
        <w:t>i</w:t>
      </w:r>
      <w:r w:rsidR="00570D3E" w:rsidRPr="002D471C">
        <w:rPr>
          <w:rFonts w:ascii="Arial" w:hAnsi="Arial" w:cs="Arial"/>
          <w:sz w:val="22"/>
          <w:lang w:val="hr-BA"/>
        </w:rPr>
        <w:t>stra na nač</w:t>
      </w:r>
      <w:r w:rsidR="00B80945" w:rsidRPr="002D471C">
        <w:rPr>
          <w:rFonts w:ascii="Arial" w:hAnsi="Arial" w:cs="Arial"/>
          <w:sz w:val="22"/>
          <w:lang w:val="hr-BA"/>
        </w:rPr>
        <w:t>i</w:t>
      </w:r>
      <w:r w:rsidR="00570D3E" w:rsidRPr="002D471C">
        <w:rPr>
          <w:rFonts w:ascii="Arial" w:hAnsi="Arial" w:cs="Arial"/>
          <w:sz w:val="22"/>
          <w:lang w:val="hr-BA"/>
        </w:rPr>
        <w:t>n koj</w:t>
      </w:r>
      <w:r w:rsidR="00B80945" w:rsidRPr="002D471C">
        <w:rPr>
          <w:rFonts w:ascii="Arial" w:hAnsi="Arial" w:cs="Arial"/>
          <w:sz w:val="22"/>
          <w:lang w:val="hr-BA"/>
        </w:rPr>
        <w:t>i</w:t>
      </w:r>
      <w:r w:rsidR="00570D3E" w:rsidRPr="002D471C">
        <w:rPr>
          <w:rFonts w:ascii="Arial" w:hAnsi="Arial" w:cs="Arial"/>
          <w:sz w:val="22"/>
          <w:lang w:val="hr-BA"/>
        </w:rPr>
        <w:t>m se os</w:t>
      </w:r>
      <w:r w:rsidR="00B80945" w:rsidRPr="002D471C">
        <w:rPr>
          <w:rFonts w:ascii="Arial" w:hAnsi="Arial" w:cs="Arial"/>
          <w:sz w:val="22"/>
          <w:lang w:val="hr-BA"/>
        </w:rPr>
        <w:t>i</w:t>
      </w:r>
      <w:r w:rsidR="00570D3E" w:rsidRPr="002D471C">
        <w:rPr>
          <w:rFonts w:ascii="Arial" w:hAnsi="Arial" w:cs="Arial"/>
          <w:sz w:val="22"/>
          <w:lang w:val="hr-BA"/>
        </w:rPr>
        <w:t>gurava zašt</w:t>
      </w:r>
      <w:r w:rsidR="00B80945" w:rsidRPr="002D471C">
        <w:rPr>
          <w:rFonts w:ascii="Arial" w:hAnsi="Arial" w:cs="Arial"/>
          <w:sz w:val="22"/>
          <w:lang w:val="hr-BA"/>
        </w:rPr>
        <w:t>i</w:t>
      </w:r>
      <w:r w:rsidR="00570D3E" w:rsidRPr="002D471C">
        <w:rPr>
          <w:rFonts w:ascii="Arial" w:hAnsi="Arial" w:cs="Arial"/>
          <w:sz w:val="22"/>
          <w:lang w:val="hr-BA"/>
        </w:rPr>
        <w:t>ta povjerlj</w:t>
      </w:r>
      <w:r w:rsidR="00B80945" w:rsidRPr="002D471C">
        <w:rPr>
          <w:rFonts w:ascii="Arial" w:hAnsi="Arial" w:cs="Arial"/>
          <w:sz w:val="22"/>
          <w:lang w:val="hr-BA"/>
        </w:rPr>
        <w:t>i</w:t>
      </w:r>
      <w:r w:rsidR="00570D3E" w:rsidRPr="002D471C">
        <w:rPr>
          <w:rFonts w:ascii="Arial" w:hAnsi="Arial" w:cs="Arial"/>
          <w:sz w:val="22"/>
          <w:lang w:val="hr-BA"/>
        </w:rPr>
        <w:t>v</w:t>
      </w:r>
      <w:r w:rsidR="00B80945" w:rsidRPr="002D471C">
        <w:rPr>
          <w:rFonts w:ascii="Arial" w:hAnsi="Arial" w:cs="Arial"/>
          <w:sz w:val="22"/>
          <w:lang w:val="hr-BA"/>
        </w:rPr>
        <w:t>i</w:t>
      </w:r>
      <w:r w:rsidR="00570D3E" w:rsidRPr="002D471C">
        <w:rPr>
          <w:rFonts w:ascii="Arial" w:hAnsi="Arial" w:cs="Arial"/>
          <w:sz w:val="22"/>
          <w:lang w:val="hr-BA"/>
        </w:rPr>
        <w:t>h, poslovn</w:t>
      </w:r>
      <w:r w:rsidR="00B80945" w:rsidRPr="002D471C">
        <w:rPr>
          <w:rFonts w:ascii="Arial" w:hAnsi="Arial" w:cs="Arial"/>
          <w:sz w:val="22"/>
          <w:lang w:val="hr-BA"/>
        </w:rPr>
        <w:t>i</w:t>
      </w:r>
      <w:r w:rsidR="00570D3E" w:rsidRPr="002D471C">
        <w:rPr>
          <w:rFonts w:ascii="Arial" w:hAnsi="Arial" w:cs="Arial"/>
          <w:sz w:val="22"/>
          <w:lang w:val="hr-BA"/>
        </w:rPr>
        <w:t xml:space="preserve">h </w:t>
      </w:r>
      <w:r w:rsidR="00B80945" w:rsidRPr="002D471C">
        <w:rPr>
          <w:rFonts w:ascii="Arial" w:hAnsi="Arial" w:cs="Arial"/>
          <w:sz w:val="22"/>
          <w:lang w:val="hr-BA"/>
        </w:rPr>
        <w:t>i</w:t>
      </w:r>
      <w:r w:rsidR="00570D3E" w:rsidRPr="002D471C">
        <w:rPr>
          <w:rFonts w:ascii="Arial" w:hAnsi="Arial" w:cs="Arial"/>
          <w:sz w:val="22"/>
          <w:lang w:val="hr-BA"/>
        </w:rPr>
        <w:t xml:space="preserve"> </w:t>
      </w:r>
      <w:r w:rsidR="00793466" w:rsidRPr="002D471C">
        <w:rPr>
          <w:rFonts w:ascii="Arial" w:hAnsi="Arial" w:cs="Arial"/>
          <w:sz w:val="22"/>
          <w:lang w:val="hr-BA"/>
        </w:rPr>
        <w:t>osobnih</w:t>
      </w:r>
      <w:r w:rsidR="00570D3E" w:rsidRPr="002D471C">
        <w:rPr>
          <w:rFonts w:ascii="Arial" w:hAnsi="Arial" w:cs="Arial"/>
          <w:sz w:val="22"/>
          <w:lang w:val="hr-BA"/>
        </w:rPr>
        <w:t xml:space="preserve"> podataka, u skladu sa prop</w:t>
      </w:r>
      <w:r w:rsidR="00B80945" w:rsidRPr="002D471C">
        <w:rPr>
          <w:rFonts w:ascii="Arial" w:hAnsi="Arial" w:cs="Arial"/>
          <w:sz w:val="22"/>
          <w:lang w:val="hr-BA"/>
        </w:rPr>
        <w:t>i</w:t>
      </w:r>
      <w:r w:rsidR="00570D3E" w:rsidRPr="002D471C">
        <w:rPr>
          <w:rFonts w:ascii="Arial" w:hAnsi="Arial" w:cs="Arial"/>
          <w:sz w:val="22"/>
          <w:lang w:val="hr-BA"/>
        </w:rPr>
        <w:t>s</w:t>
      </w:r>
      <w:r w:rsidR="00B80945" w:rsidRPr="002D471C">
        <w:rPr>
          <w:rFonts w:ascii="Arial" w:hAnsi="Arial" w:cs="Arial"/>
          <w:sz w:val="22"/>
          <w:lang w:val="hr-BA"/>
        </w:rPr>
        <w:t>i</w:t>
      </w:r>
      <w:r w:rsidR="00570D3E" w:rsidRPr="002D471C">
        <w:rPr>
          <w:rFonts w:ascii="Arial" w:hAnsi="Arial" w:cs="Arial"/>
          <w:sz w:val="22"/>
          <w:lang w:val="hr-BA"/>
        </w:rPr>
        <w:t>ma koj</w:t>
      </w:r>
      <w:r w:rsidR="00B80945" w:rsidRPr="002D471C">
        <w:rPr>
          <w:rFonts w:ascii="Arial" w:hAnsi="Arial" w:cs="Arial"/>
          <w:sz w:val="22"/>
          <w:lang w:val="hr-BA"/>
        </w:rPr>
        <w:t>i</w:t>
      </w:r>
      <w:r w:rsidR="00570D3E" w:rsidRPr="002D471C">
        <w:rPr>
          <w:rFonts w:ascii="Arial" w:hAnsi="Arial" w:cs="Arial"/>
          <w:sz w:val="22"/>
          <w:lang w:val="hr-BA"/>
        </w:rPr>
        <w:t>ma se uređuje zašt</w:t>
      </w:r>
      <w:r w:rsidR="00B80945" w:rsidRPr="002D471C">
        <w:rPr>
          <w:rFonts w:ascii="Arial" w:hAnsi="Arial" w:cs="Arial"/>
          <w:sz w:val="22"/>
          <w:lang w:val="hr-BA"/>
        </w:rPr>
        <w:t>i</w:t>
      </w:r>
      <w:r w:rsidR="00570D3E" w:rsidRPr="002D471C">
        <w:rPr>
          <w:rFonts w:ascii="Arial" w:hAnsi="Arial" w:cs="Arial"/>
          <w:sz w:val="22"/>
          <w:lang w:val="hr-BA"/>
        </w:rPr>
        <w:t xml:space="preserve">ta </w:t>
      </w:r>
      <w:r w:rsidR="00793466" w:rsidRPr="002D471C">
        <w:rPr>
          <w:rFonts w:ascii="Arial" w:hAnsi="Arial" w:cs="Arial"/>
          <w:sz w:val="22"/>
          <w:lang w:val="hr-BA"/>
        </w:rPr>
        <w:t>osobnih</w:t>
      </w:r>
      <w:r w:rsidR="00570D3E" w:rsidRPr="002D471C">
        <w:rPr>
          <w:rFonts w:ascii="Arial" w:hAnsi="Arial" w:cs="Arial"/>
          <w:sz w:val="22"/>
          <w:lang w:val="hr-BA"/>
        </w:rPr>
        <w:t xml:space="preserve"> podataka, tajnost podataka </w:t>
      </w:r>
      <w:r w:rsidR="00B80945" w:rsidRPr="002D471C">
        <w:rPr>
          <w:rFonts w:ascii="Arial" w:hAnsi="Arial" w:cs="Arial"/>
          <w:sz w:val="22"/>
          <w:lang w:val="hr-BA"/>
        </w:rPr>
        <w:t>i</w:t>
      </w:r>
      <w:r w:rsidR="00570D3E" w:rsidRPr="002D471C">
        <w:rPr>
          <w:rFonts w:ascii="Arial" w:hAnsi="Arial" w:cs="Arial"/>
          <w:sz w:val="22"/>
          <w:lang w:val="hr-BA"/>
        </w:rPr>
        <w:t xml:space="preserve"> zašt</w:t>
      </w:r>
      <w:r w:rsidR="00B80945" w:rsidRPr="002D471C">
        <w:rPr>
          <w:rFonts w:ascii="Arial" w:hAnsi="Arial" w:cs="Arial"/>
          <w:sz w:val="22"/>
          <w:lang w:val="hr-BA"/>
        </w:rPr>
        <w:t>i</w:t>
      </w:r>
      <w:r w:rsidR="00570D3E" w:rsidRPr="002D471C">
        <w:rPr>
          <w:rFonts w:ascii="Arial" w:hAnsi="Arial" w:cs="Arial"/>
          <w:sz w:val="22"/>
          <w:lang w:val="hr-BA"/>
        </w:rPr>
        <w:t>ta poslovne tajne.</w:t>
      </w:r>
    </w:p>
    <w:p w14:paraId="4B68B1DC" w14:textId="19FB0929" w:rsidR="000E71EC" w:rsidRPr="00837CAE" w:rsidRDefault="00837CAE" w:rsidP="00837CAE">
      <w:pPr>
        <w:ind w:left="0"/>
        <w:rPr>
          <w:rFonts w:ascii="Arial" w:hAnsi="Arial" w:cs="Arial"/>
          <w:sz w:val="22"/>
          <w:lang w:val="hr-BA"/>
        </w:rPr>
      </w:pPr>
      <w:r w:rsidRPr="002D471C">
        <w:rPr>
          <w:rFonts w:ascii="Arial" w:hAnsi="Arial" w:cs="Arial"/>
          <w:sz w:val="22"/>
          <w:lang w:val="hr-BA"/>
        </w:rPr>
        <w:t xml:space="preserve">(3) </w:t>
      </w:r>
      <w:r w:rsidR="00570D3E" w:rsidRPr="002D471C">
        <w:rPr>
          <w:rFonts w:ascii="Arial" w:hAnsi="Arial" w:cs="Arial"/>
          <w:sz w:val="22"/>
          <w:lang w:val="hr-BA"/>
        </w:rPr>
        <w:t>Podac</w:t>
      </w:r>
      <w:r w:rsidR="00B80945" w:rsidRPr="002D471C">
        <w:rPr>
          <w:rFonts w:ascii="Arial" w:hAnsi="Arial" w:cs="Arial"/>
          <w:sz w:val="22"/>
          <w:lang w:val="hr-BA"/>
        </w:rPr>
        <w:t>i</w:t>
      </w:r>
      <w:r w:rsidR="00570D3E" w:rsidRPr="002D471C">
        <w:rPr>
          <w:rFonts w:ascii="Arial" w:hAnsi="Arial" w:cs="Arial"/>
          <w:sz w:val="22"/>
          <w:lang w:val="hr-BA"/>
        </w:rPr>
        <w:t xml:space="preserve"> </w:t>
      </w:r>
      <w:r w:rsidR="00B80945" w:rsidRPr="002D471C">
        <w:rPr>
          <w:rFonts w:ascii="Arial" w:hAnsi="Arial" w:cs="Arial"/>
          <w:sz w:val="22"/>
          <w:lang w:val="hr-BA"/>
        </w:rPr>
        <w:t>i</w:t>
      </w:r>
      <w:r w:rsidR="00570D3E" w:rsidRPr="002D471C">
        <w:rPr>
          <w:rFonts w:ascii="Arial" w:hAnsi="Arial" w:cs="Arial"/>
          <w:sz w:val="22"/>
          <w:lang w:val="hr-BA"/>
        </w:rPr>
        <w:t>z Reg</w:t>
      </w:r>
      <w:r w:rsidR="00B80945" w:rsidRPr="002D471C">
        <w:rPr>
          <w:rFonts w:ascii="Arial" w:hAnsi="Arial" w:cs="Arial"/>
          <w:sz w:val="22"/>
          <w:lang w:val="hr-BA"/>
        </w:rPr>
        <w:t>i</w:t>
      </w:r>
      <w:r w:rsidR="00570D3E" w:rsidRPr="002D471C">
        <w:rPr>
          <w:rFonts w:ascii="Arial" w:hAnsi="Arial" w:cs="Arial"/>
          <w:sz w:val="22"/>
          <w:lang w:val="hr-BA"/>
        </w:rPr>
        <w:t>stra mogu se objavlj</w:t>
      </w:r>
      <w:r w:rsidR="00B80945" w:rsidRPr="002D471C">
        <w:rPr>
          <w:rFonts w:ascii="Arial" w:hAnsi="Arial" w:cs="Arial"/>
          <w:sz w:val="22"/>
          <w:lang w:val="hr-BA"/>
        </w:rPr>
        <w:t>i</w:t>
      </w:r>
      <w:r w:rsidR="00570D3E" w:rsidRPr="002D471C">
        <w:rPr>
          <w:rFonts w:ascii="Arial" w:hAnsi="Arial" w:cs="Arial"/>
          <w:sz w:val="22"/>
          <w:lang w:val="hr-BA"/>
        </w:rPr>
        <w:t>vat</w:t>
      </w:r>
      <w:r w:rsidR="00B80945" w:rsidRPr="002D471C">
        <w:rPr>
          <w:rFonts w:ascii="Arial" w:hAnsi="Arial" w:cs="Arial"/>
          <w:sz w:val="22"/>
          <w:lang w:val="hr-BA"/>
        </w:rPr>
        <w:t>i</w:t>
      </w:r>
      <w:r w:rsidR="00570D3E" w:rsidRPr="002D471C">
        <w:rPr>
          <w:rFonts w:ascii="Arial" w:hAnsi="Arial" w:cs="Arial"/>
          <w:sz w:val="22"/>
          <w:lang w:val="hr-BA"/>
        </w:rPr>
        <w:t xml:space="preserve"> samo u zb</w:t>
      </w:r>
      <w:r w:rsidR="00B80945" w:rsidRPr="002D471C">
        <w:rPr>
          <w:rFonts w:ascii="Arial" w:hAnsi="Arial" w:cs="Arial"/>
          <w:sz w:val="22"/>
          <w:lang w:val="hr-BA"/>
        </w:rPr>
        <w:t>i</w:t>
      </w:r>
      <w:r w:rsidR="00570D3E" w:rsidRPr="002D471C">
        <w:rPr>
          <w:rFonts w:ascii="Arial" w:hAnsi="Arial" w:cs="Arial"/>
          <w:sz w:val="22"/>
          <w:lang w:val="hr-BA"/>
        </w:rPr>
        <w:t>rnom obl</w:t>
      </w:r>
      <w:r w:rsidR="00B80945" w:rsidRPr="002D471C">
        <w:rPr>
          <w:rFonts w:ascii="Arial" w:hAnsi="Arial" w:cs="Arial"/>
          <w:sz w:val="22"/>
          <w:lang w:val="hr-BA"/>
        </w:rPr>
        <w:t>i</w:t>
      </w:r>
      <w:r w:rsidR="00570D3E" w:rsidRPr="002D471C">
        <w:rPr>
          <w:rFonts w:ascii="Arial" w:hAnsi="Arial" w:cs="Arial"/>
          <w:sz w:val="22"/>
          <w:lang w:val="hr-BA"/>
        </w:rPr>
        <w:t>ku koj</w:t>
      </w:r>
      <w:r w:rsidR="00B80945" w:rsidRPr="002D471C">
        <w:rPr>
          <w:rFonts w:ascii="Arial" w:hAnsi="Arial" w:cs="Arial"/>
          <w:sz w:val="22"/>
          <w:lang w:val="hr-BA"/>
        </w:rPr>
        <w:t>i</w:t>
      </w:r>
      <w:r w:rsidR="00570D3E" w:rsidRPr="002D471C">
        <w:rPr>
          <w:rFonts w:ascii="Arial" w:hAnsi="Arial" w:cs="Arial"/>
          <w:sz w:val="22"/>
          <w:lang w:val="hr-BA"/>
        </w:rPr>
        <w:t xml:space="preserve"> ne omogućava </w:t>
      </w:r>
      <w:r w:rsidR="00B80945" w:rsidRPr="002D471C">
        <w:rPr>
          <w:rFonts w:ascii="Arial" w:hAnsi="Arial" w:cs="Arial"/>
          <w:sz w:val="22"/>
          <w:lang w:val="hr-BA"/>
        </w:rPr>
        <w:t>i</w:t>
      </w:r>
      <w:r w:rsidR="00570D3E" w:rsidRPr="002D471C">
        <w:rPr>
          <w:rFonts w:ascii="Arial" w:hAnsi="Arial" w:cs="Arial"/>
          <w:sz w:val="22"/>
          <w:lang w:val="hr-BA"/>
        </w:rPr>
        <w:t>dent</w:t>
      </w:r>
      <w:r w:rsidR="00B80945" w:rsidRPr="002D471C">
        <w:rPr>
          <w:rFonts w:ascii="Arial" w:hAnsi="Arial" w:cs="Arial"/>
          <w:sz w:val="22"/>
          <w:lang w:val="hr-BA"/>
        </w:rPr>
        <w:t>i</w:t>
      </w:r>
      <w:r w:rsidR="00570D3E" w:rsidRPr="002D471C">
        <w:rPr>
          <w:rFonts w:ascii="Arial" w:hAnsi="Arial" w:cs="Arial"/>
          <w:sz w:val="22"/>
          <w:lang w:val="hr-BA"/>
        </w:rPr>
        <w:t>f</w:t>
      </w:r>
      <w:r w:rsidR="00B80945" w:rsidRPr="002D471C">
        <w:rPr>
          <w:rFonts w:ascii="Arial" w:hAnsi="Arial" w:cs="Arial"/>
          <w:sz w:val="22"/>
          <w:lang w:val="hr-BA"/>
        </w:rPr>
        <w:t>i</w:t>
      </w:r>
      <w:r w:rsidR="00570D3E" w:rsidRPr="002D471C">
        <w:rPr>
          <w:rFonts w:ascii="Arial" w:hAnsi="Arial" w:cs="Arial"/>
          <w:sz w:val="22"/>
          <w:lang w:val="hr-BA"/>
        </w:rPr>
        <w:t>kac</w:t>
      </w:r>
      <w:r w:rsidR="00B80945" w:rsidRPr="002D471C">
        <w:rPr>
          <w:rFonts w:ascii="Arial" w:hAnsi="Arial" w:cs="Arial"/>
          <w:sz w:val="22"/>
          <w:lang w:val="hr-BA"/>
        </w:rPr>
        <w:t>i</w:t>
      </w:r>
      <w:r w:rsidR="00570D3E" w:rsidRPr="002D471C">
        <w:rPr>
          <w:rFonts w:ascii="Arial" w:hAnsi="Arial" w:cs="Arial"/>
          <w:sz w:val="22"/>
          <w:lang w:val="hr-BA"/>
        </w:rPr>
        <w:t>ju pojed</w:t>
      </w:r>
      <w:r w:rsidR="00B80945" w:rsidRPr="002D471C">
        <w:rPr>
          <w:rFonts w:ascii="Arial" w:hAnsi="Arial" w:cs="Arial"/>
          <w:sz w:val="22"/>
          <w:lang w:val="hr-BA"/>
        </w:rPr>
        <w:t>i</w:t>
      </w:r>
      <w:r w:rsidR="00570D3E" w:rsidRPr="002D471C">
        <w:rPr>
          <w:rFonts w:ascii="Arial" w:hAnsi="Arial" w:cs="Arial"/>
          <w:sz w:val="22"/>
          <w:lang w:val="hr-BA"/>
        </w:rPr>
        <w:t>načnog obvezn</w:t>
      </w:r>
      <w:r w:rsidR="00B80945" w:rsidRPr="002D471C">
        <w:rPr>
          <w:rFonts w:ascii="Arial" w:hAnsi="Arial" w:cs="Arial"/>
          <w:sz w:val="22"/>
          <w:lang w:val="hr-BA"/>
        </w:rPr>
        <w:t>i</w:t>
      </w:r>
      <w:r w:rsidR="00570D3E" w:rsidRPr="002D471C">
        <w:rPr>
          <w:rFonts w:ascii="Arial" w:hAnsi="Arial" w:cs="Arial"/>
          <w:sz w:val="22"/>
          <w:lang w:val="hr-BA"/>
        </w:rPr>
        <w:t xml:space="preserve">ka </w:t>
      </w:r>
      <w:r w:rsidR="00B80945" w:rsidRPr="002D471C">
        <w:rPr>
          <w:rFonts w:ascii="Arial" w:hAnsi="Arial" w:cs="Arial"/>
          <w:sz w:val="22"/>
          <w:lang w:val="hr-BA"/>
        </w:rPr>
        <w:t>i</w:t>
      </w:r>
      <w:r w:rsidR="00570D3E" w:rsidRPr="002D471C">
        <w:rPr>
          <w:rFonts w:ascii="Arial" w:hAnsi="Arial" w:cs="Arial"/>
          <w:sz w:val="22"/>
          <w:lang w:val="hr-BA"/>
        </w:rPr>
        <w:t>zvještavanja, nerez</w:t>
      </w:r>
      <w:r w:rsidR="00B80945" w:rsidRPr="002D471C">
        <w:rPr>
          <w:rFonts w:ascii="Arial" w:hAnsi="Arial" w:cs="Arial"/>
          <w:sz w:val="22"/>
          <w:lang w:val="hr-BA"/>
        </w:rPr>
        <w:t>i</w:t>
      </w:r>
      <w:r w:rsidR="00570D3E" w:rsidRPr="002D471C">
        <w:rPr>
          <w:rFonts w:ascii="Arial" w:hAnsi="Arial" w:cs="Arial"/>
          <w:sz w:val="22"/>
          <w:lang w:val="hr-BA"/>
        </w:rPr>
        <w:t>denta, kred</w:t>
      </w:r>
      <w:r w:rsidR="00B80945" w:rsidRPr="002D471C">
        <w:rPr>
          <w:rFonts w:ascii="Arial" w:hAnsi="Arial" w:cs="Arial"/>
          <w:sz w:val="22"/>
          <w:lang w:val="hr-BA"/>
        </w:rPr>
        <w:t>i</w:t>
      </w:r>
      <w:r w:rsidR="00570D3E" w:rsidRPr="002D471C">
        <w:rPr>
          <w:rFonts w:ascii="Arial" w:hAnsi="Arial" w:cs="Arial"/>
          <w:sz w:val="22"/>
          <w:lang w:val="hr-BA"/>
        </w:rPr>
        <w:t xml:space="preserve">tnog posla </w:t>
      </w:r>
      <w:r w:rsidR="00B80945" w:rsidRPr="002D471C">
        <w:rPr>
          <w:rFonts w:ascii="Arial" w:hAnsi="Arial" w:cs="Arial"/>
          <w:sz w:val="22"/>
          <w:lang w:val="hr-BA"/>
        </w:rPr>
        <w:t>i</w:t>
      </w:r>
      <w:r w:rsidR="00570D3E" w:rsidRPr="002D471C">
        <w:rPr>
          <w:rFonts w:ascii="Arial" w:hAnsi="Arial" w:cs="Arial"/>
          <w:sz w:val="22"/>
          <w:lang w:val="hr-BA"/>
        </w:rPr>
        <w:t>l</w:t>
      </w:r>
      <w:r w:rsidR="00B80945" w:rsidRPr="002D471C">
        <w:rPr>
          <w:rFonts w:ascii="Arial" w:hAnsi="Arial" w:cs="Arial"/>
          <w:sz w:val="22"/>
          <w:lang w:val="hr-BA"/>
        </w:rPr>
        <w:t>i</w:t>
      </w:r>
      <w:r w:rsidR="00570D3E" w:rsidRPr="002D471C">
        <w:rPr>
          <w:rFonts w:ascii="Arial" w:hAnsi="Arial" w:cs="Arial"/>
          <w:sz w:val="22"/>
          <w:lang w:val="hr-BA"/>
        </w:rPr>
        <w:t xml:space="preserve"> poslovnog odnosa, os</w:t>
      </w:r>
      <w:r w:rsidR="00B80945" w:rsidRPr="002D471C">
        <w:rPr>
          <w:rFonts w:ascii="Arial" w:hAnsi="Arial" w:cs="Arial"/>
          <w:sz w:val="22"/>
          <w:lang w:val="hr-BA"/>
        </w:rPr>
        <w:t>i</w:t>
      </w:r>
      <w:r w:rsidR="00570D3E" w:rsidRPr="002D471C">
        <w:rPr>
          <w:rFonts w:ascii="Arial" w:hAnsi="Arial" w:cs="Arial"/>
          <w:sz w:val="22"/>
          <w:lang w:val="hr-BA"/>
        </w:rPr>
        <w:t>m ako je drugač</w:t>
      </w:r>
      <w:r w:rsidR="00B80945" w:rsidRPr="002D471C">
        <w:rPr>
          <w:rFonts w:ascii="Arial" w:hAnsi="Arial" w:cs="Arial"/>
          <w:sz w:val="22"/>
          <w:lang w:val="hr-BA"/>
        </w:rPr>
        <w:t>i</w:t>
      </w:r>
      <w:r w:rsidR="00570D3E" w:rsidRPr="002D471C">
        <w:rPr>
          <w:rFonts w:ascii="Arial" w:hAnsi="Arial" w:cs="Arial"/>
          <w:sz w:val="22"/>
          <w:lang w:val="hr-BA"/>
        </w:rPr>
        <w:t>je prop</w:t>
      </w:r>
      <w:r w:rsidR="00B80945" w:rsidRPr="002D471C">
        <w:rPr>
          <w:rFonts w:ascii="Arial" w:hAnsi="Arial" w:cs="Arial"/>
          <w:sz w:val="22"/>
          <w:lang w:val="hr-BA"/>
        </w:rPr>
        <w:t>i</w:t>
      </w:r>
      <w:r w:rsidR="00570D3E" w:rsidRPr="002D471C">
        <w:rPr>
          <w:rFonts w:ascii="Arial" w:hAnsi="Arial" w:cs="Arial"/>
          <w:sz w:val="22"/>
          <w:lang w:val="hr-BA"/>
        </w:rPr>
        <w:t xml:space="preserve">sano </w:t>
      </w:r>
      <w:r w:rsidR="00793466" w:rsidRPr="002D471C">
        <w:rPr>
          <w:rFonts w:ascii="Arial" w:hAnsi="Arial" w:cs="Arial"/>
          <w:sz w:val="22"/>
          <w:lang w:val="hr-BA"/>
        </w:rPr>
        <w:t>pozitivnim propisima</w:t>
      </w:r>
      <w:r w:rsidR="00570D3E" w:rsidRPr="002D471C">
        <w:rPr>
          <w:rFonts w:ascii="Arial" w:hAnsi="Arial" w:cs="Arial"/>
          <w:sz w:val="22"/>
          <w:lang w:val="hr-BA"/>
        </w:rPr>
        <w:t>.</w:t>
      </w:r>
    </w:p>
    <w:p w14:paraId="6B3A42C2" w14:textId="77777777" w:rsidR="0040373F" w:rsidRDefault="0040373F" w:rsidP="00173D56">
      <w:pPr>
        <w:ind w:left="0"/>
        <w:jc w:val="center"/>
        <w:rPr>
          <w:rFonts w:ascii="Arial" w:hAnsi="Arial" w:cs="Arial"/>
          <w:b/>
          <w:sz w:val="22"/>
          <w:lang w:val="hr-BA"/>
        </w:rPr>
      </w:pPr>
    </w:p>
    <w:p w14:paraId="548189DC" w14:textId="7A5543C3" w:rsidR="000E71EC" w:rsidRPr="002D471C" w:rsidRDefault="00570D3E" w:rsidP="00793466">
      <w:pPr>
        <w:spacing w:before="0" w:after="0"/>
        <w:ind w:left="0"/>
        <w:jc w:val="center"/>
        <w:rPr>
          <w:rFonts w:ascii="Arial" w:hAnsi="Arial" w:cs="Arial"/>
          <w:b/>
          <w:sz w:val="22"/>
          <w:lang w:val="hr-BA"/>
        </w:rPr>
      </w:pPr>
      <w:r w:rsidRPr="002D471C">
        <w:rPr>
          <w:rFonts w:ascii="Arial" w:hAnsi="Arial" w:cs="Arial"/>
          <w:b/>
          <w:sz w:val="22"/>
          <w:lang w:val="hr-BA"/>
        </w:rPr>
        <w:t>Član</w:t>
      </w:r>
      <w:r w:rsidR="00793466" w:rsidRPr="002D471C">
        <w:rPr>
          <w:rFonts w:ascii="Arial" w:hAnsi="Arial" w:cs="Arial"/>
          <w:b/>
          <w:sz w:val="22"/>
          <w:lang w:val="hr-BA"/>
        </w:rPr>
        <w:t>ak</w:t>
      </w:r>
      <w:r w:rsidRPr="002D471C">
        <w:rPr>
          <w:rFonts w:ascii="Arial" w:hAnsi="Arial" w:cs="Arial"/>
          <w:b/>
          <w:sz w:val="22"/>
          <w:lang w:val="hr-BA"/>
        </w:rPr>
        <w:t xml:space="preserve"> </w:t>
      </w:r>
      <w:r w:rsidR="002B364D" w:rsidRPr="002D471C">
        <w:rPr>
          <w:rFonts w:ascii="Arial" w:hAnsi="Arial" w:cs="Arial"/>
          <w:b/>
          <w:sz w:val="22"/>
          <w:lang w:val="hr-BA"/>
        </w:rPr>
        <w:t>1</w:t>
      </w:r>
      <w:r w:rsidR="00793466" w:rsidRPr="002D471C">
        <w:rPr>
          <w:rFonts w:ascii="Arial" w:hAnsi="Arial" w:cs="Arial"/>
          <w:b/>
          <w:sz w:val="22"/>
          <w:lang w:val="hr-BA"/>
        </w:rPr>
        <w:t>3</w:t>
      </w:r>
      <w:r w:rsidRPr="002D471C">
        <w:rPr>
          <w:rFonts w:ascii="Arial" w:hAnsi="Arial" w:cs="Arial"/>
          <w:b/>
          <w:sz w:val="22"/>
          <w:lang w:val="hr-BA"/>
        </w:rPr>
        <w:t>.</w:t>
      </w:r>
    </w:p>
    <w:p w14:paraId="341591D7" w14:textId="399C76E7" w:rsidR="00793466" w:rsidRPr="002D471C" w:rsidRDefault="00793466" w:rsidP="00793466">
      <w:pPr>
        <w:spacing w:before="0" w:after="0"/>
        <w:ind w:left="0"/>
        <w:jc w:val="center"/>
        <w:rPr>
          <w:rFonts w:ascii="Arial" w:hAnsi="Arial" w:cs="Arial"/>
          <w:b/>
          <w:sz w:val="22"/>
          <w:lang w:val="hr-BA"/>
        </w:rPr>
      </w:pPr>
      <w:r w:rsidRPr="002D471C">
        <w:rPr>
          <w:rFonts w:ascii="Arial" w:hAnsi="Arial" w:cs="Arial"/>
          <w:b/>
          <w:sz w:val="22"/>
          <w:lang w:val="hr-BA"/>
        </w:rPr>
        <w:t>(Primjena)</w:t>
      </w:r>
    </w:p>
    <w:p w14:paraId="428A4F03" w14:textId="77777777" w:rsidR="00793466" w:rsidRPr="002D471C" w:rsidRDefault="00793466" w:rsidP="00793466">
      <w:pPr>
        <w:spacing w:before="0" w:after="0"/>
        <w:ind w:left="0"/>
        <w:jc w:val="center"/>
        <w:rPr>
          <w:rFonts w:ascii="Arial" w:hAnsi="Arial" w:cs="Arial"/>
          <w:b/>
          <w:sz w:val="22"/>
          <w:lang w:val="hr-BA"/>
        </w:rPr>
      </w:pPr>
    </w:p>
    <w:p w14:paraId="7AEDC5AA" w14:textId="7E3D4256" w:rsidR="000E71EC" w:rsidRPr="002D471C" w:rsidRDefault="002E3306" w:rsidP="00793466">
      <w:pPr>
        <w:ind w:left="0"/>
        <w:rPr>
          <w:rFonts w:ascii="Arial" w:hAnsi="Arial" w:cs="Arial"/>
          <w:sz w:val="22"/>
          <w:lang w:val="hr-BA"/>
        </w:rPr>
      </w:pPr>
      <w:r w:rsidRPr="002D471C">
        <w:rPr>
          <w:rFonts w:ascii="Arial" w:hAnsi="Arial" w:cs="Arial"/>
          <w:sz w:val="22"/>
          <w:lang w:val="hr-BA"/>
        </w:rPr>
        <w:lastRenderedPageBreak/>
        <w:t xml:space="preserve">(1) </w:t>
      </w:r>
      <w:r w:rsidR="00570D3E" w:rsidRPr="002D471C">
        <w:rPr>
          <w:rFonts w:ascii="Arial" w:hAnsi="Arial" w:cs="Arial"/>
          <w:sz w:val="22"/>
          <w:lang w:val="hr-BA"/>
        </w:rPr>
        <w:t>Kred</w:t>
      </w:r>
      <w:r w:rsidR="00B80945" w:rsidRPr="002D471C">
        <w:rPr>
          <w:rFonts w:ascii="Arial" w:hAnsi="Arial" w:cs="Arial"/>
          <w:sz w:val="22"/>
          <w:lang w:val="hr-BA"/>
        </w:rPr>
        <w:t>i</w:t>
      </w:r>
      <w:r w:rsidR="00570D3E" w:rsidRPr="002D471C">
        <w:rPr>
          <w:rFonts w:ascii="Arial" w:hAnsi="Arial" w:cs="Arial"/>
          <w:sz w:val="22"/>
          <w:lang w:val="hr-BA"/>
        </w:rPr>
        <w:t>tn</w:t>
      </w:r>
      <w:r w:rsidR="00B80945" w:rsidRPr="002D471C">
        <w:rPr>
          <w:rFonts w:ascii="Arial" w:hAnsi="Arial" w:cs="Arial"/>
          <w:sz w:val="22"/>
          <w:lang w:val="hr-BA"/>
        </w:rPr>
        <w:t>i</w:t>
      </w:r>
      <w:r w:rsidR="00570D3E" w:rsidRPr="002D471C">
        <w:rPr>
          <w:rFonts w:ascii="Arial" w:hAnsi="Arial" w:cs="Arial"/>
          <w:sz w:val="22"/>
          <w:lang w:val="hr-BA"/>
        </w:rPr>
        <w:t xml:space="preserve"> poslov</w:t>
      </w:r>
      <w:r w:rsidR="00B80945" w:rsidRPr="002D471C">
        <w:rPr>
          <w:rFonts w:ascii="Arial" w:hAnsi="Arial" w:cs="Arial"/>
          <w:sz w:val="22"/>
          <w:lang w:val="hr-BA"/>
        </w:rPr>
        <w:t>i</w:t>
      </w:r>
      <w:r w:rsidR="00570D3E" w:rsidRPr="002D471C">
        <w:rPr>
          <w:rFonts w:ascii="Arial" w:hAnsi="Arial" w:cs="Arial"/>
          <w:sz w:val="22"/>
          <w:lang w:val="hr-BA"/>
        </w:rPr>
        <w:t xml:space="preserve"> sa </w:t>
      </w:r>
      <w:r w:rsidR="00B80945" w:rsidRPr="002D471C">
        <w:rPr>
          <w:rFonts w:ascii="Arial" w:hAnsi="Arial" w:cs="Arial"/>
          <w:sz w:val="22"/>
          <w:lang w:val="hr-BA"/>
        </w:rPr>
        <w:t>i</w:t>
      </w:r>
      <w:r w:rsidR="00B71E58" w:rsidRPr="002D471C">
        <w:rPr>
          <w:rFonts w:ascii="Arial" w:hAnsi="Arial" w:cs="Arial"/>
          <w:sz w:val="22"/>
          <w:lang w:val="hr-BA"/>
        </w:rPr>
        <w:t>nozemstvom</w:t>
      </w:r>
      <w:r w:rsidR="00570D3E" w:rsidRPr="002D471C">
        <w:rPr>
          <w:rFonts w:ascii="Arial" w:hAnsi="Arial" w:cs="Arial"/>
          <w:sz w:val="22"/>
          <w:lang w:val="hr-BA"/>
        </w:rPr>
        <w:t xml:space="preserve"> koj</w:t>
      </w:r>
      <w:r w:rsidR="00B80945" w:rsidRPr="002D471C">
        <w:rPr>
          <w:rFonts w:ascii="Arial" w:hAnsi="Arial" w:cs="Arial"/>
          <w:sz w:val="22"/>
          <w:lang w:val="hr-BA"/>
        </w:rPr>
        <w:t>i</w:t>
      </w:r>
      <w:r w:rsidR="00570D3E" w:rsidRPr="002D471C">
        <w:rPr>
          <w:rFonts w:ascii="Arial" w:hAnsi="Arial" w:cs="Arial"/>
          <w:sz w:val="22"/>
          <w:lang w:val="hr-BA"/>
        </w:rPr>
        <w:t xml:space="preserve"> su do dana stupanja na snagu ovog </w:t>
      </w:r>
      <w:r w:rsidR="004D3797" w:rsidRPr="002D471C">
        <w:rPr>
          <w:rFonts w:ascii="Arial" w:hAnsi="Arial" w:cs="Arial"/>
          <w:sz w:val="22"/>
          <w:lang w:val="hr-BA"/>
        </w:rPr>
        <w:t>P</w:t>
      </w:r>
      <w:r w:rsidR="00570D3E" w:rsidRPr="002D471C">
        <w:rPr>
          <w:rFonts w:ascii="Arial" w:hAnsi="Arial" w:cs="Arial"/>
          <w:sz w:val="22"/>
          <w:lang w:val="hr-BA"/>
        </w:rPr>
        <w:t>rav</w:t>
      </w:r>
      <w:r w:rsidR="00B80945" w:rsidRPr="002D471C">
        <w:rPr>
          <w:rFonts w:ascii="Arial" w:hAnsi="Arial" w:cs="Arial"/>
          <w:sz w:val="22"/>
          <w:lang w:val="hr-BA"/>
        </w:rPr>
        <w:t>i</w:t>
      </w:r>
      <w:r w:rsidR="00570D3E" w:rsidRPr="002D471C">
        <w:rPr>
          <w:rFonts w:ascii="Arial" w:hAnsi="Arial" w:cs="Arial"/>
          <w:sz w:val="22"/>
          <w:lang w:val="hr-BA"/>
        </w:rPr>
        <w:t>ln</w:t>
      </w:r>
      <w:r w:rsidR="00B80945" w:rsidRPr="002D471C">
        <w:rPr>
          <w:rFonts w:ascii="Arial" w:hAnsi="Arial" w:cs="Arial"/>
          <w:sz w:val="22"/>
          <w:lang w:val="hr-BA"/>
        </w:rPr>
        <w:t>i</w:t>
      </w:r>
      <w:r w:rsidR="00570D3E" w:rsidRPr="002D471C">
        <w:rPr>
          <w:rFonts w:ascii="Arial" w:hAnsi="Arial" w:cs="Arial"/>
          <w:sz w:val="22"/>
          <w:lang w:val="hr-BA"/>
        </w:rPr>
        <w:t>ka ev</w:t>
      </w:r>
      <w:r w:rsidR="00B80945" w:rsidRPr="002D471C">
        <w:rPr>
          <w:rFonts w:ascii="Arial" w:hAnsi="Arial" w:cs="Arial"/>
          <w:sz w:val="22"/>
          <w:lang w:val="hr-BA"/>
        </w:rPr>
        <w:t>i</w:t>
      </w:r>
      <w:r w:rsidR="00570D3E" w:rsidRPr="002D471C">
        <w:rPr>
          <w:rFonts w:ascii="Arial" w:hAnsi="Arial" w:cs="Arial"/>
          <w:sz w:val="22"/>
          <w:lang w:val="hr-BA"/>
        </w:rPr>
        <w:t>dent</w:t>
      </w:r>
      <w:r w:rsidR="00B80945" w:rsidRPr="002D471C">
        <w:rPr>
          <w:rFonts w:ascii="Arial" w:hAnsi="Arial" w:cs="Arial"/>
          <w:sz w:val="22"/>
          <w:lang w:val="hr-BA"/>
        </w:rPr>
        <w:t>i</w:t>
      </w:r>
      <w:r w:rsidR="00570D3E" w:rsidRPr="002D471C">
        <w:rPr>
          <w:rFonts w:ascii="Arial" w:hAnsi="Arial" w:cs="Arial"/>
          <w:sz w:val="22"/>
          <w:lang w:val="hr-BA"/>
        </w:rPr>
        <w:t>ran</w:t>
      </w:r>
      <w:r w:rsidR="00B80945" w:rsidRPr="002D471C">
        <w:rPr>
          <w:rFonts w:ascii="Arial" w:hAnsi="Arial" w:cs="Arial"/>
          <w:sz w:val="22"/>
          <w:lang w:val="hr-BA"/>
        </w:rPr>
        <w:t>i</w:t>
      </w:r>
      <w:r w:rsidR="00570D3E" w:rsidRPr="002D471C">
        <w:rPr>
          <w:rFonts w:ascii="Arial" w:hAnsi="Arial" w:cs="Arial"/>
          <w:sz w:val="22"/>
          <w:lang w:val="hr-BA"/>
        </w:rPr>
        <w:t xml:space="preserve"> u M</w:t>
      </w:r>
      <w:r w:rsidR="00B80945" w:rsidRPr="002D471C">
        <w:rPr>
          <w:rFonts w:ascii="Arial" w:hAnsi="Arial" w:cs="Arial"/>
          <w:sz w:val="22"/>
          <w:lang w:val="hr-BA"/>
        </w:rPr>
        <w:t>i</w:t>
      </w:r>
      <w:r w:rsidR="00570D3E" w:rsidRPr="002D471C">
        <w:rPr>
          <w:rFonts w:ascii="Arial" w:hAnsi="Arial" w:cs="Arial"/>
          <w:sz w:val="22"/>
          <w:lang w:val="hr-BA"/>
        </w:rPr>
        <w:t>n</w:t>
      </w:r>
      <w:r w:rsidR="00B80945" w:rsidRPr="002D471C">
        <w:rPr>
          <w:rFonts w:ascii="Arial" w:hAnsi="Arial" w:cs="Arial"/>
          <w:sz w:val="22"/>
          <w:lang w:val="hr-BA"/>
        </w:rPr>
        <w:t>i</w:t>
      </w:r>
      <w:r w:rsidR="00570D3E" w:rsidRPr="002D471C">
        <w:rPr>
          <w:rFonts w:ascii="Arial" w:hAnsi="Arial" w:cs="Arial"/>
          <w:sz w:val="22"/>
          <w:lang w:val="hr-BA"/>
        </w:rPr>
        <w:t>starstvu smatraju se unesen</w:t>
      </w:r>
      <w:r w:rsidR="00B80945" w:rsidRPr="002D471C">
        <w:rPr>
          <w:rFonts w:ascii="Arial" w:hAnsi="Arial" w:cs="Arial"/>
          <w:sz w:val="22"/>
          <w:lang w:val="hr-BA"/>
        </w:rPr>
        <w:t>i</w:t>
      </w:r>
      <w:r w:rsidR="00570D3E" w:rsidRPr="002D471C">
        <w:rPr>
          <w:rFonts w:ascii="Arial" w:hAnsi="Arial" w:cs="Arial"/>
          <w:sz w:val="22"/>
          <w:lang w:val="hr-BA"/>
        </w:rPr>
        <w:t>m u Reg</w:t>
      </w:r>
      <w:r w:rsidR="00B80945" w:rsidRPr="002D471C">
        <w:rPr>
          <w:rFonts w:ascii="Arial" w:hAnsi="Arial" w:cs="Arial"/>
          <w:sz w:val="22"/>
          <w:lang w:val="hr-BA"/>
        </w:rPr>
        <w:t>i</w:t>
      </w:r>
      <w:r w:rsidR="00570D3E" w:rsidRPr="002D471C">
        <w:rPr>
          <w:rFonts w:ascii="Arial" w:hAnsi="Arial" w:cs="Arial"/>
          <w:sz w:val="22"/>
          <w:lang w:val="hr-BA"/>
        </w:rPr>
        <w:t>star u skladu sa ov</w:t>
      </w:r>
      <w:r w:rsidR="00B80945" w:rsidRPr="002D471C">
        <w:rPr>
          <w:rFonts w:ascii="Arial" w:hAnsi="Arial" w:cs="Arial"/>
          <w:sz w:val="22"/>
          <w:lang w:val="hr-BA"/>
        </w:rPr>
        <w:t>i</w:t>
      </w:r>
      <w:r w:rsidR="00570D3E" w:rsidRPr="002D471C">
        <w:rPr>
          <w:rFonts w:ascii="Arial" w:hAnsi="Arial" w:cs="Arial"/>
          <w:sz w:val="22"/>
          <w:lang w:val="hr-BA"/>
        </w:rPr>
        <w:t xml:space="preserve">m </w:t>
      </w:r>
      <w:r w:rsidR="004D3797" w:rsidRPr="002D471C">
        <w:rPr>
          <w:rFonts w:ascii="Arial" w:hAnsi="Arial" w:cs="Arial"/>
          <w:sz w:val="22"/>
          <w:lang w:val="hr-BA"/>
        </w:rPr>
        <w:t>P</w:t>
      </w:r>
      <w:r w:rsidR="00570D3E" w:rsidRPr="002D471C">
        <w:rPr>
          <w:rFonts w:ascii="Arial" w:hAnsi="Arial" w:cs="Arial"/>
          <w:sz w:val="22"/>
          <w:lang w:val="hr-BA"/>
        </w:rPr>
        <w:t>rav</w:t>
      </w:r>
      <w:r w:rsidR="00B80945" w:rsidRPr="002D471C">
        <w:rPr>
          <w:rFonts w:ascii="Arial" w:hAnsi="Arial" w:cs="Arial"/>
          <w:sz w:val="22"/>
          <w:lang w:val="hr-BA"/>
        </w:rPr>
        <w:t>i</w:t>
      </w:r>
      <w:r w:rsidR="00570D3E" w:rsidRPr="002D471C">
        <w:rPr>
          <w:rFonts w:ascii="Arial" w:hAnsi="Arial" w:cs="Arial"/>
          <w:sz w:val="22"/>
          <w:lang w:val="hr-BA"/>
        </w:rPr>
        <w:t>ln</w:t>
      </w:r>
      <w:r w:rsidR="00B80945" w:rsidRPr="002D471C">
        <w:rPr>
          <w:rFonts w:ascii="Arial" w:hAnsi="Arial" w:cs="Arial"/>
          <w:sz w:val="22"/>
          <w:lang w:val="hr-BA"/>
        </w:rPr>
        <w:t>i</w:t>
      </w:r>
      <w:r w:rsidR="00570D3E" w:rsidRPr="002D471C">
        <w:rPr>
          <w:rFonts w:ascii="Arial" w:hAnsi="Arial" w:cs="Arial"/>
          <w:sz w:val="22"/>
          <w:lang w:val="hr-BA"/>
        </w:rPr>
        <w:t>kom.</w:t>
      </w:r>
    </w:p>
    <w:p w14:paraId="0EC4FC94" w14:textId="5E470FF9" w:rsidR="000E71EC" w:rsidRPr="00793466" w:rsidRDefault="002E3306" w:rsidP="00793466">
      <w:pPr>
        <w:ind w:left="0"/>
        <w:rPr>
          <w:rFonts w:ascii="Arial" w:hAnsi="Arial" w:cs="Arial"/>
          <w:sz w:val="22"/>
          <w:lang w:val="hr-BA"/>
        </w:rPr>
      </w:pPr>
      <w:r w:rsidRPr="002D471C">
        <w:rPr>
          <w:rFonts w:ascii="Arial" w:hAnsi="Arial" w:cs="Arial"/>
          <w:sz w:val="22"/>
          <w:lang w:val="hr-BA"/>
        </w:rPr>
        <w:t xml:space="preserve">(2) </w:t>
      </w:r>
      <w:r w:rsidR="00570D3E" w:rsidRPr="002D471C">
        <w:rPr>
          <w:rFonts w:ascii="Arial" w:hAnsi="Arial" w:cs="Arial"/>
          <w:sz w:val="22"/>
          <w:lang w:val="hr-BA"/>
        </w:rPr>
        <w:t xml:space="preserve">Za </w:t>
      </w:r>
      <w:r w:rsidR="00F60C3B" w:rsidRPr="002D471C">
        <w:rPr>
          <w:rFonts w:ascii="Arial" w:hAnsi="Arial" w:cs="Arial"/>
          <w:sz w:val="22"/>
          <w:lang w:val="hr-BA"/>
        </w:rPr>
        <w:t>već regostrirane kreditne poslove iz stav</w:t>
      </w:r>
      <w:r w:rsidR="004D3797" w:rsidRPr="002D471C">
        <w:rPr>
          <w:rFonts w:ascii="Arial" w:hAnsi="Arial" w:cs="Arial"/>
          <w:sz w:val="22"/>
          <w:lang w:val="hr-BA"/>
        </w:rPr>
        <w:t>k</w:t>
      </w:r>
      <w:r w:rsidR="00F60C3B" w:rsidRPr="002D471C">
        <w:rPr>
          <w:rFonts w:ascii="Arial" w:hAnsi="Arial" w:cs="Arial"/>
          <w:sz w:val="22"/>
          <w:lang w:val="hr-BA"/>
        </w:rPr>
        <w:t xml:space="preserve">a (1) ovog članka </w:t>
      </w:r>
      <w:r w:rsidR="00570D3E" w:rsidRPr="002D471C">
        <w:rPr>
          <w:rFonts w:ascii="Arial" w:hAnsi="Arial" w:cs="Arial"/>
          <w:sz w:val="22"/>
          <w:lang w:val="hr-BA"/>
        </w:rPr>
        <w:t>obvezn</w:t>
      </w:r>
      <w:r w:rsidR="00B80945" w:rsidRPr="002D471C">
        <w:rPr>
          <w:rFonts w:ascii="Arial" w:hAnsi="Arial" w:cs="Arial"/>
          <w:sz w:val="22"/>
          <w:lang w:val="hr-BA"/>
        </w:rPr>
        <w:t>i</w:t>
      </w:r>
      <w:r w:rsidR="00570D3E" w:rsidRPr="002D471C">
        <w:rPr>
          <w:rFonts w:ascii="Arial" w:hAnsi="Arial" w:cs="Arial"/>
          <w:sz w:val="22"/>
          <w:lang w:val="hr-BA"/>
        </w:rPr>
        <w:t>c</w:t>
      </w:r>
      <w:r w:rsidR="00B80945" w:rsidRPr="002D471C">
        <w:rPr>
          <w:rFonts w:ascii="Arial" w:hAnsi="Arial" w:cs="Arial"/>
          <w:sz w:val="22"/>
          <w:lang w:val="hr-BA"/>
        </w:rPr>
        <w:t>i</w:t>
      </w:r>
      <w:r w:rsidR="00570D3E" w:rsidRPr="002D471C">
        <w:rPr>
          <w:rFonts w:ascii="Arial" w:hAnsi="Arial" w:cs="Arial"/>
          <w:sz w:val="22"/>
          <w:lang w:val="hr-BA"/>
        </w:rPr>
        <w:t xml:space="preserve"> </w:t>
      </w:r>
      <w:r w:rsidR="00B80945" w:rsidRPr="002D471C">
        <w:rPr>
          <w:rFonts w:ascii="Arial" w:hAnsi="Arial" w:cs="Arial"/>
          <w:sz w:val="22"/>
          <w:lang w:val="hr-BA"/>
        </w:rPr>
        <w:t>i</w:t>
      </w:r>
      <w:r w:rsidR="00570D3E" w:rsidRPr="002D471C">
        <w:rPr>
          <w:rFonts w:ascii="Arial" w:hAnsi="Arial" w:cs="Arial"/>
          <w:sz w:val="22"/>
          <w:lang w:val="hr-BA"/>
        </w:rPr>
        <w:t>zvještavanja nastavljaju dostavljat</w:t>
      </w:r>
      <w:r w:rsidR="00B80945" w:rsidRPr="002D471C">
        <w:rPr>
          <w:rFonts w:ascii="Arial" w:hAnsi="Arial" w:cs="Arial"/>
          <w:sz w:val="22"/>
          <w:lang w:val="hr-BA"/>
        </w:rPr>
        <w:t>i</w:t>
      </w:r>
      <w:r w:rsidR="00570D3E" w:rsidRPr="002D471C">
        <w:rPr>
          <w:rFonts w:ascii="Arial" w:hAnsi="Arial" w:cs="Arial"/>
          <w:sz w:val="22"/>
          <w:lang w:val="hr-BA"/>
        </w:rPr>
        <w:t xml:space="preserve"> god</w:t>
      </w:r>
      <w:r w:rsidR="00B80945" w:rsidRPr="002D471C">
        <w:rPr>
          <w:rFonts w:ascii="Arial" w:hAnsi="Arial" w:cs="Arial"/>
          <w:sz w:val="22"/>
          <w:lang w:val="hr-BA"/>
        </w:rPr>
        <w:t>i</w:t>
      </w:r>
      <w:r w:rsidR="00570D3E" w:rsidRPr="002D471C">
        <w:rPr>
          <w:rFonts w:ascii="Arial" w:hAnsi="Arial" w:cs="Arial"/>
          <w:sz w:val="22"/>
          <w:lang w:val="hr-BA"/>
        </w:rPr>
        <w:t xml:space="preserve">šnje stanje </w:t>
      </w:r>
      <w:r w:rsidR="00B80945" w:rsidRPr="002D471C">
        <w:rPr>
          <w:rFonts w:ascii="Arial" w:hAnsi="Arial" w:cs="Arial"/>
          <w:sz w:val="22"/>
          <w:lang w:val="hr-BA"/>
        </w:rPr>
        <w:t>i</w:t>
      </w:r>
      <w:r w:rsidR="00570D3E" w:rsidRPr="002D471C">
        <w:rPr>
          <w:rFonts w:ascii="Arial" w:hAnsi="Arial" w:cs="Arial"/>
          <w:sz w:val="22"/>
          <w:lang w:val="hr-BA"/>
        </w:rPr>
        <w:t xml:space="preserve"> promjene podataka u skladu sa ov</w:t>
      </w:r>
      <w:r w:rsidR="00B80945" w:rsidRPr="002D471C">
        <w:rPr>
          <w:rFonts w:ascii="Arial" w:hAnsi="Arial" w:cs="Arial"/>
          <w:sz w:val="22"/>
          <w:lang w:val="hr-BA"/>
        </w:rPr>
        <w:t>i</w:t>
      </w:r>
      <w:r w:rsidR="00570D3E" w:rsidRPr="002D471C">
        <w:rPr>
          <w:rFonts w:ascii="Arial" w:hAnsi="Arial" w:cs="Arial"/>
          <w:sz w:val="22"/>
          <w:lang w:val="hr-BA"/>
        </w:rPr>
        <w:t xml:space="preserve">m </w:t>
      </w:r>
      <w:r w:rsidR="004D3797" w:rsidRPr="002D471C">
        <w:rPr>
          <w:rFonts w:ascii="Arial" w:hAnsi="Arial" w:cs="Arial"/>
          <w:sz w:val="22"/>
          <w:lang w:val="hr-BA"/>
        </w:rPr>
        <w:t>P</w:t>
      </w:r>
      <w:r w:rsidR="00570D3E" w:rsidRPr="002D471C">
        <w:rPr>
          <w:rFonts w:ascii="Arial" w:hAnsi="Arial" w:cs="Arial"/>
          <w:sz w:val="22"/>
          <w:lang w:val="hr-BA"/>
        </w:rPr>
        <w:t>rav</w:t>
      </w:r>
      <w:r w:rsidR="00B80945" w:rsidRPr="002D471C">
        <w:rPr>
          <w:rFonts w:ascii="Arial" w:hAnsi="Arial" w:cs="Arial"/>
          <w:sz w:val="22"/>
          <w:lang w:val="hr-BA"/>
        </w:rPr>
        <w:t>i</w:t>
      </w:r>
      <w:r w:rsidR="00570D3E" w:rsidRPr="002D471C">
        <w:rPr>
          <w:rFonts w:ascii="Arial" w:hAnsi="Arial" w:cs="Arial"/>
          <w:sz w:val="22"/>
          <w:lang w:val="hr-BA"/>
        </w:rPr>
        <w:t>ln</w:t>
      </w:r>
      <w:r w:rsidR="00B80945" w:rsidRPr="002D471C">
        <w:rPr>
          <w:rFonts w:ascii="Arial" w:hAnsi="Arial" w:cs="Arial"/>
          <w:sz w:val="22"/>
          <w:lang w:val="hr-BA"/>
        </w:rPr>
        <w:t>i</w:t>
      </w:r>
      <w:r w:rsidR="00570D3E" w:rsidRPr="002D471C">
        <w:rPr>
          <w:rFonts w:ascii="Arial" w:hAnsi="Arial" w:cs="Arial"/>
          <w:sz w:val="22"/>
          <w:lang w:val="hr-BA"/>
        </w:rPr>
        <w:t>kom.</w:t>
      </w:r>
    </w:p>
    <w:p w14:paraId="15F904F8" w14:textId="5E255232" w:rsidR="00F60C3B" w:rsidRPr="00793466" w:rsidRDefault="002E3306" w:rsidP="00793466">
      <w:pPr>
        <w:ind w:left="0"/>
        <w:rPr>
          <w:rFonts w:ascii="Arial" w:hAnsi="Arial" w:cs="Arial"/>
          <w:sz w:val="22"/>
          <w:lang w:val="hr-BA"/>
        </w:rPr>
      </w:pPr>
      <w:r>
        <w:rPr>
          <w:rFonts w:ascii="Arial" w:hAnsi="Arial" w:cs="Arial"/>
          <w:sz w:val="22"/>
          <w:lang w:val="hr-BA"/>
        </w:rPr>
        <w:t xml:space="preserve">(3) </w:t>
      </w:r>
      <w:r w:rsidR="00570D3E" w:rsidRPr="00793466">
        <w:rPr>
          <w:rFonts w:ascii="Arial" w:hAnsi="Arial" w:cs="Arial"/>
          <w:sz w:val="22"/>
          <w:lang w:val="hr-BA"/>
        </w:rPr>
        <w:t>M</w:t>
      </w:r>
      <w:r w:rsidR="00B80945" w:rsidRPr="00793466">
        <w:rPr>
          <w:rFonts w:ascii="Arial" w:hAnsi="Arial" w:cs="Arial"/>
          <w:sz w:val="22"/>
          <w:lang w:val="hr-BA"/>
        </w:rPr>
        <w:t>i</w:t>
      </w:r>
      <w:r w:rsidR="00570D3E" w:rsidRPr="00793466">
        <w:rPr>
          <w:rFonts w:ascii="Arial" w:hAnsi="Arial" w:cs="Arial"/>
          <w:sz w:val="22"/>
          <w:lang w:val="hr-BA"/>
        </w:rPr>
        <w:t>n</w:t>
      </w:r>
      <w:r w:rsidR="00B80945" w:rsidRPr="00793466">
        <w:rPr>
          <w:rFonts w:ascii="Arial" w:hAnsi="Arial" w:cs="Arial"/>
          <w:sz w:val="22"/>
          <w:lang w:val="hr-BA"/>
        </w:rPr>
        <w:t>i</w:t>
      </w:r>
      <w:r w:rsidR="00570D3E" w:rsidRPr="00793466">
        <w:rPr>
          <w:rFonts w:ascii="Arial" w:hAnsi="Arial" w:cs="Arial"/>
          <w:sz w:val="22"/>
          <w:lang w:val="hr-BA"/>
        </w:rPr>
        <w:t>starstvo može, rad</w:t>
      </w:r>
      <w:r w:rsidR="00B80945" w:rsidRPr="00793466">
        <w:rPr>
          <w:rFonts w:ascii="Arial" w:hAnsi="Arial" w:cs="Arial"/>
          <w:sz w:val="22"/>
          <w:lang w:val="hr-BA"/>
        </w:rPr>
        <w:t>i</w:t>
      </w:r>
      <w:r w:rsidR="00570D3E" w:rsidRPr="00793466">
        <w:rPr>
          <w:rFonts w:ascii="Arial" w:hAnsi="Arial" w:cs="Arial"/>
          <w:sz w:val="22"/>
          <w:lang w:val="hr-BA"/>
        </w:rPr>
        <w:t xml:space="preserve"> uspostavljanja </w:t>
      </w:r>
      <w:r w:rsidR="00B80945" w:rsidRPr="00793466">
        <w:rPr>
          <w:rFonts w:ascii="Arial" w:hAnsi="Arial" w:cs="Arial"/>
          <w:sz w:val="22"/>
          <w:lang w:val="hr-BA"/>
        </w:rPr>
        <w:t>i</w:t>
      </w:r>
      <w:r w:rsidR="00570D3E" w:rsidRPr="00793466">
        <w:rPr>
          <w:rFonts w:ascii="Arial" w:hAnsi="Arial" w:cs="Arial"/>
          <w:sz w:val="22"/>
          <w:lang w:val="hr-BA"/>
        </w:rPr>
        <w:t>l</w:t>
      </w:r>
      <w:r w:rsidR="00B80945" w:rsidRPr="00793466">
        <w:rPr>
          <w:rFonts w:ascii="Arial" w:hAnsi="Arial" w:cs="Arial"/>
          <w:sz w:val="22"/>
          <w:lang w:val="hr-BA"/>
        </w:rPr>
        <w:t>i</w:t>
      </w:r>
      <w:r w:rsidR="00570D3E" w:rsidRPr="00793466">
        <w:rPr>
          <w:rFonts w:ascii="Arial" w:hAnsi="Arial" w:cs="Arial"/>
          <w:sz w:val="22"/>
          <w:lang w:val="hr-BA"/>
        </w:rPr>
        <w:t xml:space="preserve"> ažur</w:t>
      </w:r>
      <w:r w:rsidR="00B80945" w:rsidRPr="00793466">
        <w:rPr>
          <w:rFonts w:ascii="Arial" w:hAnsi="Arial" w:cs="Arial"/>
          <w:sz w:val="22"/>
          <w:lang w:val="hr-BA"/>
        </w:rPr>
        <w:t>i</w:t>
      </w:r>
      <w:r w:rsidR="00570D3E" w:rsidRPr="00793466">
        <w:rPr>
          <w:rFonts w:ascii="Arial" w:hAnsi="Arial" w:cs="Arial"/>
          <w:sz w:val="22"/>
          <w:lang w:val="hr-BA"/>
        </w:rPr>
        <w:t>ranja Reg</w:t>
      </w:r>
      <w:r w:rsidR="00B80945" w:rsidRPr="00793466">
        <w:rPr>
          <w:rFonts w:ascii="Arial" w:hAnsi="Arial" w:cs="Arial"/>
          <w:sz w:val="22"/>
          <w:lang w:val="hr-BA"/>
        </w:rPr>
        <w:t>i</w:t>
      </w:r>
      <w:r w:rsidR="00570D3E" w:rsidRPr="00793466">
        <w:rPr>
          <w:rFonts w:ascii="Arial" w:hAnsi="Arial" w:cs="Arial"/>
          <w:sz w:val="22"/>
          <w:lang w:val="hr-BA"/>
        </w:rPr>
        <w:t>stra, zatraž</w:t>
      </w:r>
      <w:r w:rsidR="00B80945" w:rsidRPr="00793466">
        <w:rPr>
          <w:rFonts w:ascii="Arial" w:hAnsi="Arial" w:cs="Arial"/>
          <w:sz w:val="22"/>
          <w:lang w:val="hr-BA"/>
        </w:rPr>
        <w:t>i</w:t>
      </w:r>
      <w:r w:rsidR="00570D3E" w:rsidRPr="00793466">
        <w:rPr>
          <w:rFonts w:ascii="Arial" w:hAnsi="Arial" w:cs="Arial"/>
          <w:sz w:val="22"/>
          <w:lang w:val="hr-BA"/>
        </w:rPr>
        <w:t>t</w:t>
      </w:r>
      <w:r w:rsidR="00B80945" w:rsidRPr="00793466">
        <w:rPr>
          <w:rFonts w:ascii="Arial" w:hAnsi="Arial" w:cs="Arial"/>
          <w:sz w:val="22"/>
          <w:lang w:val="hr-BA"/>
        </w:rPr>
        <w:t>i</w:t>
      </w:r>
      <w:r w:rsidR="00570D3E" w:rsidRPr="00793466">
        <w:rPr>
          <w:rFonts w:ascii="Arial" w:hAnsi="Arial" w:cs="Arial"/>
          <w:sz w:val="22"/>
          <w:lang w:val="hr-BA"/>
        </w:rPr>
        <w:t xml:space="preserve"> od obvezn</w:t>
      </w:r>
      <w:r w:rsidR="00B80945" w:rsidRPr="00793466">
        <w:rPr>
          <w:rFonts w:ascii="Arial" w:hAnsi="Arial" w:cs="Arial"/>
          <w:sz w:val="22"/>
          <w:lang w:val="hr-BA"/>
        </w:rPr>
        <w:t>i</w:t>
      </w:r>
      <w:r w:rsidR="00570D3E" w:rsidRPr="00793466">
        <w:rPr>
          <w:rFonts w:ascii="Arial" w:hAnsi="Arial" w:cs="Arial"/>
          <w:sz w:val="22"/>
          <w:lang w:val="hr-BA"/>
        </w:rPr>
        <w:t xml:space="preserve">ka </w:t>
      </w:r>
      <w:r w:rsidR="00B80945" w:rsidRPr="00793466">
        <w:rPr>
          <w:rFonts w:ascii="Arial" w:hAnsi="Arial" w:cs="Arial"/>
          <w:sz w:val="22"/>
          <w:lang w:val="hr-BA"/>
        </w:rPr>
        <w:t>i</w:t>
      </w:r>
      <w:r w:rsidR="00570D3E" w:rsidRPr="00793466">
        <w:rPr>
          <w:rFonts w:ascii="Arial" w:hAnsi="Arial" w:cs="Arial"/>
          <w:sz w:val="22"/>
          <w:lang w:val="hr-BA"/>
        </w:rPr>
        <w:t>zvještavanja dostavljanje podataka koj</w:t>
      </w:r>
      <w:r w:rsidR="00B80945" w:rsidRPr="00793466">
        <w:rPr>
          <w:rFonts w:ascii="Arial" w:hAnsi="Arial" w:cs="Arial"/>
          <w:sz w:val="22"/>
          <w:lang w:val="hr-BA"/>
        </w:rPr>
        <w:t>i</w:t>
      </w:r>
      <w:r w:rsidR="00570D3E" w:rsidRPr="00793466">
        <w:rPr>
          <w:rFonts w:ascii="Arial" w:hAnsi="Arial" w:cs="Arial"/>
          <w:sz w:val="22"/>
          <w:lang w:val="hr-BA"/>
        </w:rPr>
        <w:t xml:space="preserve"> nedostaju za ran</w:t>
      </w:r>
      <w:r w:rsidR="00B80945" w:rsidRPr="00793466">
        <w:rPr>
          <w:rFonts w:ascii="Arial" w:hAnsi="Arial" w:cs="Arial"/>
          <w:sz w:val="22"/>
          <w:lang w:val="hr-BA"/>
        </w:rPr>
        <w:t>i</w:t>
      </w:r>
      <w:r w:rsidR="00570D3E" w:rsidRPr="00793466">
        <w:rPr>
          <w:rFonts w:ascii="Arial" w:hAnsi="Arial" w:cs="Arial"/>
          <w:sz w:val="22"/>
          <w:lang w:val="hr-BA"/>
        </w:rPr>
        <w:t>je ev</w:t>
      </w:r>
      <w:r w:rsidR="00B80945" w:rsidRPr="00793466">
        <w:rPr>
          <w:rFonts w:ascii="Arial" w:hAnsi="Arial" w:cs="Arial"/>
          <w:sz w:val="22"/>
          <w:lang w:val="hr-BA"/>
        </w:rPr>
        <w:t>i</w:t>
      </w:r>
      <w:r w:rsidR="00570D3E" w:rsidRPr="00793466">
        <w:rPr>
          <w:rFonts w:ascii="Arial" w:hAnsi="Arial" w:cs="Arial"/>
          <w:sz w:val="22"/>
          <w:lang w:val="hr-BA"/>
        </w:rPr>
        <w:t>dent</w:t>
      </w:r>
      <w:r w:rsidR="00B80945" w:rsidRPr="00793466">
        <w:rPr>
          <w:rFonts w:ascii="Arial" w:hAnsi="Arial" w:cs="Arial"/>
          <w:sz w:val="22"/>
          <w:lang w:val="hr-BA"/>
        </w:rPr>
        <w:t>i</w:t>
      </w:r>
      <w:r w:rsidR="00570D3E" w:rsidRPr="00793466">
        <w:rPr>
          <w:rFonts w:ascii="Arial" w:hAnsi="Arial" w:cs="Arial"/>
          <w:sz w:val="22"/>
          <w:lang w:val="hr-BA"/>
        </w:rPr>
        <w:t>rane kred</w:t>
      </w:r>
      <w:r w:rsidR="00B80945" w:rsidRPr="00793466">
        <w:rPr>
          <w:rFonts w:ascii="Arial" w:hAnsi="Arial" w:cs="Arial"/>
          <w:sz w:val="22"/>
          <w:lang w:val="hr-BA"/>
        </w:rPr>
        <w:t>i</w:t>
      </w:r>
      <w:r w:rsidR="00570D3E" w:rsidRPr="00793466">
        <w:rPr>
          <w:rFonts w:ascii="Arial" w:hAnsi="Arial" w:cs="Arial"/>
          <w:sz w:val="22"/>
          <w:lang w:val="hr-BA"/>
        </w:rPr>
        <w:t>tne poslove, bez obveze dostavljanja cjelokupne dokumentac</w:t>
      </w:r>
      <w:r w:rsidR="00B80945" w:rsidRPr="00793466">
        <w:rPr>
          <w:rFonts w:ascii="Arial" w:hAnsi="Arial" w:cs="Arial"/>
          <w:sz w:val="22"/>
          <w:lang w:val="hr-BA"/>
        </w:rPr>
        <w:t>i</w:t>
      </w:r>
      <w:r w:rsidR="00570D3E" w:rsidRPr="00793466">
        <w:rPr>
          <w:rFonts w:ascii="Arial" w:hAnsi="Arial" w:cs="Arial"/>
          <w:sz w:val="22"/>
          <w:lang w:val="hr-BA"/>
        </w:rPr>
        <w:t>je, os</w:t>
      </w:r>
      <w:r w:rsidR="00B80945" w:rsidRPr="00793466">
        <w:rPr>
          <w:rFonts w:ascii="Arial" w:hAnsi="Arial" w:cs="Arial"/>
          <w:sz w:val="22"/>
          <w:lang w:val="hr-BA"/>
        </w:rPr>
        <w:t>i</w:t>
      </w:r>
      <w:r w:rsidR="00570D3E" w:rsidRPr="00793466">
        <w:rPr>
          <w:rFonts w:ascii="Arial" w:hAnsi="Arial" w:cs="Arial"/>
          <w:sz w:val="22"/>
          <w:lang w:val="hr-BA"/>
        </w:rPr>
        <w:t>m ako je ona potrebna rad</w:t>
      </w:r>
      <w:r w:rsidR="00B80945" w:rsidRPr="00793466">
        <w:rPr>
          <w:rFonts w:ascii="Arial" w:hAnsi="Arial" w:cs="Arial"/>
          <w:sz w:val="22"/>
          <w:lang w:val="hr-BA"/>
        </w:rPr>
        <w:t>i</w:t>
      </w:r>
      <w:r w:rsidR="00570D3E" w:rsidRPr="00793466">
        <w:rPr>
          <w:rFonts w:ascii="Arial" w:hAnsi="Arial" w:cs="Arial"/>
          <w:sz w:val="22"/>
          <w:lang w:val="hr-BA"/>
        </w:rPr>
        <w:t xml:space="preserve"> provjere tačnost</w:t>
      </w:r>
      <w:r w:rsidR="00B80945" w:rsidRPr="00793466">
        <w:rPr>
          <w:rFonts w:ascii="Arial" w:hAnsi="Arial" w:cs="Arial"/>
          <w:sz w:val="22"/>
          <w:lang w:val="hr-BA"/>
        </w:rPr>
        <w:t>i</w:t>
      </w:r>
      <w:r w:rsidR="00570D3E" w:rsidRPr="00793466">
        <w:rPr>
          <w:rFonts w:ascii="Arial" w:hAnsi="Arial" w:cs="Arial"/>
          <w:sz w:val="22"/>
          <w:lang w:val="hr-BA"/>
        </w:rPr>
        <w:t xml:space="preserve"> podataka.</w:t>
      </w:r>
    </w:p>
    <w:p w14:paraId="66C06F77" w14:textId="3726E514" w:rsidR="009216F8" w:rsidRPr="00793466" w:rsidRDefault="002E3306" w:rsidP="00793466">
      <w:pPr>
        <w:ind w:left="0"/>
        <w:rPr>
          <w:rFonts w:ascii="Arial" w:hAnsi="Arial" w:cs="Arial"/>
          <w:sz w:val="22"/>
          <w:lang w:val="hr-BA"/>
        </w:rPr>
      </w:pPr>
      <w:r>
        <w:rPr>
          <w:rFonts w:ascii="Arial" w:hAnsi="Arial" w:cs="Arial"/>
          <w:color w:val="000000"/>
          <w:sz w:val="22"/>
          <w:lang w:val="hr-BA"/>
        </w:rPr>
        <w:t xml:space="preserve">(4) </w:t>
      </w:r>
      <w:r w:rsidR="009216F8" w:rsidRPr="00793466">
        <w:rPr>
          <w:rFonts w:ascii="Arial" w:hAnsi="Arial" w:cs="Arial"/>
          <w:color w:val="000000"/>
          <w:sz w:val="22"/>
          <w:lang w:val="hr-BA"/>
        </w:rPr>
        <w:t>Zahtjevi za registraciju kreditnih poslova zaprimljeni prije stupanja na snagu ovoga Pravilnika, a po kojima do dana njegovog stupanja na snagu nije izdato uvjerenje ili potvrda, rješavat će se u skladu s propisima koji su bili na snazi do stupanja na snagu ovoga Pravilnika.</w:t>
      </w:r>
    </w:p>
    <w:p w14:paraId="60F66C14" w14:textId="58CF3BED" w:rsidR="000E71EC" w:rsidRPr="00793466" w:rsidRDefault="002E3306" w:rsidP="00793466">
      <w:pPr>
        <w:ind w:left="0"/>
        <w:rPr>
          <w:rFonts w:ascii="Arial" w:hAnsi="Arial" w:cs="Arial"/>
          <w:sz w:val="22"/>
          <w:lang w:val="hr-BA"/>
        </w:rPr>
      </w:pPr>
      <w:r>
        <w:rPr>
          <w:rFonts w:ascii="Arial" w:hAnsi="Arial" w:cs="Arial"/>
          <w:sz w:val="22"/>
          <w:lang w:val="hr-BA"/>
        </w:rPr>
        <w:t xml:space="preserve">(5) </w:t>
      </w:r>
      <w:r w:rsidR="00570D3E" w:rsidRPr="00793466">
        <w:rPr>
          <w:rFonts w:ascii="Arial" w:hAnsi="Arial" w:cs="Arial"/>
          <w:sz w:val="22"/>
          <w:lang w:val="hr-BA"/>
        </w:rPr>
        <w:t>Danom stupanja na snagu ovog prav</w:t>
      </w:r>
      <w:r w:rsidR="00B80945" w:rsidRPr="00793466">
        <w:rPr>
          <w:rFonts w:ascii="Arial" w:hAnsi="Arial" w:cs="Arial"/>
          <w:sz w:val="22"/>
          <w:lang w:val="hr-BA"/>
        </w:rPr>
        <w:t>i</w:t>
      </w:r>
      <w:r w:rsidR="00570D3E" w:rsidRPr="00793466">
        <w:rPr>
          <w:rFonts w:ascii="Arial" w:hAnsi="Arial" w:cs="Arial"/>
          <w:sz w:val="22"/>
          <w:lang w:val="hr-BA"/>
        </w:rPr>
        <w:t>ln</w:t>
      </w:r>
      <w:r w:rsidR="00B80945" w:rsidRPr="00793466">
        <w:rPr>
          <w:rFonts w:ascii="Arial" w:hAnsi="Arial" w:cs="Arial"/>
          <w:sz w:val="22"/>
          <w:lang w:val="hr-BA"/>
        </w:rPr>
        <w:t>i</w:t>
      </w:r>
      <w:r w:rsidR="00570D3E" w:rsidRPr="00793466">
        <w:rPr>
          <w:rFonts w:ascii="Arial" w:hAnsi="Arial" w:cs="Arial"/>
          <w:sz w:val="22"/>
          <w:lang w:val="hr-BA"/>
        </w:rPr>
        <w:t xml:space="preserve">ka prestaje obveza </w:t>
      </w:r>
      <w:r w:rsidR="00B80945" w:rsidRPr="00793466">
        <w:rPr>
          <w:rFonts w:ascii="Arial" w:hAnsi="Arial" w:cs="Arial"/>
          <w:sz w:val="22"/>
          <w:lang w:val="hr-BA"/>
        </w:rPr>
        <w:t>i</w:t>
      </w:r>
      <w:r w:rsidR="00570D3E" w:rsidRPr="00793466">
        <w:rPr>
          <w:rFonts w:ascii="Arial" w:hAnsi="Arial" w:cs="Arial"/>
          <w:sz w:val="22"/>
          <w:lang w:val="hr-BA"/>
        </w:rPr>
        <w:t>zdavanja potvrda o reg</w:t>
      </w:r>
      <w:r w:rsidR="00B80945" w:rsidRPr="00793466">
        <w:rPr>
          <w:rFonts w:ascii="Arial" w:hAnsi="Arial" w:cs="Arial"/>
          <w:sz w:val="22"/>
          <w:lang w:val="hr-BA"/>
        </w:rPr>
        <w:t>i</w:t>
      </w:r>
      <w:r w:rsidR="00570D3E" w:rsidRPr="00793466">
        <w:rPr>
          <w:rFonts w:ascii="Arial" w:hAnsi="Arial" w:cs="Arial"/>
          <w:sz w:val="22"/>
          <w:lang w:val="hr-BA"/>
        </w:rPr>
        <w:t>strac</w:t>
      </w:r>
      <w:r w:rsidR="00B80945" w:rsidRPr="00793466">
        <w:rPr>
          <w:rFonts w:ascii="Arial" w:hAnsi="Arial" w:cs="Arial"/>
          <w:sz w:val="22"/>
          <w:lang w:val="hr-BA"/>
        </w:rPr>
        <w:t>i</w:t>
      </w:r>
      <w:r w:rsidR="00570D3E" w:rsidRPr="00793466">
        <w:rPr>
          <w:rFonts w:ascii="Arial" w:hAnsi="Arial" w:cs="Arial"/>
          <w:sz w:val="22"/>
          <w:lang w:val="hr-BA"/>
        </w:rPr>
        <w:t>j</w:t>
      </w:r>
      <w:r w:rsidR="00B80945" w:rsidRPr="00793466">
        <w:rPr>
          <w:rFonts w:ascii="Arial" w:hAnsi="Arial" w:cs="Arial"/>
          <w:sz w:val="22"/>
          <w:lang w:val="hr-BA"/>
        </w:rPr>
        <w:t>i</w:t>
      </w:r>
      <w:r w:rsidR="00570D3E" w:rsidRPr="00793466">
        <w:rPr>
          <w:rFonts w:ascii="Arial" w:hAnsi="Arial" w:cs="Arial"/>
          <w:sz w:val="22"/>
          <w:lang w:val="hr-BA"/>
        </w:rPr>
        <w:t xml:space="preserve"> kred</w:t>
      </w:r>
      <w:r w:rsidR="00B80945" w:rsidRPr="00793466">
        <w:rPr>
          <w:rFonts w:ascii="Arial" w:hAnsi="Arial" w:cs="Arial"/>
          <w:sz w:val="22"/>
          <w:lang w:val="hr-BA"/>
        </w:rPr>
        <w:t>i</w:t>
      </w:r>
      <w:r w:rsidR="00570D3E" w:rsidRPr="00793466">
        <w:rPr>
          <w:rFonts w:ascii="Arial" w:hAnsi="Arial" w:cs="Arial"/>
          <w:sz w:val="22"/>
          <w:lang w:val="hr-BA"/>
        </w:rPr>
        <w:t>tn</w:t>
      </w:r>
      <w:r w:rsidR="00B80945" w:rsidRPr="00793466">
        <w:rPr>
          <w:rFonts w:ascii="Arial" w:hAnsi="Arial" w:cs="Arial"/>
          <w:sz w:val="22"/>
          <w:lang w:val="hr-BA"/>
        </w:rPr>
        <w:t>i</w:t>
      </w:r>
      <w:r w:rsidR="00570D3E" w:rsidRPr="00793466">
        <w:rPr>
          <w:rFonts w:ascii="Arial" w:hAnsi="Arial" w:cs="Arial"/>
          <w:sz w:val="22"/>
          <w:lang w:val="hr-BA"/>
        </w:rPr>
        <w:t xml:space="preserve">h poslova sa </w:t>
      </w:r>
      <w:r w:rsidR="00B80945" w:rsidRPr="00793466">
        <w:rPr>
          <w:rFonts w:ascii="Arial" w:hAnsi="Arial" w:cs="Arial"/>
          <w:sz w:val="22"/>
          <w:lang w:val="hr-BA"/>
        </w:rPr>
        <w:t>i</w:t>
      </w:r>
      <w:r w:rsidR="00B71E58" w:rsidRPr="00793466">
        <w:rPr>
          <w:rFonts w:ascii="Arial" w:hAnsi="Arial" w:cs="Arial"/>
          <w:sz w:val="22"/>
          <w:lang w:val="hr-BA"/>
        </w:rPr>
        <w:t>nozemstvom</w:t>
      </w:r>
      <w:r w:rsidR="00570D3E" w:rsidRPr="00793466">
        <w:rPr>
          <w:rFonts w:ascii="Arial" w:hAnsi="Arial" w:cs="Arial"/>
          <w:sz w:val="22"/>
          <w:lang w:val="hr-BA"/>
        </w:rPr>
        <w:t xml:space="preserve"> koje su se </w:t>
      </w:r>
      <w:r w:rsidR="00B80945" w:rsidRPr="00793466">
        <w:rPr>
          <w:rFonts w:ascii="Arial" w:hAnsi="Arial" w:cs="Arial"/>
          <w:sz w:val="22"/>
          <w:lang w:val="hr-BA"/>
        </w:rPr>
        <w:t>i</w:t>
      </w:r>
      <w:r w:rsidR="00570D3E" w:rsidRPr="00793466">
        <w:rPr>
          <w:rFonts w:ascii="Arial" w:hAnsi="Arial" w:cs="Arial"/>
          <w:sz w:val="22"/>
          <w:lang w:val="hr-BA"/>
        </w:rPr>
        <w:t>zdavale na osnovu ran</w:t>
      </w:r>
      <w:r w:rsidR="00B80945" w:rsidRPr="00793466">
        <w:rPr>
          <w:rFonts w:ascii="Arial" w:hAnsi="Arial" w:cs="Arial"/>
          <w:sz w:val="22"/>
          <w:lang w:val="hr-BA"/>
        </w:rPr>
        <w:t>i</w:t>
      </w:r>
      <w:r w:rsidR="00570D3E" w:rsidRPr="00793466">
        <w:rPr>
          <w:rFonts w:ascii="Arial" w:hAnsi="Arial" w:cs="Arial"/>
          <w:sz w:val="22"/>
          <w:lang w:val="hr-BA"/>
        </w:rPr>
        <w:t>jeg prop</w:t>
      </w:r>
      <w:r w:rsidR="00B80945" w:rsidRPr="00793466">
        <w:rPr>
          <w:rFonts w:ascii="Arial" w:hAnsi="Arial" w:cs="Arial"/>
          <w:sz w:val="22"/>
          <w:lang w:val="hr-BA"/>
        </w:rPr>
        <w:t>i</w:t>
      </w:r>
      <w:r w:rsidR="00570D3E" w:rsidRPr="00793466">
        <w:rPr>
          <w:rFonts w:ascii="Arial" w:hAnsi="Arial" w:cs="Arial"/>
          <w:sz w:val="22"/>
          <w:lang w:val="hr-BA"/>
        </w:rPr>
        <w:t>sa koj</w:t>
      </w:r>
      <w:r w:rsidR="00B80945" w:rsidRPr="00793466">
        <w:rPr>
          <w:rFonts w:ascii="Arial" w:hAnsi="Arial" w:cs="Arial"/>
          <w:sz w:val="22"/>
          <w:lang w:val="hr-BA"/>
        </w:rPr>
        <w:t>i</w:t>
      </w:r>
      <w:r w:rsidR="00570D3E" w:rsidRPr="00793466">
        <w:rPr>
          <w:rFonts w:ascii="Arial" w:hAnsi="Arial" w:cs="Arial"/>
          <w:sz w:val="22"/>
          <w:lang w:val="hr-BA"/>
        </w:rPr>
        <w:t>m je b</w:t>
      </w:r>
      <w:r w:rsidR="00B80945" w:rsidRPr="00793466">
        <w:rPr>
          <w:rFonts w:ascii="Arial" w:hAnsi="Arial" w:cs="Arial"/>
          <w:sz w:val="22"/>
          <w:lang w:val="hr-BA"/>
        </w:rPr>
        <w:t>i</w:t>
      </w:r>
      <w:r w:rsidR="00570D3E" w:rsidRPr="00793466">
        <w:rPr>
          <w:rFonts w:ascii="Arial" w:hAnsi="Arial" w:cs="Arial"/>
          <w:sz w:val="22"/>
          <w:lang w:val="hr-BA"/>
        </w:rPr>
        <w:t xml:space="preserve">lo uređeno </w:t>
      </w:r>
      <w:r w:rsidR="00B80945" w:rsidRPr="00793466">
        <w:rPr>
          <w:rFonts w:ascii="Arial" w:hAnsi="Arial" w:cs="Arial"/>
          <w:sz w:val="22"/>
          <w:lang w:val="hr-BA"/>
        </w:rPr>
        <w:t>i</w:t>
      </w:r>
      <w:r w:rsidR="00570D3E" w:rsidRPr="00793466">
        <w:rPr>
          <w:rFonts w:ascii="Arial" w:hAnsi="Arial" w:cs="Arial"/>
          <w:sz w:val="22"/>
          <w:lang w:val="hr-BA"/>
        </w:rPr>
        <w:t>zvještavanje o kred</w:t>
      </w:r>
      <w:r w:rsidR="00B80945" w:rsidRPr="00793466">
        <w:rPr>
          <w:rFonts w:ascii="Arial" w:hAnsi="Arial" w:cs="Arial"/>
          <w:sz w:val="22"/>
          <w:lang w:val="hr-BA"/>
        </w:rPr>
        <w:t>i</w:t>
      </w:r>
      <w:r w:rsidR="00570D3E" w:rsidRPr="00793466">
        <w:rPr>
          <w:rFonts w:ascii="Arial" w:hAnsi="Arial" w:cs="Arial"/>
          <w:sz w:val="22"/>
          <w:lang w:val="hr-BA"/>
        </w:rPr>
        <w:t>tn</w:t>
      </w:r>
      <w:r w:rsidR="00B80945" w:rsidRPr="00793466">
        <w:rPr>
          <w:rFonts w:ascii="Arial" w:hAnsi="Arial" w:cs="Arial"/>
          <w:sz w:val="22"/>
          <w:lang w:val="hr-BA"/>
        </w:rPr>
        <w:t>i</w:t>
      </w:r>
      <w:r w:rsidR="00570D3E" w:rsidRPr="00793466">
        <w:rPr>
          <w:rFonts w:ascii="Arial" w:hAnsi="Arial" w:cs="Arial"/>
          <w:sz w:val="22"/>
          <w:lang w:val="hr-BA"/>
        </w:rPr>
        <w:t>m poslov</w:t>
      </w:r>
      <w:r w:rsidR="00B80945" w:rsidRPr="00793466">
        <w:rPr>
          <w:rFonts w:ascii="Arial" w:hAnsi="Arial" w:cs="Arial"/>
          <w:sz w:val="22"/>
          <w:lang w:val="hr-BA"/>
        </w:rPr>
        <w:t>i</w:t>
      </w:r>
      <w:r w:rsidR="00570D3E" w:rsidRPr="00793466">
        <w:rPr>
          <w:rFonts w:ascii="Arial" w:hAnsi="Arial" w:cs="Arial"/>
          <w:sz w:val="22"/>
          <w:lang w:val="hr-BA"/>
        </w:rPr>
        <w:t xml:space="preserve">ma sa </w:t>
      </w:r>
      <w:r w:rsidR="00B80945" w:rsidRPr="00793466">
        <w:rPr>
          <w:rFonts w:ascii="Arial" w:hAnsi="Arial" w:cs="Arial"/>
          <w:sz w:val="22"/>
          <w:lang w:val="hr-BA"/>
        </w:rPr>
        <w:t>i</w:t>
      </w:r>
      <w:r w:rsidR="00B71E58" w:rsidRPr="00793466">
        <w:rPr>
          <w:rFonts w:ascii="Arial" w:hAnsi="Arial" w:cs="Arial"/>
          <w:sz w:val="22"/>
          <w:lang w:val="hr-BA"/>
        </w:rPr>
        <w:t>nozemstvom</w:t>
      </w:r>
      <w:r w:rsidR="00570D3E" w:rsidRPr="00793466">
        <w:rPr>
          <w:rFonts w:ascii="Arial" w:hAnsi="Arial" w:cs="Arial"/>
          <w:sz w:val="22"/>
          <w:lang w:val="hr-BA"/>
        </w:rPr>
        <w:t>.</w:t>
      </w:r>
      <w:r w:rsidR="00F60C3B" w:rsidRPr="00793466">
        <w:rPr>
          <w:rFonts w:ascii="Arial" w:hAnsi="Arial" w:cs="Arial"/>
          <w:sz w:val="22"/>
          <w:lang w:val="hr-BA"/>
        </w:rPr>
        <w:t xml:space="preserve"> </w:t>
      </w:r>
      <w:r w:rsidR="00570D3E" w:rsidRPr="00793466">
        <w:rPr>
          <w:rFonts w:ascii="Arial" w:hAnsi="Arial" w:cs="Arial"/>
          <w:sz w:val="22"/>
          <w:lang w:val="hr-BA"/>
        </w:rPr>
        <w:t xml:space="preserve">Potvrde </w:t>
      </w:r>
      <w:r w:rsidR="00F60C3B" w:rsidRPr="00793466">
        <w:rPr>
          <w:rFonts w:ascii="Arial" w:hAnsi="Arial" w:cs="Arial"/>
          <w:sz w:val="22"/>
          <w:lang w:val="hr-BA"/>
        </w:rPr>
        <w:t>koje su izdane</w:t>
      </w:r>
      <w:r w:rsidR="00570D3E" w:rsidRPr="00793466">
        <w:rPr>
          <w:rFonts w:ascii="Arial" w:hAnsi="Arial" w:cs="Arial"/>
          <w:sz w:val="22"/>
          <w:lang w:val="hr-BA"/>
        </w:rPr>
        <w:t xml:space="preserve"> pr</w:t>
      </w:r>
      <w:r w:rsidR="00B80945" w:rsidRPr="00793466">
        <w:rPr>
          <w:rFonts w:ascii="Arial" w:hAnsi="Arial" w:cs="Arial"/>
          <w:sz w:val="22"/>
          <w:lang w:val="hr-BA"/>
        </w:rPr>
        <w:t>i</w:t>
      </w:r>
      <w:r w:rsidR="00570D3E" w:rsidRPr="00793466">
        <w:rPr>
          <w:rFonts w:ascii="Arial" w:hAnsi="Arial" w:cs="Arial"/>
          <w:sz w:val="22"/>
          <w:lang w:val="hr-BA"/>
        </w:rPr>
        <w:t>je stupanja na snagu ovog prav</w:t>
      </w:r>
      <w:r w:rsidR="00B80945" w:rsidRPr="00793466">
        <w:rPr>
          <w:rFonts w:ascii="Arial" w:hAnsi="Arial" w:cs="Arial"/>
          <w:sz w:val="22"/>
          <w:lang w:val="hr-BA"/>
        </w:rPr>
        <w:t>i</w:t>
      </w:r>
      <w:r w:rsidR="00570D3E" w:rsidRPr="00793466">
        <w:rPr>
          <w:rFonts w:ascii="Arial" w:hAnsi="Arial" w:cs="Arial"/>
          <w:sz w:val="22"/>
          <w:lang w:val="hr-BA"/>
        </w:rPr>
        <w:t>ln</w:t>
      </w:r>
      <w:r w:rsidR="00B80945" w:rsidRPr="00793466">
        <w:rPr>
          <w:rFonts w:ascii="Arial" w:hAnsi="Arial" w:cs="Arial"/>
          <w:sz w:val="22"/>
          <w:lang w:val="hr-BA"/>
        </w:rPr>
        <w:t>i</w:t>
      </w:r>
      <w:r w:rsidR="00570D3E" w:rsidRPr="00793466">
        <w:rPr>
          <w:rFonts w:ascii="Arial" w:hAnsi="Arial" w:cs="Arial"/>
          <w:sz w:val="22"/>
          <w:lang w:val="hr-BA"/>
        </w:rPr>
        <w:t>ka ostaju u dokumentac</w:t>
      </w:r>
      <w:r w:rsidR="00B80945" w:rsidRPr="00793466">
        <w:rPr>
          <w:rFonts w:ascii="Arial" w:hAnsi="Arial" w:cs="Arial"/>
          <w:sz w:val="22"/>
          <w:lang w:val="hr-BA"/>
        </w:rPr>
        <w:t>i</w:t>
      </w:r>
      <w:r w:rsidR="00570D3E" w:rsidRPr="00793466">
        <w:rPr>
          <w:rFonts w:ascii="Arial" w:hAnsi="Arial" w:cs="Arial"/>
          <w:sz w:val="22"/>
          <w:lang w:val="hr-BA"/>
        </w:rPr>
        <w:t>j</w:t>
      </w:r>
      <w:r w:rsidR="00B80945" w:rsidRPr="00793466">
        <w:rPr>
          <w:rFonts w:ascii="Arial" w:hAnsi="Arial" w:cs="Arial"/>
          <w:sz w:val="22"/>
          <w:lang w:val="hr-BA"/>
        </w:rPr>
        <w:t>i</w:t>
      </w:r>
      <w:r w:rsidR="00570D3E" w:rsidRPr="00793466">
        <w:rPr>
          <w:rFonts w:ascii="Arial" w:hAnsi="Arial" w:cs="Arial"/>
          <w:sz w:val="22"/>
          <w:lang w:val="hr-BA"/>
        </w:rPr>
        <w:t xml:space="preserve"> obvezn</w:t>
      </w:r>
      <w:r w:rsidR="00B80945" w:rsidRPr="00793466">
        <w:rPr>
          <w:rFonts w:ascii="Arial" w:hAnsi="Arial" w:cs="Arial"/>
          <w:sz w:val="22"/>
          <w:lang w:val="hr-BA"/>
        </w:rPr>
        <w:t>i</w:t>
      </w:r>
      <w:r w:rsidR="00570D3E" w:rsidRPr="00793466">
        <w:rPr>
          <w:rFonts w:ascii="Arial" w:hAnsi="Arial" w:cs="Arial"/>
          <w:sz w:val="22"/>
          <w:lang w:val="hr-BA"/>
        </w:rPr>
        <w:t xml:space="preserve">ka </w:t>
      </w:r>
      <w:r w:rsidR="00B80945" w:rsidRPr="00793466">
        <w:rPr>
          <w:rFonts w:ascii="Arial" w:hAnsi="Arial" w:cs="Arial"/>
          <w:sz w:val="22"/>
          <w:lang w:val="hr-BA"/>
        </w:rPr>
        <w:t>i</w:t>
      </w:r>
      <w:r w:rsidR="00570D3E" w:rsidRPr="00793466">
        <w:rPr>
          <w:rFonts w:ascii="Arial" w:hAnsi="Arial" w:cs="Arial"/>
          <w:sz w:val="22"/>
          <w:lang w:val="hr-BA"/>
        </w:rPr>
        <w:t xml:space="preserve">zvještavanja </w:t>
      </w:r>
      <w:r w:rsidR="00B80945" w:rsidRPr="00793466">
        <w:rPr>
          <w:rFonts w:ascii="Arial" w:hAnsi="Arial" w:cs="Arial"/>
          <w:sz w:val="22"/>
          <w:lang w:val="hr-BA"/>
        </w:rPr>
        <w:t>i</w:t>
      </w:r>
      <w:r w:rsidR="00570D3E" w:rsidRPr="00793466">
        <w:rPr>
          <w:rFonts w:ascii="Arial" w:hAnsi="Arial" w:cs="Arial"/>
          <w:sz w:val="22"/>
          <w:lang w:val="hr-BA"/>
        </w:rPr>
        <w:t xml:space="preserve"> mogu se kor</w:t>
      </w:r>
      <w:r w:rsidR="00B80945" w:rsidRPr="00793466">
        <w:rPr>
          <w:rFonts w:ascii="Arial" w:hAnsi="Arial" w:cs="Arial"/>
          <w:sz w:val="22"/>
          <w:lang w:val="hr-BA"/>
        </w:rPr>
        <w:t>i</w:t>
      </w:r>
      <w:r w:rsidR="00570D3E" w:rsidRPr="00793466">
        <w:rPr>
          <w:rFonts w:ascii="Arial" w:hAnsi="Arial" w:cs="Arial"/>
          <w:sz w:val="22"/>
          <w:lang w:val="hr-BA"/>
        </w:rPr>
        <w:t>st</w:t>
      </w:r>
      <w:r w:rsidR="00B80945" w:rsidRPr="00793466">
        <w:rPr>
          <w:rFonts w:ascii="Arial" w:hAnsi="Arial" w:cs="Arial"/>
          <w:sz w:val="22"/>
          <w:lang w:val="hr-BA"/>
        </w:rPr>
        <w:t>i</w:t>
      </w:r>
      <w:r w:rsidR="00570D3E" w:rsidRPr="00793466">
        <w:rPr>
          <w:rFonts w:ascii="Arial" w:hAnsi="Arial" w:cs="Arial"/>
          <w:sz w:val="22"/>
          <w:lang w:val="hr-BA"/>
        </w:rPr>
        <w:t>t</w:t>
      </w:r>
      <w:r w:rsidR="00B80945" w:rsidRPr="00793466">
        <w:rPr>
          <w:rFonts w:ascii="Arial" w:hAnsi="Arial" w:cs="Arial"/>
          <w:sz w:val="22"/>
          <w:lang w:val="hr-BA"/>
        </w:rPr>
        <w:t>i</w:t>
      </w:r>
      <w:r w:rsidR="00570D3E" w:rsidRPr="00793466">
        <w:rPr>
          <w:rFonts w:ascii="Arial" w:hAnsi="Arial" w:cs="Arial"/>
          <w:sz w:val="22"/>
          <w:lang w:val="hr-BA"/>
        </w:rPr>
        <w:t xml:space="preserve"> kao dokaz o ran</w:t>
      </w:r>
      <w:r w:rsidR="00B80945" w:rsidRPr="00793466">
        <w:rPr>
          <w:rFonts w:ascii="Arial" w:hAnsi="Arial" w:cs="Arial"/>
          <w:sz w:val="22"/>
          <w:lang w:val="hr-BA"/>
        </w:rPr>
        <w:t>i</w:t>
      </w:r>
      <w:r w:rsidR="00570D3E" w:rsidRPr="00793466">
        <w:rPr>
          <w:rFonts w:ascii="Arial" w:hAnsi="Arial" w:cs="Arial"/>
          <w:sz w:val="22"/>
          <w:lang w:val="hr-BA"/>
        </w:rPr>
        <w:t xml:space="preserve">je </w:t>
      </w:r>
      <w:r w:rsidR="00B80945" w:rsidRPr="00793466">
        <w:rPr>
          <w:rFonts w:ascii="Arial" w:hAnsi="Arial" w:cs="Arial"/>
          <w:sz w:val="22"/>
          <w:lang w:val="hr-BA"/>
        </w:rPr>
        <w:t>i</w:t>
      </w:r>
      <w:r w:rsidR="00570D3E" w:rsidRPr="00793466">
        <w:rPr>
          <w:rFonts w:ascii="Arial" w:hAnsi="Arial" w:cs="Arial"/>
          <w:sz w:val="22"/>
          <w:lang w:val="hr-BA"/>
        </w:rPr>
        <w:t>zvršenom ev</w:t>
      </w:r>
      <w:r w:rsidR="00B80945" w:rsidRPr="00793466">
        <w:rPr>
          <w:rFonts w:ascii="Arial" w:hAnsi="Arial" w:cs="Arial"/>
          <w:sz w:val="22"/>
          <w:lang w:val="hr-BA"/>
        </w:rPr>
        <w:t>i</w:t>
      </w:r>
      <w:r w:rsidR="00570D3E" w:rsidRPr="00793466">
        <w:rPr>
          <w:rFonts w:ascii="Arial" w:hAnsi="Arial" w:cs="Arial"/>
          <w:sz w:val="22"/>
          <w:lang w:val="hr-BA"/>
        </w:rPr>
        <w:t>dent</w:t>
      </w:r>
      <w:r w:rsidR="00B80945" w:rsidRPr="00793466">
        <w:rPr>
          <w:rFonts w:ascii="Arial" w:hAnsi="Arial" w:cs="Arial"/>
          <w:sz w:val="22"/>
          <w:lang w:val="hr-BA"/>
        </w:rPr>
        <w:t>i</w:t>
      </w:r>
      <w:r w:rsidR="00570D3E" w:rsidRPr="00793466">
        <w:rPr>
          <w:rFonts w:ascii="Arial" w:hAnsi="Arial" w:cs="Arial"/>
          <w:sz w:val="22"/>
          <w:lang w:val="hr-BA"/>
        </w:rPr>
        <w:t>ranju.</w:t>
      </w:r>
    </w:p>
    <w:p w14:paraId="756E8A62" w14:textId="30AF5E9C" w:rsidR="00E337E0" w:rsidRPr="002D471C" w:rsidRDefault="002E3306" w:rsidP="00793466">
      <w:pPr>
        <w:ind w:left="0"/>
        <w:rPr>
          <w:rFonts w:ascii="Arial" w:hAnsi="Arial" w:cs="Arial"/>
          <w:sz w:val="22"/>
          <w:lang w:val="hr-BA"/>
        </w:rPr>
      </w:pPr>
      <w:r w:rsidRPr="002D471C">
        <w:rPr>
          <w:rFonts w:ascii="Arial" w:hAnsi="Arial" w:cs="Arial"/>
          <w:sz w:val="22"/>
          <w:lang w:val="hr-BA"/>
        </w:rPr>
        <w:t xml:space="preserve">(6) </w:t>
      </w:r>
      <w:r w:rsidR="00E337E0" w:rsidRPr="002D471C">
        <w:rPr>
          <w:rFonts w:ascii="Arial" w:hAnsi="Arial" w:cs="Arial"/>
          <w:sz w:val="22"/>
          <w:lang w:val="hr-BA"/>
        </w:rPr>
        <w:t>Odredbe ovog Pravilnika ne predstavljaju osnovu za naknadnu dostavu podataka ili prijavu kreditnih poslova za koje je obveza prijavljivanja nastala prije stupanja na snagu ovog Pravilnika</w:t>
      </w:r>
      <w:r w:rsidR="004D3797" w:rsidRPr="002D471C">
        <w:rPr>
          <w:rFonts w:ascii="Arial" w:hAnsi="Arial" w:cs="Arial"/>
          <w:sz w:val="22"/>
          <w:lang w:val="hr-BA"/>
        </w:rPr>
        <w:t>, odnosno za koje ne postoji evidencija u Ministarstvu.</w:t>
      </w:r>
    </w:p>
    <w:p w14:paraId="73382275" w14:textId="77777777" w:rsidR="009216F8" w:rsidRDefault="009216F8" w:rsidP="000329F1">
      <w:pPr>
        <w:ind w:left="0"/>
        <w:rPr>
          <w:rFonts w:ascii="Arial" w:hAnsi="Arial" w:cs="Arial"/>
          <w:b/>
          <w:sz w:val="22"/>
          <w:lang w:val="hr-BA"/>
        </w:rPr>
      </w:pPr>
    </w:p>
    <w:p w14:paraId="14E90E46" w14:textId="2C9D4C05" w:rsidR="000E71EC" w:rsidRPr="002D471C" w:rsidRDefault="00570D3E" w:rsidP="004D3797">
      <w:pPr>
        <w:spacing w:before="0" w:after="0"/>
        <w:ind w:left="0"/>
        <w:jc w:val="center"/>
        <w:rPr>
          <w:rFonts w:ascii="Arial" w:hAnsi="Arial" w:cs="Arial"/>
          <w:b/>
          <w:sz w:val="22"/>
          <w:lang w:val="hr-BA"/>
        </w:rPr>
      </w:pPr>
      <w:r w:rsidRPr="002D471C">
        <w:rPr>
          <w:rFonts w:ascii="Arial" w:hAnsi="Arial" w:cs="Arial"/>
          <w:b/>
          <w:sz w:val="22"/>
          <w:lang w:val="hr-BA"/>
        </w:rPr>
        <w:t>Član</w:t>
      </w:r>
      <w:r w:rsidR="004D3797" w:rsidRPr="002D471C">
        <w:rPr>
          <w:rFonts w:ascii="Arial" w:hAnsi="Arial" w:cs="Arial"/>
          <w:b/>
          <w:sz w:val="22"/>
          <w:lang w:val="hr-BA"/>
        </w:rPr>
        <w:t>ak</w:t>
      </w:r>
      <w:r w:rsidRPr="002D471C">
        <w:rPr>
          <w:rFonts w:ascii="Arial" w:hAnsi="Arial" w:cs="Arial"/>
          <w:b/>
          <w:sz w:val="22"/>
          <w:lang w:val="hr-BA"/>
        </w:rPr>
        <w:t xml:space="preserve"> </w:t>
      </w:r>
      <w:r w:rsidR="009216F8" w:rsidRPr="002D471C">
        <w:rPr>
          <w:rFonts w:ascii="Arial" w:hAnsi="Arial" w:cs="Arial"/>
          <w:b/>
          <w:sz w:val="22"/>
          <w:lang w:val="hr-BA"/>
        </w:rPr>
        <w:t>1</w:t>
      </w:r>
      <w:r w:rsidR="004D3797" w:rsidRPr="002D471C">
        <w:rPr>
          <w:rFonts w:ascii="Arial" w:hAnsi="Arial" w:cs="Arial"/>
          <w:b/>
          <w:sz w:val="22"/>
          <w:lang w:val="hr-BA"/>
        </w:rPr>
        <w:t>4</w:t>
      </w:r>
      <w:r w:rsidRPr="002D471C">
        <w:rPr>
          <w:rFonts w:ascii="Arial" w:hAnsi="Arial" w:cs="Arial"/>
          <w:b/>
          <w:sz w:val="22"/>
          <w:lang w:val="hr-BA"/>
        </w:rPr>
        <w:t>.</w:t>
      </w:r>
    </w:p>
    <w:p w14:paraId="297A349C" w14:textId="4520EF67" w:rsidR="004D3797" w:rsidRPr="002D471C" w:rsidRDefault="004D3797" w:rsidP="004D3797">
      <w:pPr>
        <w:spacing w:before="0" w:after="0"/>
        <w:ind w:left="0"/>
        <w:jc w:val="center"/>
        <w:rPr>
          <w:rFonts w:ascii="Arial" w:hAnsi="Arial" w:cs="Arial"/>
          <w:b/>
          <w:sz w:val="22"/>
          <w:lang w:val="hr-BA"/>
        </w:rPr>
      </w:pPr>
      <w:r w:rsidRPr="002D471C">
        <w:rPr>
          <w:rFonts w:ascii="Arial" w:hAnsi="Arial" w:cs="Arial"/>
          <w:b/>
          <w:sz w:val="22"/>
          <w:lang w:val="hr-BA"/>
        </w:rPr>
        <w:t>(Prestanak važenja)</w:t>
      </w:r>
    </w:p>
    <w:p w14:paraId="750089B2" w14:textId="77777777" w:rsidR="004D3797" w:rsidRPr="002D471C" w:rsidRDefault="004D3797" w:rsidP="004D3797">
      <w:pPr>
        <w:ind w:left="0"/>
        <w:jc w:val="center"/>
        <w:rPr>
          <w:rFonts w:ascii="Arial" w:hAnsi="Arial" w:cs="Arial"/>
          <w:sz w:val="22"/>
          <w:lang w:val="hr-BA"/>
        </w:rPr>
      </w:pPr>
    </w:p>
    <w:p w14:paraId="51FC6DB5" w14:textId="0EB1BA51" w:rsidR="000E71EC" w:rsidRPr="002D471C" w:rsidRDefault="00570D3E" w:rsidP="00173D56">
      <w:pPr>
        <w:ind w:left="0"/>
        <w:rPr>
          <w:rFonts w:ascii="Arial" w:hAnsi="Arial" w:cs="Arial"/>
          <w:sz w:val="22"/>
          <w:lang w:val="hr-BA"/>
        </w:rPr>
      </w:pPr>
      <w:r w:rsidRPr="002D471C">
        <w:rPr>
          <w:rFonts w:ascii="Arial" w:hAnsi="Arial" w:cs="Arial"/>
          <w:sz w:val="22"/>
          <w:lang w:val="hr-BA"/>
        </w:rPr>
        <w:t>Danom stupanja na snagu ovog prav</w:t>
      </w:r>
      <w:r w:rsidR="00B80945" w:rsidRPr="002D471C">
        <w:rPr>
          <w:rFonts w:ascii="Arial" w:hAnsi="Arial" w:cs="Arial"/>
          <w:sz w:val="22"/>
          <w:lang w:val="hr-BA"/>
        </w:rPr>
        <w:t>i</w:t>
      </w:r>
      <w:r w:rsidRPr="002D471C">
        <w:rPr>
          <w:rFonts w:ascii="Arial" w:hAnsi="Arial" w:cs="Arial"/>
          <w:sz w:val="22"/>
          <w:lang w:val="hr-BA"/>
        </w:rPr>
        <w:t>ln</w:t>
      </w:r>
      <w:r w:rsidR="00B80945" w:rsidRPr="002D471C">
        <w:rPr>
          <w:rFonts w:ascii="Arial" w:hAnsi="Arial" w:cs="Arial"/>
          <w:sz w:val="22"/>
          <w:lang w:val="hr-BA"/>
        </w:rPr>
        <w:t>i</w:t>
      </w:r>
      <w:r w:rsidRPr="002D471C">
        <w:rPr>
          <w:rFonts w:ascii="Arial" w:hAnsi="Arial" w:cs="Arial"/>
          <w:sz w:val="22"/>
          <w:lang w:val="hr-BA"/>
        </w:rPr>
        <w:t>ka prestaje da važ</w:t>
      </w:r>
      <w:r w:rsidR="00B80945" w:rsidRPr="002D471C">
        <w:rPr>
          <w:rFonts w:ascii="Arial" w:hAnsi="Arial" w:cs="Arial"/>
          <w:sz w:val="22"/>
          <w:lang w:val="hr-BA"/>
        </w:rPr>
        <w:t>i</w:t>
      </w:r>
      <w:r w:rsidRPr="002D471C">
        <w:rPr>
          <w:rFonts w:ascii="Arial" w:hAnsi="Arial" w:cs="Arial"/>
          <w:sz w:val="22"/>
          <w:lang w:val="hr-BA"/>
        </w:rPr>
        <w:t xml:space="preserve"> Prav</w:t>
      </w:r>
      <w:r w:rsidR="00B80945" w:rsidRPr="002D471C">
        <w:rPr>
          <w:rFonts w:ascii="Arial" w:hAnsi="Arial" w:cs="Arial"/>
          <w:sz w:val="22"/>
          <w:lang w:val="hr-BA"/>
        </w:rPr>
        <w:t>i</w:t>
      </w:r>
      <w:r w:rsidRPr="002D471C">
        <w:rPr>
          <w:rFonts w:ascii="Arial" w:hAnsi="Arial" w:cs="Arial"/>
          <w:sz w:val="22"/>
          <w:lang w:val="hr-BA"/>
        </w:rPr>
        <w:t>ln</w:t>
      </w:r>
      <w:r w:rsidR="00B80945" w:rsidRPr="002D471C">
        <w:rPr>
          <w:rFonts w:ascii="Arial" w:hAnsi="Arial" w:cs="Arial"/>
          <w:sz w:val="22"/>
          <w:lang w:val="hr-BA"/>
        </w:rPr>
        <w:t>i</w:t>
      </w:r>
      <w:r w:rsidRPr="002D471C">
        <w:rPr>
          <w:rFonts w:ascii="Arial" w:hAnsi="Arial" w:cs="Arial"/>
          <w:sz w:val="22"/>
          <w:lang w:val="hr-BA"/>
        </w:rPr>
        <w:t>k o nač</w:t>
      </w:r>
      <w:r w:rsidR="00B80945" w:rsidRPr="002D471C">
        <w:rPr>
          <w:rFonts w:ascii="Arial" w:hAnsi="Arial" w:cs="Arial"/>
          <w:sz w:val="22"/>
          <w:lang w:val="hr-BA"/>
        </w:rPr>
        <w:t>i</w:t>
      </w:r>
      <w:r w:rsidRPr="002D471C">
        <w:rPr>
          <w:rFonts w:ascii="Arial" w:hAnsi="Arial" w:cs="Arial"/>
          <w:sz w:val="22"/>
          <w:lang w:val="hr-BA"/>
        </w:rPr>
        <w:t>nu, rokov</w:t>
      </w:r>
      <w:r w:rsidR="00B80945" w:rsidRPr="002D471C">
        <w:rPr>
          <w:rFonts w:ascii="Arial" w:hAnsi="Arial" w:cs="Arial"/>
          <w:sz w:val="22"/>
          <w:lang w:val="hr-BA"/>
        </w:rPr>
        <w:t>i</w:t>
      </w:r>
      <w:r w:rsidRPr="002D471C">
        <w:rPr>
          <w:rFonts w:ascii="Arial" w:hAnsi="Arial" w:cs="Arial"/>
          <w:sz w:val="22"/>
          <w:lang w:val="hr-BA"/>
        </w:rPr>
        <w:t xml:space="preserve">ma </w:t>
      </w:r>
      <w:r w:rsidR="00B80945" w:rsidRPr="002D471C">
        <w:rPr>
          <w:rFonts w:ascii="Arial" w:hAnsi="Arial" w:cs="Arial"/>
          <w:sz w:val="22"/>
          <w:lang w:val="hr-BA"/>
        </w:rPr>
        <w:t>i</w:t>
      </w:r>
      <w:r w:rsidRPr="002D471C">
        <w:rPr>
          <w:rFonts w:ascii="Arial" w:hAnsi="Arial" w:cs="Arial"/>
          <w:sz w:val="22"/>
          <w:lang w:val="hr-BA"/>
        </w:rPr>
        <w:t xml:space="preserve"> obrasc</w:t>
      </w:r>
      <w:r w:rsidR="00B80945" w:rsidRPr="002D471C">
        <w:rPr>
          <w:rFonts w:ascii="Arial" w:hAnsi="Arial" w:cs="Arial"/>
          <w:sz w:val="22"/>
          <w:lang w:val="hr-BA"/>
        </w:rPr>
        <w:t>i</w:t>
      </w:r>
      <w:r w:rsidRPr="002D471C">
        <w:rPr>
          <w:rFonts w:ascii="Arial" w:hAnsi="Arial" w:cs="Arial"/>
          <w:sz w:val="22"/>
          <w:lang w:val="hr-BA"/>
        </w:rPr>
        <w:t xml:space="preserve">ma </w:t>
      </w:r>
      <w:r w:rsidR="00B80945" w:rsidRPr="002D471C">
        <w:rPr>
          <w:rFonts w:ascii="Arial" w:hAnsi="Arial" w:cs="Arial"/>
          <w:sz w:val="22"/>
          <w:lang w:val="hr-BA"/>
        </w:rPr>
        <w:t>i</w:t>
      </w:r>
      <w:r w:rsidRPr="002D471C">
        <w:rPr>
          <w:rFonts w:ascii="Arial" w:hAnsi="Arial" w:cs="Arial"/>
          <w:sz w:val="22"/>
          <w:lang w:val="hr-BA"/>
        </w:rPr>
        <w:t>zvještavanja o kred</w:t>
      </w:r>
      <w:r w:rsidR="00B80945" w:rsidRPr="002D471C">
        <w:rPr>
          <w:rFonts w:ascii="Arial" w:hAnsi="Arial" w:cs="Arial"/>
          <w:sz w:val="22"/>
          <w:lang w:val="hr-BA"/>
        </w:rPr>
        <w:t>i</w:t>
      </w:r>
      <w:r w:rsidRPr="002D471C">
        <w:rPr>
          <w:rFonts w:ascii="Arial" w:hAnsi="Arial" w:cs="Arial"/>
          <w:sz w:val="22"/>
          <w:lang w:val="hr-BA"/>
        </w:rPr>
        <w:t>tn</w:t>
      </w:r>
      <w:r w:rsidR="00B80945" w:rsidRPr="002D471C">
        <w:rPr>
          <w:rFonts w:ascii="Arial" w:hAnsi="Arial" w:cs="Arial"/>
          <w:sz w:val="22"/>
          <w:lang w:val="hr-BA"/>
        </w:rPr>
        <w:t>i</w:t>
      </w:r>
      <w:r w:rsidRPr="002D471C">
        <w:rPr>
          <w:rFonts w:ascii="Arial" w:hAnsi="Arial" w:cs="Arial"/>
          <w:sz w:val="22"/>
          <w:lang w:val="hr-BA"/>
        </w:rPr>
        <w:t>m poslov</w:t>
      </w:r>
      <w:r w:rsidR="00B80945" w:rsidRPr="002D471C">
        <w:rPr>
          <w:rFonts w:ascii="Arial" w:hAnsi="Arial" w:cs="Arial"/>
          <w:sz w:val="22"/>
          <w:lang w:val="hr-BA"/>
        </w:rPr>
        <w:t>i</w:t>
      </w:r>
      <w:r w:rsidRPr="002D471C">
        <w:rPr>
          <w:rFonts w:ascii="Arial" w:hAnsi="Arial" w:cs="Arial"/>
          <w:sz w:val="22"/>
          <w:lang w:val="hr-BA"/>
        </w:rPr>
        <w:t xml:space="preserve">ma sa </w:t>
      </w:r>
      <w:r w:rsidR="00B80945" w:rsidRPr="002D471C">
        <w:rPr>
          <w:rFonts w:ascii="Arial" w:hAnsi="Arial" w:cs="Arial"/>
          <w:sz w:val="22"/>
          <w:lang w:val="hr-BA"/>
        </w:rPr>
        <w:t>i</w:t>
      </w:r>
      <w:r w:rsidR="00B71E58" w:rsidRPr="002D471C">
        <w:rPr>
          <w:rFonts w:ascii="Arial" w:hAnsi="Arial" w:cs="Arial"/>
          <w:sz w:val="22"/>
          <w:lang w:val="hr-BA"/>
        </w:rPr>
        <w:t>nozemstvom</w:t>
      </w:r>
      <w:r w:rsidRPr="002D471C">
        <w:rPr>
          <w:rFonts w:ascii="Arial" w:hAnsi="Arial" w:cs="Arial"/>
          <w:sz w:val="22"/>
          <w:lang w:val="hr-BA"/>
        </w:rPr>
        <w:t xml:space="preserve"> („Službene nov</w:t>
      </w:r>
      <w:r w:rsidR="00B80945" w:rsidRPr="002D471C">
        <w:rPr>
          <w:rFonts w:ascii="Arial" w:hAnsi="Arial" w:cs="Arial"/>
          <w:sz w:val="22"/>
          <w:lang w:val="hr-BA"/>
        </w:rPr>
        <w:t>i</w:t>
      </w:r>
      <w:r w:rsidRPr="002D471C">
        <w:rPr>
          <w:rFonts w:ascii="Arial" w:hAnsi="Arial" w:cs="Arial"/>
          <w:sz w:val="22"/>
          <w:lang w:val="hr-BA"/>
        </w:rPr>
        <w:t>ne Federac</w:t>
      </w:r>
      <w:r w:rsidR="00B80945" w:rsidRPr="002D471C">
        <w:rPr>
          <w:rFonts w:ascii="Arial" w:hAnsi="Arial" w:cs="Arial"/>
          <w:sz w:val="22"/>
          <w:lang w:val="hr-BA"/>
        </w:rPr>
        <w:t>i</w:t>
      </w:r>
      <w:r w:rsidRPr="002D471C">
        <w:rPr>
          <w:rFonts w:ascii="Arial" w:hAnsi="Arial" w:cs="Arial"/>
          <w:sz w:val="22"/>
          <w:lang w:val="hr-BA"/>
        </w:rPr>
        <w:t>je B</w:t>
      </w:r>
      <w:r w:rsidR="00B80945" w:rsidRPr="002D471C">
        <w:rPr>
          <w:rFonts w:ascii="Arial" w:hAnsi="Arial" w:cs="Arial"/>
          <w:sz w:val="22"/>
          <w:lang w:val="hr-BA"/>
        </w:rPr>
        <w:t>i</w:t>
      </w:r>
      <w:r w:rsidRPr="002D471C">
        <w:rPr>
          <w:rFonts w:ascii="Arial" w:hAnsi="Arial" w:cs="Arial"/>
          <w:sz w:val="22"/>
          <w:lang w:val="hr-BA"/>
        </w:rPr>
        <w:t xml:space="preserve">H“, br. 79/10, 47/20 </w:t>
      </w:r>
      <w:r w:rsidR="00B80945" w:rsidRPr="002D471C">
        <w:rPr>
          <w:rFonts w:ascii="Arial" w:hAnsi="Arial" w:cs="Arial"/>
          <w:sz w:val="22"/>
          <w:lang w:val="hr-BA"/>
        </w:rPr>
        <w:t>i</w:t>
      </w:r>
      <w:r w:rsidRPr="002D471C">
        <w:rPr>
          <w:rFonts w:ascii="Arial" w:hAnsi="Arial" w:cs="Arial"/>
          <w:sz w:val="22"/>
          <w:lang w:val="hr-BA"/>
        </w:rPr>
        <w:t xml:space="preserve"> 82/21).</w:t>
      </w:r>
    </w:p>
    <w:p w14:paraId="003634CD" w14:textId="77777777" w:rsidR="009216F8" w:rsidRPr="002D471C" w:rsidRDefault="009216F8" w:rsidP="00173D56">
      <w:pPr>
        <w:ind w:left="0"/>
        <w:jc w:val="center"/>
        <w:rPr>
          <w:rFonts w:ascii="Arial" w:hAnsi="Arial" w:cs="Arial"/>
          <w:b/>
          <w:sz w:val="22"/>
          <w:lang w:val="hr-BA"/>
        </w:rPr>
      </w:pPr>
    </w:p>
    <w:p w14:paraId="5C09A639" w14:textId="709692FE" w:rsidR="000E71EC" w:rsidRPr="002D471C" w:rsidRDefault="00570D3E" w:rsidP="004D3797">
      <w:pPr>
        <w:spacing w:before="0" w:after="0"/>
        <w:ind w:left="0"/>
        <w:jc w:val="center"/>
        <w:rPr>
          <w:rFonts w:ascii="Arial" w:hAnsi="Arial" w:cs="Arial"/>
          <w:b/>
          <w:sz w:val="22"/>
          <w:lang w:val="hr-BA"/>
        </w:rPr>
      </w:pPr>
      <w:r w:rsidRPr="002D471C">
        <w:rPr>
          <w:rFonts w:ascii="Arial" w:hAnsi="Arial" w:cs="Arial"/>
          <w:b/>
          <w:sz w:val="22"/>
          <w:lang w:val="hr-BA"/>
        </w:rPr>
        <w:t>Član</w:t>
      </w:r>
      <w:r w:rsidR="004D3797" w:rsidRPr="002D471C">
        <w:rPr>
          <w:rFonts w:ascii="Arial" w:hAnsi="Arial" w:cs="Arial"/>
          <w:b/>
          <w:sz w:val="22"/>
          <w:lang w:val="hr-BA"/>
        </w:rPr>
        <w:t>ak</w:t>
      </w:r>
      <w:r w:rsidRPr="002D471C">
        <w:rPr>
          <w:rFonts w:ascii="Arial" w:hAnsi="Arial" w:cs="Arial"/>
          <w:b/>
          <w:sz w:val="22"/>
          <w:lang w:val="hr-BA"/>
        </w:rPr>
        <w:t xml:space="preserve"> </w:t>
      </w:r>
      <w:r w:rsidR="009216F8" w:rsidRPr="002D471C">
        <w:rPr>
          <w:rFonts w:ascii="Arial" w:hAnsi="Arial" w:cs="Arial"/>
          <w:b/>
          <w:sz w:val="22"/>
          <w:lang w:val="hr-BA"/>
        </w:rPr>
        <w:t>1</w:t>
      </w:r>
      <w:r w:rsidR="004D3797" w:rsidRPr="002D471C">
        <w:rPr>
          <w:rFonts w:ascii="Arial" w:hAnsi="Arial" w:cs="Arial"/>
          <w:b/>
          <w:sz w:val="22"/>
          <w:lang w:val="hr-BA"/>
        </w:rPr>
        <w:t>5</w:t>
      </w:r>
      <w:r w:rsidRPr="002D471C">
        <w:rPr>
          <w:rFonts w:ascii="Arial" w:hAnsi="Arial" w:cs="Arial"/>
          <w:b/>
          <w:sz w:val="22"/>
          <w:lang w:val="hr-BA"/>
        </w:rPr>
        <w:t>.</w:t>
      </w:r>
    </w:p>
    <w:p w14:paraId="5B9215AE" w14:textId="7ABEA03E" w:rsidR="004D3797" w:rsidRDefault="004D3797" w:rsidP="004D3797">
      <w:pPr>
        <w:spacing w:before="0" w:after="0"/>
        <w:ind w:left="0"/>
        <w:jc w:val="center"/>
        <w:rPr>
          <w:rFonts w:ascii="Arial" w:hAnsi="Arial" w:cs="Arial"/>
          <w:b/>
          <w:sz w:val="22"/>
          <w:lang w:val="hr-BA"/>
        </w:rPr>
      </w:pPr>
      <w:r w:rsidRPr="002D471C">
        <w:rPr>
          <w:rFonts w:ascii="Arial" w:hAnsi="Arial" w:cs="Arial"/>
          <w:b/>
          <w:sz w:val="22"/>
          <w:lang w:val="hr-BA"/>
        </w:rPr>
        <w:t>(Stupanje na snagu)</w:t>
      </w:r>
    </w:p>
    <w:p w14:paraId="7E1668D9" w14:textId="77777777" w:rsidR="004D3797" w:rsidRPr="004D3797" w:rsidRDefault="004D3797" w:rsidP="004D3797">
      <w:pPr>
        <w:spacing w:before="0" w:after="0"/>
        <w:ind w:left="0"/>
        <w:jc w:val="center"/>
        <w:rPr>
          <w:rFonts w:ascii="Arial" w:hAnsi="Arial" w:cs="Arial"/>
          <w:b/>
          <w:sz w:val="22"/>
          <w:lang w:val="hr-BA"/>
        </w:rPr>
      </w:pPr>
    </w:p>
    <w:p w14:paraId="5E0B3D92" w14:textId="052575FE" w:rsidR="000E71EC" w:rsidRPr="00F60C3B" w:rsidRDefault="00570D3E" w:rsidP="00173D56">
      <w:pPr>
        <w:ind w:left="0"/>
        <w:rPr>
          <w:rFonts w:ascii="Arial" w:hAnsi="Arial" w:cs="Arial"/>
          <w:sz w:val="22"/>
          <w:lang w:val="hr-BA"/>
        </w:rPr>
      </w:pPr>
      <w:r w:rsidRPr="00F60C3B">
        <w:rPr>
          <w:rFonts w:ascii="Arial" w:hAnsi="Arial" w:cs="Arial"/>
          <w:sz w:val="22"/>
          <w:lang w:val="hr-BA"/>
        </w:rPr>
        <w:t xml:space="preserve">Ovaj </w:t>
      </w:r>
      <w:r w:rsidR="004D3797">
        <w:rPr>
          <w:rFonts w:ascii="Arial" w:hAnsi="Arial" w:cs="Arial"/>
          <w:sz w:val="22"/>
          <w:lang w:val="hr-BA"/>
        </w:rPr>
        <w:t>P</w:t>
      </w:r>
      <w:r w:rsidRPr="00F60C3B">
        <w:rPr>
          <w:rFonts w:ascii="Arial" w:hAnsi="Arial" w:cs="Arial"/>
          <w:sz w:val="22"/>
          <w:lang w:val="hr-BA"/>
        </w:rPr>
        <w:t>rav</w:t>
      </w:r>
      <w:r w:rsidR="00B80945" w:rsidRPr="00F60C3B">
        <w:rPr>
          <w:rFonts w:ascii="Arial" w:hAnsi="Arial" w:cs="Arial"/>
          <w:sz w:val="22"/>
          <w:lang w:val="hr-BA"/>
        </w:rPr>
        <w:t>i</w:t>
      </w:r>
      <w:r w:rsidRPr="00F60C3B">
        <w:rPr>
          <w:rFonts w:ascii="Arial" w:hAnsi="Arial" w:cs="Arial"/>
          <w:sz w:val="22"/>
          <w:lang w:val="hr-BA"/>
        </w:rPr>
        <w:t>ln</w:t>
      </w:r>
      <w:r w:rsidR="00B80945" w:rsidRPr="00F60C3B">
        <w:rPr>
          <w:rFonts w:ascii="Arial" w:hAnsi="Arial" w:cs="Arial"/>
          <w:sz w:val="22"/>
          <w:lang w:val="hr-BA"/>
        </w:rPr>
        <w:t>i</w:t>
      </w:r>
      <w:r w:rsidRPr="00F60C3B">
        <w:rPr>
          <w:rFonts w:ascii="Arial" w:hAnsi="Arial" w:cs="Arial"/>
          <w:sz w:val="22"/>
          <w:lang w:val="hr-BA"/>
        </w:rPr>
        <w:t>k stupa na snagu osmog dana od dana objavlj</w:t>
      </w:r>
      <w:r w:rsidR="00B80945" w:rsidRPr="00F60C3B">
        <w:rPr>
          <w:rFonts w:ascii="Arial" w:hAnsi="Arial" w:cs="Arial"/>
          <w:sz w:val="22"/>
          <w:lang w:val="hr-BA"/>
        </w:rPr>
        <w:t>i</w:t>
      </w:r>
      <w:r w:rsidRPr="00F60C3B">
        <w:rPr>
          <w:rFonts w:ascii="Arial" w:hAnsi="Arial" w:cs="Arial"/>
          <w:sz w:val="22"/>
          <w:lang w:val="hr-BA"/>
        </w:rPr>
        <w:t>vanja u „Služben</w:t>
      </w:r>
      <w:r w:rsidR="00B80945" w:rsidRPr="00F60C3B">
        <w:rPr>
          <w:rFonts w:ascii="Arial" w:hAnsi="Arial" w:cs="Arial"/>
          <w:sz w:val="22"/>
          <w:lang w:val="hr-BA"/>
        </w:rPr>
        <w:t>i</w:t>
      </w:r>
      <w:r w:rsidRPr="00F60C3B">
        <w:rPr>
          <w:rFonts w:ascii="Arial" w:hAnsi="Arial" w:cs="Arial"/>
          <w:sz w:val="22"/>
          <w:lang w:val="hr-BA"/>
        </w:rPr>
        <w:t>m nov</w:t>
      </w:r>
      <w:r w:rsidR="00B80945" w:rsidRPr="00F60C3B">
        <w:rPr>
          <w:rFonts w:ascii="Arial" w:hAnsi="Arial" w:cs="Arial"/>
          <w:sz w:val="22"/>
          <w:lang w:val="hr-BA"/>
        </w:rPr>
        <w:t>i</w:t>
      </w:r>
      <w:r w:rsidRPr="00F60C3B">
        <w:rPr>
          <w:rFonts w:ascii="Arial" w:hAnsi="Arial" w:cs="Arial"/>
          <w:sz w:val="22"/>
          <w:lang w:val="hr-BA"/>
        </w:rPr>
        <w:t>nama Federac</w:t>
      </w:r>
      <w:r w:rsidR="00B80945" w:rsidRPr="00F60C3B">
        <w:rPr>
          <w:rFonts w:ascii="Arial" w:hAnsi="Arial" w:cs="Arial"/>
          <w:sz w:val="22"/>
          <w:lang w:val="hr-BA"/>
        </w:rPr>
        <w:t>i</w:t>
      </w:r>
      <w:r w:rsidRPr="00F60C3B">
        <w:rPr>
          <w:rFonts w:ascii="Arial" w:hAnsi="Arial" w:cs="Arial"/>
          <w:sz w:val="22"/>
          <w:lang w:val="hr-BA"/>
        </w:rPr>
        <w:t>je B</w:t>
      </w:r>
      <w:r w:rsidR="00B80945" w:rsidRPr="00F60C3B">
        <w:rPr>
          <w:rFonts w:ascii="Arial" w:hAnsi="Arial" w:cs="Arial"/>
          <w:sz w:val="22"/>
          <w:lang w:val="hr-BA"/>
        </w:rPr>
        <w:t>i</w:t>
      </w:r>
      <w:r w:rsidRPr="00F60C3B">
        <w:rPr>
          <w:rFonts w:ascii="Arial" w:hAnsi="Arial" w:cs="Arial"/>
          <w:sz w:val="22"/>
          <w:lang w:val="hr-BA"/>
        </w:rPr>
        <w:t>H</w:t>
      </w:r>
      <w:r w:rsidRPr="000329F1">
        <w:rPr>
          <w:rFonts w:ascii="Arial" w:hAnsi="Arial" w:cs="Arial"/>
          <w:sz w:val="22"/>
          <w:lang w:val="hr-BA"/>
        </w:rPr>
        <w:t>“</w:t>
      </w:r>
      <w:r w:rsidR="007F7381" w:rsidRPr="000329F1">
        <w:rPr>
          <w:rFonts w:ascii="Arial" w:hAnsi="Arial" w:cs="Arial"/>
          <w:sz w:val="22"/>
          <w:lang w:val="hr-BA"/>
        </w:rPr>
        <w:t xml:space="preserve">, a primjenjuje se od </w:t>
      </w:r>
      <w:r w:rsidR="000329F1" w:rsidRPr="000329F1">
        <w:rPr>
          <w:rFonts w:ascii="Arial" w:hAnsi="Arial" w:cs="Arial"/>
          <w:sz w:val="22"/>
          <w:lang w:val="hr-BA"/>
        </w:rPr>
        <w:t xml:space="preserve">01.09.2026. godine. </w:t>
      </w:r>
    </w:p>
    <w:p w14:paraId="7DB05D9A" w14:textId="73BC76E2" w:rsidR="00F60C3B" w:rsidRDefault="00F60C3B" w:rsidP="00173D56">
      <w:pPr>
        <w:ind w:left="0"/>
        <w:rPr>
          <w:rFonts w:ascii="Arial" w:hAnsi="Arial" w:cs="Arial"/>
          <w:sz w:val="22"/>
          <w:lang w:val="hr-BA"/>
        </w:rPr>
      </w:pPr>
    </w:p>
    <w:p w14:paraId="33356D38" w14:textId="433D7415" w:rsidR="00F60C3B" w:rsidRDefault="00F60C3B" w:rsidP="00173D56">
      <w:pPr>
        <w:pStyle w:val="NormalWeb"/>
        <w:rPr>
          <w:rFonts w:ascii="Arial" w:hAnsi="Arial" w:cs="Arial"/>
          <w:sz w:val="22"/>
          <w:szCs w:val="22"/>
          <w:lang w:val="hr-BA"/>
        </w:rPr>
      </w:pPr>
      <w:bookmarkStart w:id="2" w:name="_GoBack"/>
      <w:bookmarkEnd w:id="2"/>
    </w:p>
    <w:p w14:paraId="279B2318" w14:textId="059E24EB" w:rsidR="00936DA9" w:rsidRDefault="00936DA9" w:rsidP="00173D56">
      <w:pPr>
        <w:pStyle w:val="NormalWeb"/>
        <w:rPr>
          <w:rFonts w:ascii="Arial" w:hAnsi="Arial" w:cs="Arial"/>
          <w:sz w:val="22"/>
          <w:szCs w:val="22"/>
          <w:lang w:val="hr-BA"/>
        </w:rPr>
      </w:pPr>
    </w:p>
    <w:p w14:paraId="1EFAECA4" w14:textId="1B551BEF" w:rsidR="00936DA9" w:rsidRDefault="00936DA9" w:rsidP="00173D56">
      <w:pPr>
        <w:pStyle w:val="NormalWeb"/>
        <w:rPr>
          <w:rFonts w:ascii="Arial" w:hAnsi="Arial" w:cs="Arial"/>
          <w:sz w:val="22"/>
          <w:szCs w:val="22"/>
          <w:lang w:val="hr-BA"/>
        </w:rPr>
      </w:pPr>
    </w:p>
    <w:p w14:paraId="7134C1C3" w14:textId="77777777" w:rsidR="00936DA9" w:rsidRPr="004D3797" w:rsidRDefault="00936DA9" w:rsidP="00173D56">
      <w:pPr>
        <w:pStyle w:val="NormalWeb"/>
        <w:rPr>
          <w:rFonts w:ascii="Arial" w:hAnsi="Arial" w:cs="Arial"/>
          <w:sz w:val="22"/>
          <w:szCs w:val="22"/>
          <w:lang w:val="hr-BA"/>
        </w:rPr>
      </w:pPr>
    </w:p>
    <w:sectPr w:rsidR="00936DA9" w:rsidRPr="004D3797" w:rsidSect="00034616">
      <w:footerReference w:type="default" r:id="rId8"/>
      <w:pgSz w:w="12240" w:h="15840"/>
      <w:pgMar w:top="1247" w:right="124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C813C" w14:textId="77777777" w:rsidR="008D5887" w:rsidRDefault="008D5887">
      <w:pPr>
        <w:spacing w:after="0"/>
      </w:pPr>
      <w:r>
        <w:separator/>
      </w:r>
    </w:p>
  </w:endnote>
  <w:endnote w:type="continuationSeparator" w:id="0">
    <w:p w14:paraId="5D2B4CF5" w14:textId="77777777" w:rsidR="008D5887" w:rsidRDefault="008D58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1A681" w14:textId="391C0A28" w:rsidR="00B80945" w:rsidRDefault="00B80945" w:rsidP="00845166">
    <w:pPr>
      <w:pStyle w:val="Footer"/>
      <w:tabs>
        <w:tab w:val="clear" w:pos="4680"/>
        <w:tab w:val="clear" w:pos="9360"/>
      </w:tabs>
      <w:rPr>
        <w:caps/>
        <w:noProof/>
        <w:color w:val="4F81BD" w:themeColor="accent1"/>
      </w:rPr>
    </w:pPr>
  </w:p>
  <w:p w14:paraId="6681679E" w14:textId="6486CD5F" w:rsidR="00B80945" w:rsidRDefault="00B8094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AEBAF" w14:textId="77777777" w:rsidR="008D5887" w:rsidRDefault="008D5887">
      <w:pPr>
        <w:spacing w:after="0"/>
      </w:pPr>
      <w:r>
        <w:separator/>
      </w:r>
    </w:p>
  </w:footnote>
  <w:footnote w:type="continuationSeparator" w:id="0">
    <w:p w14:paraId="46EF63AB" w14:textId="77777777" w:rsidR="008D5887" w:rsidRDefault="008D58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234763"/>
    <w:multiLevelType w:val="hybridMultilevel"/>
    <w:tmpl w:val="822A01F6"/>
    <w:lvl w:ilvl="0" w:tplc="5CFC96B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01AF5053"/>
    <w:multiLevelType w:val="hybridMultilevel"/>
    <w:tmpl w:val="7D60487E"/>
    <w:lvl w:ilvl="0" w:tplc="51161B08">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1F24FE8"/>
    <w:multiLevelType w:val="hybridMultilevel"/>
    <w:tmpl w:val="9036EE42"/>
    <w:lvl w:ilvl="0" w:tplc="51161B08">
      <w:start w:val="1"/>
      <w:numFmt w:val="decimal"/>
      <w:lvlText w:val="(%1)"/>
      <w:lvlJc w:val="left"/>
      <w:pPr>
        <w:ind w:left="1440" w:hanging="360"/>
      </w:pPr>
      <w:rPr>
        <w:rFonts w:ascii="Arial" w:eastAsia="Times New Roman"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2854996"/>
    <w:multiLevelType w:val="hybridMultilevel"/>
    <w:tmpl w:val="3C5E49D8"/>
    <w:lvl w:ilvl="0" w:tplc="51161B08">
      <w:start w:val="1"/>
      <w:numFmt w:val="decimal"/>
      <w:lvlText w:val="(%1)"/>
      <w:lvlJc w:val="left"/>
      <w:pPr>
        <w:ind w:left="1077" w:hanging="360"/>
      </w:pPr>
      <w:rPr>
        <w:rFonts w:ascii="Arial" w:eastAsia="Times New Roman" w:hAnsi="Arial" w:cs="Arial"/>
      </w:rPr>
    </w:lvl>
    <w:lvl w:ilvl="1" w:tplc="57A6F972">
      <w:start w:val="1"/>
      <w:numFmt w:val="upperRoman"/>
      <w:lvlText w:val="%2."/>
      <w:lvlJc w:val="left"/>
      <w:pPr>
        <w:ind w:left="2157" w:hanging="720"/>
      </w:pPr>
      <w:rPr>
        <w:rFonts w:ascii="Arial" w:eastAsiaTheme="minorEastAsia" w:hAnsi="Arial" w:cs="Arial" w:hint="default"/>
        <w:color w:val="auto"/>
        <w:sz w:val="24"/>
      </w:rPr>
    </w:lvl>
    <w:lvl w:ilvl="2" w:tplc="307C7CAA">
      <w:start w:val="1"/>
      <w:numFmt w:val="decimal"/>
      <w:lvlText w:val="%3."/>
      <w:lvlJc w:val="left"/>
      <w:pPr>
        <w:ind w:left="2697" w:hanging="360"/>
      </w:pPr>
      <w:rPr>
        <w:rFonts w:hint="default"/>
        <w:b/>
      </w:r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 w15:restartNumberingAfterBreak="0">
    <w:nsid w:val="0781167D"/>
    <w:multiLevelType w:val="hybridMultilevel"/>
    <w:tmpl w:val="151C1046"/>
    <w:lvl w:ilvl="0" w:tplc="D7684DB8">
      <w:start w:val="1"/>
      <w:numFmt w:val="decimal"/>
      <w:lvlText w:val="(%1)"/>
      <w:lvlJc w:val="left"/>
      <w:pPr>
        <w:ind w:left="927" w:hanging="57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0CDB6572"/>
    <w:multiLevelType w:val="hybridMultilevel"/>
    <w:tmpl w:val="2E32BCCE"/>
    <w:lvl w:ilvl="0" w:tplc="44642036">
      <w:start w:val="1"/>
      <w:numFmt w:val="decimal"/>
      <w:lvlText w:val="(%1)"/>
      <w:lvlJc w:val="left"/>
      <w:pPr>
        <w:ind w:left="732" w:hanging="37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5" w15:restartNumberingAfterBreak="0">
    <w:nsid w:val="0F090AF6"/>
    <w:multiLevelType w:val="hybridMultilevel"/>
    <w:tmpl w:val="6ED2CDEA"/>
    <w:lvl w:ilvl="0" w:tplc="89029C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A5201FD"/>
    <w:multiLevelType w:val="hybridMultilevel"/>
    <w:tmpl w:val="D31ED648"/>
    <w:lvl w:ilvl="0" w:tplc="6E644F9E">
      <w:start w:val="1"/>
      <w:numFmt w:val="decimal"/>
      <w:lvlText w:val="(%1)"/>
      <w:lvlJc w:val="left"/>
      <w:pPr>
        <w:ind w:left="732" w:hanging="37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7" w15:restartNumberingAfterBreak="0">
    <w:nsid w:val="1A9B5337"/>
    <w:multiLevelType w:val="hybridMultilevel"/>
    <w:tmpl w:val="360480FC"/>
    <w:lvl w:ilvl="0" w:tplc="51161B08">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1E3C55"/>
    <w:multiLevelType w:val="hybridMultilevel"/>
    <w:tmpl w:val="88743B18"/>
    <w:lvl w:ilvl="0" w:tplc="51161B08">
      <w:start w:val="1"/>
      <w:numFmt w:val="decimal"/>
      <w:lvlText w:val="(%1)"/>
      <w:lvlJc w:val="left"/>
      <w:pPr>
        <w:ind w:left="1440" w:hanging="360"/>
      </w:pPr>
      <w:rPr>
        <w:rFonts w:ascii="Arial" w:eastAsia="Times New Roman"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27E7D0A"/>
    <w:multiLevelType w:val="hybridMultilevel"/>
    <w:tmpl w:val="961638E0"/>
    <w:lvl w:ilvl="0" w:tplc="51161B08">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E5658F8"/>
    <w:multiLevelType w:val="hybridMultilevel"/>
    <w:tmpl w:val="2DCC733E"/>
    <w:lvl w:ilvl="0" w:tplc="01CC6188">
      <w:start w:val="1"/>
      <w:numFmt w:val="decimal"/>
      <w:lvlText w:val="(%1)"/>
      <w:lvlJc w:val="left"/>
      <w:pPr>
        <w:ind w:left="762" w:hanging="40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1" w15:restartNumberingAfterBreak="0">
    <w:nsid w:val="31B35EEB"/>
    <w:multiLevelType w:val="hybridMultilevel"/>
    <w:tmpl w:val="F17A77F0"/>
    <w:lvl w:ilvl="0" w:tplc="D56AD312">
      <w:start w:val="1"/>
      <w:numFmt w:val="decimal"/>
      <w:lvlText w:val="(%1)"/>
      <w:lvlJc w:val="left"/>
      <w:pPr>
        <w:ind w:left="777" w:hanging="42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2" w15:restartNumberingAfterBreak="0">
    <w:nsid w:val="37F61366"/>
    <w:multiLevelType w:val="hybridMultilevel"/>
    <w:tmpl w:val="D98A3096"/>
    <w:lvl w:ilvl="0" w:tplc="51161B08">
      <w:start w:val="1"/>
      <w:numFmt w:val="decimal"/>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D511C7C"/>
    <w:multiLevelType w:val="hybridMultilevel"/>
    <w:tmpl w:val="000885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94557C"/>
    <w:multiLevelType w:val="hybridMultilevel"/>
    <w:tmpl w:val="E8AE132C"/>
    <w:lvl w:ilvl="0" w:tplc="5A76FA16">
      <w:start w:val="1"/>
      <w:numFmt w:val="decimal"/>
      <w:lvlText w:val="(%1)"/>
      <w:lvlJc w:val="left"/>
      <w:pPr>
        <w:ind w:left="732" w:hanging="37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5" w15:restartNumberingAfterBreak="0">
    <w:nsid w:val="437366AC"/>
    <w:multiLevelType w:val="hybridMultilevel"/>
    <w:tmpl w:val="50E602D0"/>
    <w:lvl w:ilvl="0" w:tplc="53E4CC68">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6" w15:restartNumberingAfterBreak="0">
    <w:nsid w:val="43BB0C52"/>
    <w:multiLevelType w:val="hybridMultilevel"/>
    <w:tmpl w:val="FAEE000A"/>
    <w:lvl w:ilvl="0" w:tplc="51161B08">
      <w:start w:val="1"/>
      <w:numFmt w:val="decimal"/>
      <w:lvlText w:val="(%1)"/>
      <w:lvlJc w:val="left"/>
      <w:pPr>
        <w:ind w:left="1440" w:hanging="360"/>
      </w:pPr>
      <w:rPr>
        <w:rFonts w:ascii="Arial" w:eastAsia="Times New Roman" w:hAnsi="Arial" w:cs="Arial"/>
      </w:rPr>
    </w:lvl>
    <w:lvl w:ilvl="1" w:tplc="08090017">
      <w:start w:val="1"/>
      <w:numFmt w:val="lowerLetter"/>
      <w:lvlText w:val="%2)"/>
      <w:lvlJc w:val="left"/>
      <w:pPr>
        <w:ind w:left="9858"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6306626"/>
    <w:multiLevelType w:val="hybridMultilevel"/>
    <w:tmpl w:val="306ACC1E"/>
    <w:lvl w:ilvl="0" w:tplc="18BA09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7D4058"/>
    <w:multiLevelType w:val="hybridMultilevel"/>
    <w:tmpl w:val="5D584EE4"/>
    <w:lvl w:ilvl="0" w:tplc="18BA093A">
      <w:start w:val="1"/>
      <w:numFmt w:val="decimal"/>
      <w:lvlText w:val="(%1)"/>
      <w:lvlJc w:val="left"/>
      <w:pPr>
        <w:ind w:left="216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93A77DC"/>
    <w:multiLevelType w:val="hybridMultilevel"/>
    <w:tmpl w:val="2F80911A"/>
    <w:lvl w:ilvl="0" w:tplc="628CF3DE">
      <w:start w:val="1"/>
      <w:numFmt w:val="decimal"/>
      <w:lvlText w:val="(%1)"/>
      <w:lvlJc w:val="left"/>
      <w:pPr>
        <w:ind w:left="777" w:hanging="42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4AEA27B9"/>
    <w:multiLevelType w:val="hybridMultilevel"/>
    <w:tmpl w:val="3DDCA758"/>
    <w:lvl w:ilvl="0" w:tplc="A02C2FCE">
      <w:start w:val="1"/>
      <w:numFmt w:val="decimal"/>
      <w:lvlText w:val="(%1)"/>
      <w:lvlJc w:val="left"/>
      <w:pPr>
        <w:ind w:left="732" w:hanging="37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1" w15:restartNumberingAfterBreak="0">
    <w:nsid w:val="4C8C5EED"/>
    <w:multiLevelType w:val="hybridMultilevel"/>
    <w:tmpl w:val="F3CC6518"/>
    <w:lvl w:ilvl="0" w:tplc="9DA8D23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DB72DC9"/>
    <w:multiLevelType w:val="hybridMultilevel"/>
    <w:tmpl w:val="F98C29B8"/>
    <w:lvl w:ilvl="0" w:tplc="AAF29224">
      <w:start w:val="1"/>
      <w:numFmt w:val="decimal"/>
      <w:lvlText w:val="(%1)"/>
      <w:lvlJc w:val="left"/>
      <w:pPr>
        <w:ind w:left="807" w:hanging="45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4E7512E9"/>
    <w:multiLevelType w:val="hybridMultilevel"/>
    <w:tmpl w:val="FCD643E6"/>
    <w:lvl w:ilvl="0" w:tplc="B464F7DA">
      <w:start w:val="1"/>
      <w:numFmt w:val="decimal"/>
      <w:lvlText w:val="(%1)"/>
      <w:lvlJc w:val="left"/>
      <w:pPr>
        <w:ind w:left="747" w:hanging="39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4" w15:restartNumberingAfterBreak="0">
    <w:nsid w:val="518A6612"/>
    <w:multiLevelType w:val="hybridMultilevel"/>
    <w:tmpl w:val="019E8A46"/>
    <w:lvl w:ilvl="0" w:tplc="51161B08">
      <w:start w:val="1"/>
      <w:numFmt w:val="decimal"/>
      <w:lvlText w:val="(%1)"/>
      <w:lvlJc w:val="left"/>
      <w:pPr>
        <w:ind w:left="1440" w:hanging="360"/>
      </w:pPr>
      <w:rPr>
        <w:rFonts w:ascii="Arial" w:eastAsia="Times New Roman"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5AA2873"/>
    <w:multiLevelType w:val="hybridMultilevel"/>
    <w:tmpl w:val="19AC5D80"/>
    <w:lvl w:ilvl="0" w:tplc="51161B08">
      <w:start w:val="1"/>
      <w:numFmt w:val="decimal"/>
      <w:lvlText w:val="(%1)"/>
      <w:lvlJc w:val="left"/>
      <w:pPr>
        <w:ind w:left="1077" w:hanging="360"/>
      </w:pPr>
      <w:rPr>
        <w:rFonts w:ascii="Arial" w:eastAsia="Times New Roman" w:hAnsi="Arial" w:cs="Arial"/>
      </w:rPr>
    </w:lvl>
    <w:lvl w:ilvl="1" w:tplc="57A6F972">
      <w:start w:val="1"/>
      <w:numFmt w:val="upperRoman"/>
      <w:lvlText w:val="%2."/>
      <w:lvlJc w:val="left"/>
      <w:pPr>
        <w:ind w:left="2157" w:hanging="720"/>
      </w:pPr>
      <w:rPr>
        <w:rFonts w:ascii="Arial" w:eastAsiaTheme="minorEastAsia" w:hAnsi="Arial" w:cs="Arial" w:hint="default"/>
        <w:color w:val="auto"/>
        <w:sz w:val="24"/>
      </w:rPr>
    </w:lvl>
    <w:lvl w:ilvl="2" w:tplc="307C7CAA">
      <w:start w:val="1"/>
      <w:numFmt w:val="decimal"/>
      <w:lvlText w:val="%3."/>
      <w:lvlJc w:val="left"/>
      <w:pPr>
        <w:ind w:left="2697" w:hanging="360"/>
      </w:pPr>
      <w:rPr>
        <w:rFonts w:hint="default"/>
        <w:b/>
      </w:r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6" w15:restartNumberingAfterBreak="0">
    <w:nsid w:val="59735819"/>
    <w:multiLevelType w:val="hybridMultilevel"/>
    <w:tmpl w:val="568A71B4"/>
    <w:lvl w:ilvl="0" w:tplc="0D7464B8">
      <w:start w:val="1"/>
      <w:numFmt w:val="decimal"/>
      <w:lvlText w:val="(%1)"/>
      <w:lvlJc w:val="left"/>
      <w:pPr>
        <w:ind w:left="747" w:hanging="39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7" w15:restartNumberingAfterBreak="0">
    <w:nsid w:val="59792F50"/>
    <w:multiLevelType w:val="hybridMultilevel"/>
    <w:tmpl w:val="6C12829E"/>
    <w:lvl w:ilvl="0" w:tplc="86562492">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8" w15:restartNumberingAfterBreak="0">
    <w:nsid w:val="641300B5"/>
    <w:multiLevelType w:val="hybridMultilevel"/>
    <w:tmpl w:val="33A6E3C0"/>
    <w:lvl w:ilvl="0" w:tplc="D6ECCDD0">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9" w15:restartNumberingAfterBreak="0">
    <w:nsid w:val="68F121CB"/>
    <w:multiLevelType w:val="hybridMultilevel"/>
    <w:tmpl w:val="2C2CDA0A"/>
    <w:lvl w:ilvl="0" w:tplc="586EDE2E">
      <w:start w:val="1"/>
      <w:numFmt w:val="decimal"/>
      <w:lvlText w:val="(%1)"/>
      <w:lvlJc w:val="left"/>
      <w:pPr>
        <w:ind w:left="732" w:hanging="37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0" w15:restartNumberingAfterBreak="0">
    <w:nsid w:val="6B281D3F"/>
    <w:multiLevelType w:val="hybridMultilevel"/>
    <w:tmpl w:val="86E6CB2C"/>
    <w:lvl w:ilvl="0" w:tplc="18BA093A">
      <w:start w:val="1"/>
      <w:numFmt w:val="decimal"/>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7C6D1C"/>
    <w:multiLevelType w:val="hybridMultilevel"/>
    <w:tmpl w:val="1E96BE42"/>
    <w:lvl w:ilvl="0" w:tplc="97CE38CA">
      <w:start w:val="1"/>
      <w:numFmt w:val="decimal"/>
      <w:lvlText w:val="(%1)"/>
      <w:lvlJc w:val="left"/>
      <w:pPr>
        <w:ind w:left="792" w:hanging="43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2" w15:restartNumberingAfterBreak="0">
    <w:nsid w:val="735308DE"/>
    <w:multiLevelType w:val="hybridMultilevel"/>
    <w:tmpl w:val="2E2495C0"/>
    <w:lvl w:ilvl="0" w:tplc="5BAC3B38">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3" w15:restartNumberingAfterBreak="0">
    <w:nsid w:val="73D918D6"/>
    <w:multiLevelType w:val="hybridMultilevel"/>
    <w:tmpl w:val="D220B4DE"/>
    <w:lvl w:ilvl="0" w:tplc="E67CBF78">
      <w:start w:val="1"/>
      <w:numFmt w:val="decimal"/>
      <w:lvlText w:val="(%1)"/>
      <w:lvlJc w:val="left"/>
      <w:pPr>
        <w:ind w:left="762" w:hanging="40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4" w15:restartNumberingAfterBreak="0">
    <w:nsid w:val="75A10236"/>
    <w:multiLevelType w:val="hybridMultilevel"/>
    <w:tmpl w:val="C916EB0A"/>
    <w:lvl w:ilvl="0" w:tplc="F662C7B4">
      <w:start w:val="1"/>
      <w:numFmt w:val="decimal"/>
      <w:lvlText w:val="(%1)"/>
      <w:lvlJc w:val="left"/>
      <w:pPr>
        <w:ind w:left="822" w:hanging="46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5" w15:restartNumberingAfterBreak="0">
    <w:nsid w:val="7891202C"/>
    <w:multiLevelType w:val="hybridMultilevel"/>
    <w:tmpl w:val="AF0E323C"/>
    <w:lvl w:ilvl="0" w:tplc="51161B08">
      <w:start w:val="1"/>
      <w:numFmt w:val="decimal"/>
      <w:lvlText w:val="(%1)"/>
      <w:lvlJc w:val="left"/>
      <w:pPr>
        <w:ind w:left="360" w:hanging="360"/>
      </w:pPr>
      <w:rPr>
        <w:rFonts w:ascii="Arial" w:eastAsia="Times New Roman" w:hAnsi="Arial" w:cs="Arial"/>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A167E42"/>
    <w:multiLevelType w:val="hybridMultilevel"/>
    <w:tmpl w:val="FC38870A"/>
    <w:lvl w:ilvl="0" w:tplc="18BA093A">
      <w:start w:val="1"/>
      <w:numFmt w:val="decimal"/>
      <w:lvlText w:val="(%1)"/>
      <w:lvlJc w:val="left"/>
      <w:pPr>
        <w:ind w:left="1440" w:hanging="360"/>
      </w:pPr>
      <w:rPr>
        <w:rFonts w:hint="default"/>
      </w:rPr>
    </w:lvl>
    <w:lvl w:ilvl="1" w:tplc="9DA8D23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600BF4"/>
    <w:multiLevelType w:val="hybridMultilevel"/>
    <w:tmpl w:val="DFCE6B84"/>
    <w:lvl w:ilvl="0" w:tplc="24842D00">
      <w:start w:val="1"/>
      <w:numFmt w:val="decimal"/>
      <w:lvlText w:val="(%1)"/>
      <w:lvlJc w:val="left"/>
      <w:pPr>
        <w:ind w:left="762" w:hanging="405"/>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8" w15:restartNumberingAfterBreak="0">
    <w:nsid w:val="7E990F7E"/>
    <w:multiLevelType w:val="hybridMultilevel"/>
    <w:tmpl w:val="2FFC3364"/>
    <w:lvl w:ilvl="0" w:tplc="51161B08">
      <w:start w:val="1"/>
      <w:numFmt w:val="decimal"/>
      <w:lvlText w:val="(%1)"/>
      <w:lvlJc w:val="left"/>
      <w:pPr>
        <w:ind w:left="1440" w:hanging="360"/>
      </w:pPr>
      <w:rPr>
        <w:rFonts w:ascii="Arial" w:eastAsia="Times New Roman" w:hAnsi="Arial" w:cs="Arial"/>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36"/>
  </w:num>
  <w:num w:numId="12">
    <w:abstractNumId w:val="25"/>
  </w:num>
  <w:num w:numId="13">
    <w:abstractNumId w:val="9"/>
  </w:num>
  <w:num w:numId="14">
    <w:abstractNumId w:val="30"/>
  </w:num>
  <w:num w:numId="15">
    <w:abstractNumId w:val="43"/>
  </w:num>
  <w:num w:numId="16">
    <w:abstractNumId w:val="42"/>
  </w:num>
  <w:num w:numId="17">
    <w:abstractNumId w:val="29"/>
  </w:num>
  <w:num w:numId="18">
    <w:abstractNumId w:val="47"/>
  </w:num>
  <w:num w:numId="19">
    <w:abstractNumId w:val="37"/>
  </w:num>
  <w:num w:numId="20">
    <w:abstractNumId w:val="32"/>
  </w:num>
  <w:num w:numId="21">
    <w:abstractNumId w:val="21"/>
  </w:num>
  <w:num w:numId="22">
    <w:abstractNumId w:val="13"/>
  </w:num>
  <w:num w:numId="23">
    <w:abstractNumId w:val="44"/>
  </w:num>
  <w:num w:numId="24">
    <w:abstractNumId w:val="20"/>
  </w:num>
  <w:num w:numId="25">
    <w:abstractNumId w:val="24"/>
  </w:num>
  <w:num w:numId="26">
    <w:abstractNumId w:val="14"/>
  </w:num>
  <w:num w:numId="27">
    <w:abstractNumId w:val="39"/>
  </w:num>
  <w:num w:numId="28">
    <w:abstractNumId w:val="38"/>
  </w:num>
  <w:num w:numId="29">
    <w:abstractNumId w:val="41"/>
  </w:num>
  <w:num w:numId="30">
    <w:abstractNumId w:val="16"/>
  </w:num>
  <w:num w:numId="31">
    <w:abstractNumId w:val="33"/>
  </w:num>
  <w:num w:numId="32">
    <w:abstractNumId w:val="35"/>
  </w:num>
  <w:num w:numId="33">
    <w:abstractNumId w:val="10"/>
  </w:num>
  <w:num w:numId="34">
    <w:abstractNumId w:val="34"/>
  </w:num>
  <w:num w:numId="35">
    <w:abstractNumId w:val="48"/>
  </w:num>
  <w:num w:numId="36">
    <w:abstractNumId w:val="26"/>
  </w:num>
  <w:num w:numId="37">
    <w:abstractNumId w:val="27"/>
  </w:num>
  <w:num w:numId="38">
    <w:abstractNumId w:val="40"/>
  </w:num>
  <w:num w:numId="39">
    <w:abstractNumId w:val="28"/>
  </w:num>
  <w:num w:numId="40">
    <w:abstractNumId w:val="46"/>
  </w:num>
  <w:num w:numId="41">
    <w:abstractNumId w:val="11"/>
  </w:num>
  <w:num w:numId="42">
    <w:abstractNumId w:val="18"/>
  </w:num>
  <w:num w:numId="43">
    <w:abstractNumId w:val="22"/>
  </w:num>
  <w:num w:numId="44">
    <w:abstractNumId w:val="17"/>
  </w:num>
  <w:num w:numId="45">
    <w:abstractNumId w:val="19"/>
  </w:num>
  <w:num w:numId="46">
    <w:abstractNumId w:val="45"/>
  </w:num>
  <w:num w:numId="47">
    <w:abstractNumId w:val="15"/>
  </w:num>
  <w:num w:numId="48">
    <w:abstractNumId w:val="31"/>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09D"/>
    <w:rsid w:val="000329F1"/>
    <w:rsid w:val="00034616"/>
    <w:rsid w:val="000455B9"/>
    <w:rsid w:val="0006063C"/>
    <w:rsid w:val="00061340"/>
    <w:rsid w:val="00092BF5"/>
    <w:rsid w:val="000A1C8F"/>
    <w:rsid w:val="000A7B6D"/>
    <w:rsid w:val="000E71EC"/>
    <w:rsid w:val="00115823"/>
    <w:rsid w:val="001318F9"/>
    <w:rsid w:val="00145F0F"/>
    <w:rsid w:val="0015074B"/>
    <w:rsid w:val="00173D56"/>
    <w:rsid w:val="00180DC0"/>
    <w:rsid w:val="001861AB"/>
    <w:rsid w:val="001A4652"/>
    <w:rsid w:val="001D0EF8"/>
    <w:rsid w:val="00206321"/>
    <w:rsid w:val="0029639D"/>
    <w:rsid w:val="002B364D"/>
    <w:rsid w:val="002D24A4"/>
    <w:rsid w:val="002D471C"/>
    <w:rsid w:val="002E3306"/>
    <w:rsid w:val="003037E2"/>
    <w:rsid w:val="00326F90"/>
    <w:rsid w:val="003844E6"/>
    <w:rsid w:val="00392B45"/>
    <w:rsid w:val="003B1FEC"/>
    <w:rsid w:val="003C62BD"/>
    <w:rsid w:val="003D0C33"/>
    <w:rsid w:val="003F0280"/>
    <w:rsid w:val="00400829"/>
    <w:rsid w:val="0040373F"/>
    <w:rsid w:val="0041538B"/>
    <w:rsid w:val="004638DB"/>
    <w:rsid w:val="004B54A1"/>
    <w:rsid w:val="004D3797"/>
    <w:rsid w:val="005111C8"/>
    <w:rsid w:val="005141A5"/>
    <w:rsid w:val="00533801"/>
    <w:rsid w:val="00570D3E"/>
    <w:rsid w:val="005B405E"/>
    <w:rsid w:val="005C79FE"/>
    <w:rsid w:val="00662F13"/>
    <w:rsid w:val="006971D8"/>
    <w:rsid w:val="006A0E59"/>
    <w:rsid w:val="006B4478"/>
    <w:rsid w:val="006D5DA7"/>
    <w:rsid w:val="006E14E4"/>
    <w:rsid w:val="006F083B"/>
    <w:rsid w:val="0071653C"/>
    <w:rsid w:val="007532DD"/>
    <w:rsid w:val="00793466"/>
    <w:rsid w:val="007A6D53"/>
    <w:rsid w:val="007F7381"/>
    <w:rsid w:val="00803D6C"/>
    <w:rsid w:val="0080549A"/>
    <w:rsid w:val="00837CAE"/>
    <w:rsid w:val="00845166"/>
    <w:rsid w:val="00852EFD"/>
    <w:rsid w:val="00872D38"/>
    <w:rsid w:val="008B1365"/>
    <w:rsid w:val="008D5887"/>
    <w:rsid w:val="009216F8"/>
    <w:rsid w:val="009303CC"/>
    <w:rsid w:val="00936DA9"/>
    <w:rsid w:val="00944686"/>
    <w:rsid w:val="009754C8"/>
    <w:rsid w:val="009B7C0E"/>
    <w:rsid w:val="00A2712C"/>
    <w:rsid w:val="00A67AA8"/>
    <w:rsid w:val="00AA1D8D"/>
    <w:rsid w:val="00AD2497"/>
    <w:rsid w:val="00AF1B2F"/>
    <w:rsid w:val="00B2460B"/>
    <w:rsid w:val="00B369E0"/>
    <w:rsid w:val="00B47730"/>
    <w:rsid w:val="00B71E58"/>
    <w:rsid w:val="00B80945"/>
    <w:rsid w:val="00BB53A7"/>
    <w:rsid w:val="00BC1B05"/>
    <w:rsid w:val="00BD74FB"/>
    <w:rsid w:val="00BE42F1"/>
    <w:rsid w:val="00C26516"/>
    <w:rsid w:val="00C4718D"/>
    <w:rsid w:val="00CB0664"/>
    <w:rsid w:val="00D1225F"/>
    <w:rsid w:val="00D57B4F"/>
    <w:rsid w:val="00D8117B"/>
    <w:rsid w:val="00E101C3"/>
    <w:rsid w:val="00E337E0"/>
    <w:rsid w:val="00E413EC"/>
    <w:rsid w:val="00E45A13"/>
    <w:rsid w:val="00E960F7"/>
    <w:rsid w:val="00EC35B6"/>
    <w:rsid w:val="00F10A8B"/>
    <w:rsid w:val="00F53625"/>
    <w:rsid w:val="00F60C3B"/>
    <w:rsid w:val="00FC693F"/>
    <w:rsid w:val="00FD7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B7101"/>
  <w14:defaultImageDpi w14:val="300"/>
  <w15:docId w15:val="{100D49CE-75D9-044D-AF0A-154087EE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before="120" w:after="120"/>
        <w:ind w:left="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pPr>
    <w:rPr>
      <w:rFonts w:ascii="Times New Roman" w:hAnsi="Times New Roman"/>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left="7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hAnsi="Times New Roman"/>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hAnsi="Times New Roman"/>
    </w:rPr>
  </w:style>
  <w:style w:type="table" w:styleId="TableGrid">
    <w:name w:val="Table Grid"/>
    <w:basedOn w:val="TableNormal"/>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3037E2"/>
    <w:pPr>
      <w:spacing w:before="0" w:after="0"/>
    </w:pPr>
    <w:rPr>
      <w:sz w:val="20"/>
      <w:szCs w:val="20"/>
    </w:rPr>
  </w:style>
  <w:style w:type="character" w:customStyle="1" w:styleId="EndnoteTextChar">
    <w:name w:val="Endnote Text Char"/>
    <w:basedOn w:val="DefaultParagraphFont"/>
    <w:link w:val="EndnoteText"/>
    <w:uiPriority w:val="99"/>
    <w:semiHidden/>
    <w:rsid w:val="003037E2"/>
    <w:rPr>
      <w:rFonts w:ascii="Times New Roman" w:hAnsi="Times New Roman"/>
      <w:sz w:val="20"/>
      <w:szCs w:val="20"/>
    </w:rPr>
  </w:style>
  <w:style w:type="character" w:styleId="EndnoteReference">
    <w:name w:val="endnote reference"/>
    <w:basedOn w:val="DefaultParagraphFont"/>
    <w:uiPriority w:val="99"/>
    <w:semiHidden/>
    <w:unhideWhenUsed/>
    <w:rsid w:val="003037E2"/>
    <w:rPr>
      <w:vertAlign w:val="superscript"/>
    </w:rPr>
  </w:style>
  <w:style w:type="paragraph" w:styleId="NormalWeb">
    <w:name w:val="Normal (Web)"/>
    <w:basedOn w:val="Normal"/>
    <w:uiPriority w:val="99"/>
    <w:unhideWhenUsed/>
    <w:rsid w:val="00F60C3B"/>
    <w:pPr>
      <w:spacing w:before="100" w:beforeAutospacing="1" w:after="100" w:afterAutospacing="1"/>
      <w:ind w:left="0"/>
      <w:jc w:val="left"/>
    </w:pPr>
    <w:rPr>
      <w:rFonts w:eastAsia="Times New Roman" w:cs="Times New Roman"/>
      <w:szCs w:val="24"/>
      <w:lang w:val="en-GB" w:eastAsia="en-GB"/>
    </w:rPr>
  </w:style>
  <w:style w:type="paragraph" w:customStyle="1" w:styleId="Normal1">
    <w:name w:val="Normal1"/>
    <w:basedOn w:val="Normal"/>
    <w:rsid w:val="0071653C"/>
    <w:pPr>
      <w:spacing w:before="100" w:beforeAutospacing="1" w:after="100" w:afterAutospacing="1"/>
      <w:ind w:left="0"/>
      <w:jc w:val="left"/>
    </w:pPr>
    <w:rPr>
      <w:rFonts w:eastAsia="Times New Roman" w:cs="Times New Roman"/>
      <w:szCs w:val="24"/>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32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8311A-7AEF-4A07-97C1-8373C7E34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2262</Words>
  <Characters>12898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Dragana Batinic</cp:lastModifiedBy>
  <cp:revision>2</cp:revision>
  <dcterms:created xsi:type="dcterms:W3CDTF">2026-07-24T11:11:00Z</dcterms:created>
  <dcterms:modified xsi:type="dcterms:W3CDTF">2026-07-24T11:11:00Z</dcterms:modified>
  <cp:category/>
</cp:coreProperties>
</file>